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Найда</w:t>
      </w:r>
    </w:p>
    <w:p>
      <w:r>
        <w:br/>
        <w:t xml:space="preserve"> Перші дві яви драматичної думи&lt;br /&gt;</w:t>
        <w:br/>
        <w:t>Михаила Петренка "Найда",&lt;br /&gt;</w:t>
        <w:br/>
        <w:t>(адаптація тексту до сучасних мовних норм, 2013р.)</w:t>
      </w:r>
    </w:p>
    <w:p>
      <w:r>
        <w:br/>
        <w:t>Перші дві яви з драматичної думи "Найда"&lt;br /&gt;</w:t>
        <w:br/>
        <w:t>Михайла Петренка.</w:t>
      </w:r>
    </w:p>
    <w:p>
      <w:r>
        <w:br/>
        <w:t>Дійові особи:&lt;br /&gt;</w:t>
        <w:br/>
        <w:t>Марія Дорошенко&lt;br /&gt;</w:t>
        <w:br/>
        <w:t>Анна (Галя), її племінниця</w:t>
      </w:r>
    </w:p>
    <w:p>
      <w:r>
        <w:br/>
        <w:t>Дія перша.</w:t>
      </w:r>
    </w:p>
    <w:p>
      <w:r>
        <w:br/>
        <w:t>Кімната малоросійської заможної родини.&lt;br /&gt;</w:t>
        <w:br/>
        <w:t>Слобода Цареборисів Харківської губернії&lt;br /&gt;</w:t>
        <w:br/>
        <w:t>(з 1919 року с. Червоний Оскіл, Ізюмський район Харківської області).</w:t>
      </w:r>
    </w:p>
    <w:p>
      <w:r>
        <w:br/>
        <w:t>Ява перша.</w:t>
      </w:r>
    </w:p>
    <w:p>
      <w:r>
        <w:br/>
        <w:t>(Галя заходить у кімнату і співає)</w:t>
      </w:r>
    </w:p>
    <w:p>
      <w:r>
        <w:br/>
        <w:t>За тучами, за хмарами,&lt;br /&gt;</w:t>
        <w:br/>
        <w:t>сонечко несходе;&lt;br /&gt;</w:t>
        <w:br/>
        <w:t>За вражею роботою&lt;br /&gt;</w:t>
        <w:br/>
        <w:t>Милий не приходе.&lt;br /&gt;</w:t>
        <w:br/>
        <w:t>Тучи, хмари громовие,&lt;br /&gt;</w:t>
        <w:br/>
        <w:t>Розійдитесь ризно!&lt;br /&gt;</w:t>
        <w:br/>
        <w:t>Прибудь милий, чорнобривий,&lt;br /&gt;</w:t>
        <w:br/>
        <w:t>Хочь нерано, – пизно. і т. д.&lt;br /&gt;</w:t>
        <w:br/>
        <w:t>(слова народної пісні)</w:t>
      </w:r>
    </w:p>
    <w:p>
      <w:r>
        <w:br/>
        <w:t>Галя: Ой, Боже, Боже милости&amp;#769;вий!&lt;br /&gt;</w:t>
        <w:br/>
        <w:t>Як довго милого из хутора нема,&lt;br /&gt;</w:t>
        <w:br/>
        <w:t>Чого там бариться мій голуб сизий?&lt;br /&gt;</w:t>
        <w:br/>
        <w:t>Давним-давно приїхати пора.&lt;br /&gt;</w:t>
        <w:br/>
        <w:t>Колиб він знав, як тут скучаю,&lt;br /&gt;</w:t>
        <w:br/>
        <w:t>Як нудно, важко жить мені,&lt;br /&gt;</w:t>
        <w:br/>
        <w:t>І що тут робиться на серці, на душі;&lt;br /&gt;</w:t>
        <w:br/>
        <w:t>Я вірю, всеб для мене він покинув:&lt;br /&gt;</w:t>
        <w:br/>
        <w:t>Плуги, і хутір, і волів,&lt;br /&gt;</w:t>
        <w:br/>
        <w:t>І соколом додому прилетів.&lt;br /&gt;</w:t>
        <w:br/>
        <w:t>Ніде без милого я місця незнайду:&lt;br /&gt;</w:t>
        <w:br/>
        <w:t>У хаті ніч, на дворі жарко,&lt;br /&gt;</w:t>
        <w:br/>
        <w:t>Туди піду, сюди прийду,&lt;br /&gt;</w:t>
        <w:br/>
        <w:t>Його нема, – чогось-то жалко.&lt;br /&gt;</w:t>
        <w:br/>
        <w:t>Не знаю, що сама роблю,&lt;br /&gt;</w:t>
        <w:br/>
        <w:t>То те вхоплю, друг&amp;#233; вхоплю,&lt;br /&gt;</w:t>
        <w:br/>
        <w:t>Глядиш, усе летить додолу.&lt;br /&gt;</w:t>
        <w:br/>
        <w:t>Чи скоро милий мій приїдеш ти додому?&lt;br /&gt;</w:t>
        <w:br/>
        <w:t>Прилинь, прилинь. Боюсь з ума зійду.&lt;br /&gt;</w:t>
        <w:br/>
        <w:t>Я цилий день дурна ходжу;&lt;br /&gt;</w:t>
        <w:br/>
        <w:t>Що коло мене є – нечую і небачу;&lt;br /&gt;</w:t>
        <w:br/>
        <w:t>А тильки чую те, як плачу,&lt;br /&gt;</w:t>
        <w:br/>
        <w:t>І те, як серденько болить.&lt;br /&gt;</w:t>
        <w:br/>
        <w:t>О, Боже мій! Де горе се взялося?&lt;br /&gt;</w:t>
        <w:br/>
        <w:t>Ще молода, на світі не жила,&lt;br /&gt;</w:t>
        <w:br/>
        <w:t>А вже воно, мов та змія,&lt;br /&gt;</w:t>
        <w:br/>
        <w:t>Так дуже в серденько впилося.&lt;br /&gt;</w:t>
        <w:br/>
        <w:t>Ох, знаю я, чого терплю,&lt;br /&gt;</w:t>
        <w:br/>
        <w:t>Чого болить душа і світ темніє.&lt;br /&gt;</w:t>
        <w:br/>
        <w:t>Мені ще гріх, ще літа молодіє,&lt;br /&gt;</w:t>
        <w:br/>
        <w:t>О, Господи, прости, а я уже люблю!&lt;br /&gt;</w:t>
        <w:br/>
        <w:t>Люблю і мучусь без кінця,&lt;br /&gt;</w:t>
        <w:br/>
        <w:t>Несу великий страх і горе,&lt;br /&gt;</w:t>
        <w:br/>
        <w:t>Спаси мене, великий Боже!&lt;br /&gt;</w:t>
        <w:br/>
        <w:t>(починає молитися)&lt;br /&gt;</w:t>
        <w:br/>
        <w:t>Молитися немає сили.&lt;br /&gt;</w:t>
        <w:br/>
        <w:t>От так у вочах і стоїть,&lt;br /&gt;</w:t>
        <w:br/>
        <w:t>О, Боже мій! Душа болить…..&lt;br /&gt;</w:t>
        <w:br/>
        <w:t>Ану, лишень, пригну коліна.&lt;br /&gt;</w:t>
        <w:br/>
        <w:t>(становиться на коліна)</w:t>
      </w:r>
    </w:p>
    <w:p>
      <w:r>
        <w:br/>
        <w:t>Ява друга(входить тітка)</w:t>
      </w:r>
    </w:p>
    <w:p>
      <w:r>
        <w:br/>
        <w:t>Тітка: Бач, молиться, і вся в сльозах,&lt;br /&gt;</w:t>
        <w:br/>
        <w:t>Та неаби&amp;#769;як, – на колінах.</w:t>
      </w:r>
    </w:p>
    <w:p>
      <w:r>
        <w:br/>
        <w:t>Галя (підводиться):</w:t>
      </w:r>
    </w:p>
    <w:p>
      <w:r>
        <w:br/>
        <w:t>Се тітонька!... Та ізлякалась же на прах!</w:t>
      </w:r>
    </w:p>
    <w:p>
      <w:r>
        <w:br/>
        <w:t>Тітка: З базару я прийшла, та й стала, бач, у сінях,&lt;br /&gt;</w:t>
        <w:br/>
        <w:t>Та й слухаю, що ти у хаті не одна,&lt;br /&gt;</w:t>
        <w:br/>
        <w:t>А з кимсь балакаєш, я думала, що гості;&lt;br /&gt;</w:t>
        <w:br/>
        <w:t>Тихесенько сюди ввійшла…&lt;br /&gt;</w:t>
        <w:br/>
        <w:t>Дивлюсь, – ти простяглася на помості.&lt;br /&gt;</w:t>
        <w:br/>
        <w:t>Скажи, голубонька моя,&lt;br /&gt;</w:t>
        <w:br/>
        <w:t>Чого жива до Бога лізеш?</w:t>
      </w:r>
    </w:p>
    <w:p>
      <w:r>
        <w:br/>
        <w:t>Галя: Ох, мамочко моя!&lt;br /&gt;</w:t>
        <w:br/>
        <w:t>Під час і горя неумириш.&lt;br /&gt;</w:t>
        <w:br/>
        <w:t>Сиділа я, сумуючи, одна,&lt;br /&gt;</w:t>
        <w:br/>
        <w:t>От тут, як раз, коло вікна,&lt;br /&gt;</w:t>
        <w:br/>
        <w:t>То те, друге на ум мені всходило;&lt;br /&gt;</w:t>
        <w:br/>
        <w:t>Згадала й те, що я на світі сирота,&lt;br /&gt;</w:t>
        <w:br/>
        <w:t>И горе серцем овладіло&lt;br /&gt;</w:t>
        <w:br/>
        <w:t>Невідоме мені до сій пори;&lt;br /&gt;</w:t>
        <w:br/>
        <w:t>І стало трудно, стало важко,&lt;br /&gt;</w:t>
        <w:br/>
        <w:t>Родителів так стало жалко, –&lt;br /&gt;</w:t>
        <w:br/>
        <w:t>Мене так сльози залили.&lt;br /&gt;</w:t>
        <w:br/>
        <w:t>Я світа Божого невздріла, —&lt;br /&gt;</w:t>
        <w:br/>
        <w:t>Не відаю коли, і як&lt;br /&gt;</w:t>
        <w:br/>
        <w:t>Упала я пред Богом на коліна,&lt;br /&gt;</w:t>
        <w:br/>
        <w:t>І гірко плакала, молилась…..</w:t>
      </w:r>
    </w:p>
    <w:p>
      <w:r>
        <w:br/>
        <w:t>Тітка: Згадала баба дівера, що добрий був;&lt;br /&gt;</w:t>
        <w:br/>
        <w:t>От так і ти, моє племятко,&lt;br /&gt;</w:t>
        <w:br/>
        <w:t>Через 16 літ згадала матір, батька.&lt;br /&gt;</w:t>
        <w:br/>
        <w:t>Пора таки збрести на ум!&lt;br /&gt;</w:t>
        <w:br/>
        <w:t>А ще об чім молилась ти?</w:t>
      </w:r>
    </w:p>
    <w:p>
      <w:r>
        <w:br/>
        <w:t>Галя: О, милостей багато є у Бога,&lt;br /&gt;</w:t>
        <w:br/>
        <w:t>Молитва, сльози сироти&lt;br /&gt;</w:t>
        <w:br/>
        <w:t>До їх пряма, пряма дорога;&lt;br /&gt;</w:t>
        <w:br/>
        <w:t>Пред Богом так, мов ті зірки,&lt;br /&gt;</w:t>
        <w:br/>
        <w:t>Блещать сирітскиі слізки&amp;#769;!&lt;br /&gt;</w:t>
        <w:br/>
        <w:t>Не про одне Создателя молила:&lt;br /&gt;</w:t>
        <w:br/>
        <w:t>Щоб дядько був здоров, та не болів,&lt;br /&gt;</w:t>
        <w:br/>
        <w:t>Щоб ви були здорові, я б щаслива,&lt;br /&gt;</w:t>
        <w:br/>
        <w:t>Щоб Бог мене благословив&lt;br /&gt;</w:t>
        <w:br/>
        <w:t>На добре діло, аж із неба….</w:t>
      </w:r>
    </w:p>
    <w:p>
      <w:r>
        <w:br/>
        <w:t>Тітка: Нехай і так! Просила жениха?</w:t>
      </w:r>
    </w:p>
    <w:p>
      <w:r>
        <w:br/>
        <w:t>Галя: Мені його не треба.</w:t>
      </w:r>
    </w:p>
    <w:p>
      <w:r>
        <w:br/>
        <w:t>Тітка: Ні Богу свічка ти, ні чорту кочерга!&lt;br /&gt;</w:t>
        <w:br/>
        <w:t>Твоя молитва ні к ч&amp;#242;му не годиться.&lt;br /&gt;</w:t>
        <w:br/>
        <w:t>Чи можно ж дівці так молиться,&lt;br /&gt;</w:t>
        <w:br/>
        <w:t>Щоб не просить у Бога жениха?&lt;br /&gt;</w:t>
        <w:br/>
        <w:t>Ох, не розумна ти, як бачу!&lt;br /&gt;</w:t>
        <w:br/>
        <w:t>Тобі 16 літ, ти не мала,&lt;br /&gt;</w:t>
        <w:br/>
        <w:t>Давним-давно тобі пора&lt;br /&gt;</w:t>
        <w:br/>
        <w:t>Напам'ять знать молитву всю дівочу.</w:t>
      </w:r>
    </w:p>
    <w:p>
      <w:r>
        <w:br/>
        <w:t>Галя: Коли б так, навчилась?</w:t>
      </w:r>
    </w:p>
    <w:p>
      <w:r>
        <w:br/>
        <w:t>Тітка: Ти попроси сусіду нашу;&lt;br /&gt;</w:t>
        <w:br/>
        <w:t>Вона б тебе молитись поучила.&lt;br /&gt;</w:t>
        <w:br/>
        <w:t>Як каже люд, незнає отченашу, –&lt;br /&gt;</w:t>
        <w:br/>
        <w:t>А як почне молитися вона,&lt;br /&gt;</w:t>
        <w:br/>
        <w:t>Та все чита, та все чита,&lt;br /&gt;</w:t>
        <w:br/>
        <w:t>Та знайсобі, поклони гате;&lt;br /&gt;</w:t>
        <w:br/>
        <w:t>Умориться, – аж піт пройме,&lt;br /&gt;</w:t>
        <w:br/>
        <w:t>А куряву ж таку зіб'е,&lt;br /&gt;</w:t>
        <w:br/>
        <w:t>Що хоч тікай мерщій із хати!&lt;br /&gt;</w:t>
        <w:br/>
        <w:t>І всеж-то просить жениха;&lt;br /&gt;</w:t>
        <w:br/>
        <w:t>Та не аби тобі якого, –&lt;br /&gt;</w:t>
        <w:br/>
        <w:t>Хорошого та молодого;&lt;br /&gt;</w:t>
        <w:br/>
        <w:t>Щоб він собі красивий був,&lt;br /&gt;</w:t>
        <w:br/>
        <w:t>Та щоб горілочки не дув,&lt;br /&gt;</w:t>
        <w:br/>
        <w:t>Щоб був собі високий, не маленький;&lt;br /&gt;</w:t>
        <w:br/>
        <w:t>Чорнявий, мав би довгий вус&lt;br /&gt;</w:t>
        <w:br/>
        <w:t>І пареньок таки ловкенький.</w:t>
      </w:r>
    </w:p>
    <w:p>
      <w:r>
        <w:br/>
        <w:t>Галя: Вона вже дівка хоч куди,&lt;br /&gt;</w:t>
        <w:br/>
        <w:t>Їй, може, треба женихів;&lt;br /&gt;</w:t>
        <w:br/>
        <w:t>А я ще молода, – сього неразумію.&lt;br /&gt;</w:t>
        <w:br/>
        <w:t>Про хлопців я і думати невмію.</w:t>
      </w:r>
    </w:p>
    <w:p>
      <w:r>
        <w:br/>
        <w:t>Тітка: О, Боже мій! Дівчата всі таки,&lt;br /&gt;</w:t>
        <w:br/>
        <w:t>Черниці з виду ви, і трохи не святі;&lt;br /&gt;</w:t>
        <w:br/>
        <w:t>Но знаю вовка я по шерсті….&lt;br /&gt;</w:t>
        <w:br/>
        <w:t>Я дівкою сама була,&lt;br /&gt;</w:t>
        <w:br/>
        <w:t>Ви хлопців любите до смерті&lt;br /&gt;</w:t>
        <w:br/>
        <w:t>Всі, без розбору, – як одна;&lt;br /&gt;</w:t>
        <w:br/>
        <w:t>На серці чортова ся думка,&lt;br /&gt;</w:t>
        <w:br/>
        <w:t>А глянь на вас і дівка, як голубка!&lt;br /&gt;</w:t>
        <w:br/>
        <w:t>Та ви, притворщиці великі!&lt;br /&gt;</w:t>
        <w:br/>
        <w:t>Коли бто кожна з вас дала&lt;br /&gt;</w:t>
        <w:br/>
        <w:t>Всю воленьку рукам, та язику,&lt;br /&gt;</w:t>
        <w:br/>
        <w:t>Оп'ять булоб смішеніє язи&amp;#769;ків, –&lt;br /&gt;</w:t>
        <w:br/>
        <w:t>На свиті стало б як в шинку;&lt;br /&gt;</w:t>
        <w:br/>
        <w:t>Одна другій ви б патли обривали,&lt;br /&gt;</w:t>
        <w:br/>
        <w:t>А хлопцям очі видирали!</w:t>
      </w:r>
    </w:p>
    <w:p>
      <w:r>
        <w:br/>
        <w:t>Галя: Ви, кажеться, хотіли щось казати…</w:t>
      </w:r>
    </w:p>
    <w:p>
      <w:r>
        <w:br/>
        <w:t>Тітка: Спасибі, серце, нагадала;&lt;br /&gt;</w:t>
        <w:br/>
        <w:t>А я, б&amp;#253;ло, зовсім забула&lt;br /&gt;</w:t>
        <w:br/>
        <w:t>Об тім, що думала сказать.&lt;br /&gt;</w:t>
        <w:br/>
        <w:t>Я жениха тобі знайшла:&lt;br /&gt;</w:t>
        <w:br/>
        <w:t>От чоловік, який-то, Боже!&lt;br /&gt;</w:t>
        <w:br/>
        <w:t>Його полюбиш, певно, ти,&lt;br /&gt;</w:t>
        <w:br/>
        <w:t>Чорнявий, стрійний, бравий, гожий,&lt;br /&gt;</w:t>
        <w:br/>
        <w:t>Він просто клад для сироти;&lt;br /&gt;</w:t>
        <w:br/>
        <w:t>І неабиякого роду,&lt;br /&gt;</w:t>
        <w:br/>
        <w:t>Ізвісний парень в слободі,&lt;br /&gt;</w:t>
        <w:br/>
        <w:t>Та ще к тому один в сім'ї;&lt;br /&gt;</w:t>
        <w:br/>
        <w:t>Не пьяниця, – як знаю, зроду&lt;br /&gt;</w:t>
        <w:br/>
        <w:t>Він в рот горілки не бере;&lt;br /&gt;</w:t>
        <w:br/>
        <w:t>А смирний так, як те телятко,&lt;br /&gt;</w:t>
        <w:br/>
        <w:t>А любе, Боже, як тебе!&lt;br /&gt;</w:t>
        <w:br/>
        <w:t>Що аж глядіть на його жалко.&lt;br /&gt;</w:t>
        <w:br/>
        <w:t>Я думаю, що ти за його підеш.</w:t>
      </w:r>
    </w:p>
    <w:p>
      <w:r>
        <w:br/>
        <w:t>Галя: Ні. Заміж я ніколи не піду,&lt;br /&gt;</w:t>
        <w:br/>
        <w:t>Ні чиєю жінкою не буду;&lt;br /&gt;</w:t>
        <w:br/>
        <w:t>Бо знаю, счастя не знайду,&lt;br /&gt;</w:t>
        <w:br/>
        <w:t>А лиха, певно, що здобуду.&lt;br /&gt;</w:t>
        <w:br/>
        <w:t>К тому ж, іти яка нужда,&lt;br /&gt;</w:t>
        <w:br/>
        <w:t>Хиба я бідна, чи невільна?&lt;br /&gt;</w:t>
        <w:br/>
        <w:t>Я, слава Богу, всим довільна.&lt;br /&gt;</w:t>
        <w:br/>
        <w:t>Мого насліддя і добра&lt;br /&gt;</w:t>
        <w:br/>
        <w:t>Мені до смерті, певно, стане.&lt;br /&gt;</w:t>
        <w:br/>
        <w:t>Що в тім печалі і нужди,&lt;br /&gt;</w:t>
        <w:br/>
        <w:t>Що так краса моя зав'яне;&lt;br /&gt;</w:t>
        <w:br/>
        <w:t>Зате ж ніхто мою косу,&lt;br /&gt;</w:t>
        <w:br/>
        <w:t>Не буде пальцями чесати;&lt;br /&gt;</w:t>
        <w:br/>
        <w:t>Зате ж ніхто мою красу&lt;br /&gt;</w:t>
        <w:br/>
        <w:t>Ногами не дожде топтати.</w:t>
      </w:r>
    </w:p>
    <w:p>
      <w:r>
        <w:br/>
        <w:t>Тітка: Не хочить заміж, бач, іти!&lt;br /&gt;</w:t>
        <w:br/>
        <w:t>Филозопія, филозопство! (в тексті рукопису закреслено)&lt;br /&gt;</w:t>
        <w:br/>
        <w:t>Чи видано се сумазбрідство? (цей рядок – замисть закресленого)&lt;br /&gt;</w:t>
        <w:br/>
        <w:t>О, лицемірне все дівотство!&lt;br /&gt;</w:t>
        <w:br/>
        <w:t>За се їх, Господи, прости,&lt;br /&gt;</w:t>
        <w:br/>
        <w:t>Що навпроти&amp;#769;в себе говорять;&lt;br /&gt;</w:t>
        <w:br/>
        <w:t>А як пошле Бог старостів, –&lt;br /&gt;</w:t>
        <w:br/>
        <w:t>Дівчата ті, та бач, не ті;&lt;br /&gt;</w:t>
        <w:br/>
        <w:t>Тоді, спасибі їм, не спорять,&lt;br /&gt;</w:t>
        <w:br/>
        <w:t>А кажуть: "ну, лишень, скоріше&lt;br /&gt;</w:t>
        <w:br/>
        <w:t>Чіпляйте, мамо, рушники".&lt;br /&gt;</w:t>
        <w:br/>
        <w:t>Кумедні дуже сі дівки!</w:t>
      </w:r>
    </w:p>
    <w:p>
      <w:r>
        <w:br/>
        <w:t>Галя: Того кумедні, що дурні,&lt;br /&gt;</w:t>
        <w:br/>
        <w:t>Я б старост&amp;#225;м гарбуз печений&lt;br /&gt;</w:t>
        <w:br/>
        <w:t>Підставила б, як раз під ніс.</w:t>
      </w:r>
    </w:p>
    <w:p>
      <w:r>
        <w:br/>
        <w:t>Тітка: Вони то умні, – ти, дурна!&lt;br /&gt;</w:t>
        <w:br/>
        <w:t>Чого ж дурієш ти? – не знаю.&lt;br /&gt;</w:t>
        <w:br/>
        <w:t>Я тобі тітка, – не чужа,&lt;br /&gt;</w:t>
        <w:br/>
        <w:t>І я добра тобі бажаю.&lt;br /&gt;</w:t>
        <w:br/>
        <w:t>Совітую тобі не кидатись людей,&lt;br /&gt;</w:t>
        <w:br/>
        <w:t>Бо ти живеш на свиті сиротою;&lt;br /&gt;</w:t>
        <w:br/>
        <w:t>А сирота, як кажуть, без очей,&lt;br /&gt;</w:t>
        <w:br/>
        <w:t>Того й гляди, – зустрінешся з бідою.&lt;br /&gt;</w:t>
        <w:br/>
        <w:t>Іди ти заміж, не мудруй!&lt;br /&gt;</w:t>
        <w:br/>
        <w:t>Покинь сі панські витребеньки!&lt;br /&gt;</w:t>
        <w:br/>
        <w:t>Тобі ще грих, ще літа молоденькі&lt;br /&gt;</w:t>
        <w:br/>
        <w:t>На серці думку сю носить.&lt;br /&gt;</w:t>
        <w:br/>
        <w:t>Ти не жила на світі стілько,&lt;br /&gt;</w:t>
        <w:br/>
        <w:t>В твоі літа не розсудить,&lt;br /&gt;</w:t>
        <w:br/>
        <w:t>Що солодко, або що гірко.&lt;br /&gt;</w:t>
        <w:br/>
        <w:t>І думки сі ти викинь з голови.&lt;br /&gt;</w:t>
        <w:br/>
        <w:t>І заміж, я кажу тобі, іди!</w:t>
      </w:r>
    </w:p>
    <w:p>
      <w:r>
        <w:br/>
        <w:t>Галя: Тьотусечко моя, голубонька моя!&lt;br /&gt;</w:t>
        <w:br/>
        <w:t>Моя золотая, моя дорогая!&lt;br /&gt;</w:t>
        <w:br/>
        <w:t>Я вас люблю, кінця нема;&lt;br /&gt;</w:t>
        <w:br/>
        <w:t>Чому ж нещасна я такая,&lt;br /&gt;</w:t>
        <w:br/>
        <w:t>Що ви не любите мене,&lt;br /&gt;</w:t>
        <w:br/>
        <w:t>І хочете людям віддати.&lt;br /&gt;</w:t>
        <w:br/>
        <w:t>Та що се, Боже мій, таке!&lt;br /&gt;</w:t>
        <w:br/>
        <w:t>Зовсім виг&amp;#243;нять мене з хати.&lt;br /&gt;</w:t>
        <w:br/>
        <w:t>А я піду та дядькові скажу,&lt;br /&gt;</w:t>
        <w:br/>
        <w:t>Розплачусь перед ним, пожалуюсь йому.&lt;br /&gt;</w:t>
        <w:br/>
        <w:t>На вас, на ваші всі затії,&lt;br /&gt;</w:t>
        <w:br/>
        <w:t>Побачите що буде вам,&lt;br /&gt;</w:t>
        <w:br/>
        <w:t>І вашим скверним женихам.&lt;br /&gt;</w:t>
        <w:br/>
        <w:t>Мене, спасибі, любить дядько,&lt;br /&gt;</w:t>
        <w:br/>
        <w:t>То, тільки вам мене не жалко,&lt;br /&gt;</w:t>
        <w:br/>
        <w:t>Хоча б орда мене взяла;&lt;br /&gt;</w:t>
        <w:br/>
        <w:t>А я, як здумаю розстатись з вами,&lt;br /&gt;</w:t>
        <w:br/>
        <w:t>Так і заллюсь горючими сльозами,&lt;br /&gt;</w:t>
        <w:br/>
        <w:t>І цілий день, мов та дурна.</w:t>
      </w:r>
    </w:p>
    <w:p>
      <w:r>
        <w:br/>
        <w:t>Тітка: Та ти сьогодні, щось чудненька!&lt;br /&gt;</w:t>
        <w:br/>
        <w:t>Неначе, Галю, ти маленька, –&lt;br /&gt;</w:t>
        <w:br/>
        <w:t>Бо плещеш бозна-що таке.&lt;br /&gt;</w:t>
        <w:br/>
        <w:t>Що я кажу, і дядько скаже те,&lt;br /&gt;</w:t>
        <w:br/>
        <w:t>Що вік тобі у дівках не сидіти,&lt;br /&gt;</w:t>
        <w:br/>
        <w:t>І що тобі таки пора,&lt;br /&gt;</w:t>
        <w:br/>
        <w:t>І до чужого вже двора.</w:t>
      </w:r>
    </w:p>
    <w:p>
      <w:r>
        <w:br/>
        <w:t>Галя: Ну що ви будете робити,&lt;br /&gt;</w:t>
        <w:br/>
        <w:t>Коли по вашому, та заміж я піду;&lt;br /&gt;</w:t>
        <w:br/>
        <w:t>Ну хто вас стане так любити,&lt;br /&gt;</w:t>
        <w:br/>
        <w:t>Як я вас, тьотушка люблю?&lt;br /&gt;</w:t>
        <w:br/>
        <w:t>Хто вам, коли мене не стане,&lt;br /&gt;</w:t>
        <w:br/>
        <w:t>Розчеше голову, пов'яже?&lt;br /&gt;</w:t>
        <w:br/>
        <w:t>З ким дядько буде шуткувать?&lt;br /&gt;</w:t>
        <w:br/>
        <w:t>А вас хто стане утішать,&lt;br /&gt;</w:t>
        <w:br/>
        <w:t>Брехавши з ранку до півн&amp;#243;чі?&lt;br /&gt;</w:t>
        <w:br/>
        <w:t>Або під вечір – по весні,&lt;br /&gt;</w:t>
        <w:br/>
        <w:t>Хто буде вам співать пісні,&lt;br /&gt;</w:t>
        <w:br/>
        <w:t>Про чорні брови, карі очі?&lt;br /&gt;</w:t>
        <w:br/>
        <w:t>Безщасна доленька моя!&lt;br /&gt;</w:t>
        <w:br/>
        <w:t>Настане осінь, там зима,&lt;br /&gt;</w:t>
        <w:br/>
        <w:t>Завиють вітри, вдарять вьюги,&lt;br /&gt;</w:t>
        <w:br/>
        <w:t>І вам без мене скучно буде;&lt;br /&gt;</w:t>
        <w:br/>
        <w:t>І ви заплачете не раз,&lt;br /&gt;</w:t>
        <w:br/>
        <w:t>Згадавши бідну вашу Галю.&lt;br /&gt;</w:t>
        <w:br/>
        <w:t>І от забудетесь під час,&lt;br /&gt;</w:t>
        <w:br/>
        <w:t>Що я живу в чужому кр&amp;#225;ю,&lt;br /&gt;</w:t>
        <w:br/>
        <w:t>І підете мене шукать,&lt;br /&gt;</w:t>
        <w:br/>
        <w:t>По хаті скрізь, і там, на дворі,&lt;br /&gt;</w:t>
        <w:br/>
        <w:t>І будете мене гукать&lt;br /&gt;</w:t>
        <w:br/>
        <w:t>На вулиці і по садкові;&lt;br /&gt;</w:t>
        <w:br/>
        <w:t>І скажете: і тут нема, і там нема,&lt;br /&gt;</w:t>
        <w:br/>
        <w:t>Куди ж дівалася вона?&lt;br /&gt;</w:t>
        <w:br/>
        <w:t>Де той привіт, де тая жалість? –&lt;br /&gt;</w:t>
        <w:br/>
        <w:t>Мене покинула на старість!&lt;br /&gt;</w:t>
        <w:br/>
        <w:t>У хаті нікому прибрать,&lt;br /&gt;</w:t>
        <w:br/>
        <w:t>І нікому людей прийнять;&lt;br /&gt;</w:t>
        <w:br/>
        <w:t>Та де ти, Галю, серце моє? –&lt;br /&gt;</w:t>
        <w:br/>
        <w:t>Тут хлинуть сльози поневолі!&lt;br /&gt;</w:t>
        <w:br/>
        <w:t>Нелегко буде і мені&lt;br /&gt;</w:t>
        <w:br/>
        <w:t>Без вас там жити на сторонці,&lt;br /&gt;</w:t>
        <w:br/>
        <w:t>В сльозах взійд&amp;#232; і з&amp;#225;йде сонце;&lt;br /&gt;</w:t>
        <w:br/>
        <w:t>Все буду я глядіть туди,&lt;br /&gt;</w:t>
        <w:br/>
        <w:t>Де живет&amp;#233; ви, аж за гори;&lt;br /&gt;</w:t>
        <w:br/>
        <w:t>Все буду вас до себе звать,&lt;br /&gt;</w:t>
        <w:br/>
        <w:t>А муку серця, тяжке горе,&lt;br /&gt;</w:t>
        <w:br/>
        <w:t>Вам буду з вітром посилать;&lt;br /&gt;</w:t>
        <w:br/>
        <w:t>І стану сохнуть всякий час,&lt;br /&gt;</w:t>
        <w:br/>
        <w:t>Як від морозу квіт рожевий,&lt;br /&gt;</w:t>
        <w:br/>
        <w:t>А умирать прийду до вас;&lt;br /&gt;</w:t>
        <w:br/>
        <w:t>Не в хату,… ні, в садок вишневий!&lt;br /&gt;</w:t>
        <w:br/>
        <w:t>Туди печаль і голову мою&lt;br /&gt;</w:t>
        <w:br/>
        <w:t>На материнськую могилу&lt;br /&gt;</w:t>
        <w:br/>
        <w:t>Я понесу, там положу,&lt;br /&gt;</w:t>
        <w:br/>
        <w:t>Туди на суд вас позову!</w:t>
      </w:r>
    </w:p>
    <w:p>
      <w:r>
        <w:br/>
        <w:t>Тітка: Та перестань, голубонька моя!&lt;br /&gt;</w:t>
        <w:br/>
        <w:t>Твої слова для мене б&amp;#243;льні;&lt;br /&gt;</w:t>
        <w:br/>
        <w:t>Ти, мабуть, хочешь, щоб і я&lt;br /&gt;</w:t>
        <w:br/>
        <w:t>С тобою плакала сьогодні.&lt;br /&gt;</w:t>
        <w:br/>
        <w:t>Чи може статься, щоб тебе&lt;br /&gt;</w:t>
        <w:br/>
        <w:t>Я за очі дала, хіба здурію!&lt;br /&gt;</w:t>
        <w:br/>
        <w:t>Я без тебе дихнуть не вмію.&lt;br /&gt;</w:t>
        <w:br/>
        <w:t>Ми приймем зятя до себ&amp;#233;&lt;br /&gt;</w:t>
        <w:br/>
        <w:t>І будеш ти його любить,&lt;br /&gt;</w:t>
        <w:br/>
        <w:t>А він тебе жаліть і почитати.&lt;br /&gt;</w:t>
        <w:br/>
        <w:t>І вашу жизнь Господь благословить;&lt;br /&gt;</w:t>
        <w:br/>
        <w:t>Ви будете щасливі і багаті;&lt;br /&gt;</w:t>
        <w:br/>
        <w:t>Глядя на вас, і ворог буде рад!&lt;br /&gt;</w:t>
        <w:br/>
        <w:t>А я з старим молитись стану Богу,&lt;br /&gt;</w:t>
        <w:br/>
        <w:t>Готовиться в ту дальнюю дорогу,&lt;br /&gt;</w:t>
        <w:br/>
        <w:t>З якої ми не вернимось назад.&lt;br /&gt;</w:t>
        <w:br/>
        <w:t>Тепер, я знаю, бачиш ти,&lt;br /&gt;</w:t>
        <w:br/>
        <w:t>Чого зарані так печалюсь за тобою.&lt;br /&gt;</w:t>
        <w:br/>
        <w:t>Ох! страшно серденько мені,&lt;br /&gt;</w:t>
        <w:br/>
        <w:t>Тебе покинуть сиротою,&lt;br /&gt;</w:t>
        <w:br/>
        <w:t>З такими з чорними бровами!</w:t>
      </w:r>
    </w:p>
    <w:p>
      <w:r>
        <w:br/>
        <w:t>Галя: Та хто там сватає такий?</w:t>
      </w:r>
    </w:p>
    <w:p>
      <w:r>
        <w:br/>
        <w:t>Тітка: Іван Васильович Шнуренко, –&lt;br /&gt;</w:t>
        <w:br/>
        <w:t>Ізвісно, писарь волосний!</w:t>
      </w:r>
    </w:p>
    <w:p>
      <w:r>
        <w:br/>
        <w:t>Галя: Ох, Боже мій! Ох, моя ненько!&lt;br /&gt;</w:t>
        <w:br/>
        <w:t>Та я за його не піду.</w:t>
      </w:r>
    </w:p>
    <w:p>
      <w:r>
        <w:br/>
        <w:t>Тітка: Напав тебе не в пору дрик!&lt;br /&gt;</w:t>
        <w:br/>
        <w:t>Ну чим же він не чоловік? –&lt;br /&gt;</w:t>
        <w:br/>
        <w:t>Жених такий, що лучшого не треба.&lt;br /&gt;</w:t>
        <w:br/>
        <w:t>Коли б він трапивсь на друг&amp;#253;,&lt;br /&gt;</w:t>
        <w:br/>
        <w:t>Підскочила б як раз до неба&lt;br /&gt;</w:t>
        <w:br/>
        <w:t>Від радості такому жениху.</w:t>
      </w:r>
    </w:p>
    <w:p>
      <w:r>
        <w:br/>
        <w:t>Галя: Нехай другі і радуються йому;&lt;br /&gt;</w:t>
        <w:br/>
        <w:t>Мені тут радість невилика.&lt;br /&gt;</w:t>
        <w:br/>
        <w:t>Я знаю, прийдеться до сліз!...&lt;br /&gt;</w:t>
        <w:br/>
        <w:t>Ну, тьотушка найшли ви чоловіка,&lt;br /&gt;</w:t>
        <w:br/>
        <w:t>Се не жених, а просто ніж!&lt;br /&gt;</w:t>
        <w:br/>
        <w:t>Послухайте, що я скажу&lt;br /&gt;</w:t>
        <w:br/>
        <w:t>Йому і Вам, та прямо в вічі:&lt;br /&gt;</w:t>
        <w:br/>
        <w:t>Нехай умиється він тричі,&lt;br /&gt;</w:t>
        <w:br/>
        <w:t>А я за його не піду,&lt;br /&gt;</w:t>
        <w:br/>
        <w:t>Бо я його і духу не терплю.&lt;br /&gt;</w:t>
        <w:br/>
        <w:t>Нехай се буде примха панська!&lt;br /&gt;</w:t>
        <w:br/>
        <w:t>Він циган сам, і річ циганська;&lt;br /&gt;</w:t>
        <w:br/>
        <w:t>А мати там із біса зла;&lt;br /&gt;</w:t>
        <w:br/>
        <w:t>Від неї встане вся наруга.&lt;br /&gt;</w:t>
        <w:br/>
        <w:t>Вона мене із'їсть сама;&lt;br /&gt;</w:t>
        <w:br/>
        <w:t>К тому ж він п'яни&amp;#769;ця й волоцюга.</w:t>
      </w:r>
    </w:p>
    <w:p>
      <w:r>
        <w:br/>
        <w:t>Тітка: В тебе язик, як бритва доню.&lt;br /&gt;</w:t>
        <w:br/>
        <w:t>Не гріх тобі, не страм тобі,&lt;br /&gt;</w:t>
        <w:br/>
        <w:t>Давать йому такую волю:&lt;br /&gt;</w:t>
        <w:br/>
        <w:t>Страмить людей без всякої вини.&lt;br /&gt;</w:t>
        <w:br/>
        <w:t>Де ти набралася такого духу&lt;br /&gt;</w:t>
        <w:br/>
        <w:t>брехати так? І мати зла,&lt;br /&gt;</w:t>
        <w:br/>
        <w:t>А син не тямиться, як п'е сивуху!...&lt;br /&gt;</w:t>
        <w:br/>
        <w:t>Як бачу я, з святих нема добра;&lt;br /&gt;</w:t>
        <w:br/>
        <w:t>Вони хочь здорово поклони дують,&lt;br /&gt;</w:t>
        <w:br/>
        <w:t>Затеж і лаются гаразд, і судять&lt;br /&gt;</w:t>
        <w:br/>
        <w:t>І піднімають мир на сміх.&lt;br /&gt;</w:t>
        <w:br/>
        <w:t>Так, серце, гріх,&lt;br /&gt;</w:t>
        <w:br/>
        <w:t>І для людей обидно,&lt;br /&gt;</w:t>
        <w:br/>
        <w:t>І слухати од дівки стидно.</w:t>
      </w:r>
    </w:p>
    <w:p>
      <w:r>
        <w:br/>
        <w:t>(Галя плаче)</w:t>
      </w:r>
    </w:p>
    <w:p>
      <w:r>
        <w:br/>
        <w:t>Тітка: Я, кажеться, тебе не била,&lt;br /&gt;</w:t>
        <w:br/>
        <w:t>А ти уже й губки&amp;#769; надула,&lt;br /&gt;</w:t>
        <w:br/>
        <w:t>Сльозами щочки окропила.&lt;br /&gt;</w:t>
        <w:br/>
        <w:t>Ой, слухай, Галочко, сюди!..&lt;br /&gt;</w:t>
        <w:br/>
        <w:t>Та ну, не плач же, Бог з тобою!&lt;br /&gt;</w:t>
        <w:br/>
        <w:t>Ти ще тоді маленькою була,&lt;br /&gt;</w:t>
        <w:br/>
        <w:t>Як мати, серденько, твоя&lt;br /&gt;</w:t>
        <w:br/>
        <w:t>Осталась горювать вдовою.&lt;br /&gt;</w:t>
        <w:br/>
        <w:t>Не встигла ще вона обтерти сліз&lt;br /&gt;</w:t>
        <w:br/>
        <w:t>За мужиком, як тут болізнь&lt;br /&gt;</w:t>
        <w:br/>
        <w:t>Мою голубоньку із ніг звалила.&lt;br /&gt;</w:t>
        <w:br/>
        <w:t>От раз прийшла я хвору навістить,&lt;br /&gt;</w:t>
        <w:br/>
        <w:t>Дивлюсь, сердешная лежить,&lt;br /&gt;</w:t>
        <w:br/>
        <w:t>Чуть тепла та жива, и рученьки схрестила.&lt;br /&gt;</w:t>
        <w:br/>
        <w:t>Що ти, сестра? та що ти робиш?&lt;br /&gt;</w:t>
        <w:br/>
        <w:t>Ти мабуть нас покинуть хочеш?&lt;br /&gt;</w:t>
        <w:br/>
        <w:t>Сказала я уся в сльозах,&lt;br /&gt;</w:t>
        <w:br/>
        <w:t>А ти тоді ігралася в ногах!&lt;br /&gt;</w:t>
        <w:br/>
        <w:t>– "Мені осталася минута до могили,&lt;br /&gt;</w:t>
        <w:br/>
        <w:t>Сестра! Бог не послав тобі дітей,&lt;br /&gt;</w:t>
        <w:br/>
        <w:t>Возьми ж мою дочку замість дитини, –&lt;br /&gt;</w:t>
        <w:br/>
        <w:t>Нехай не буде без очей!"&lt;br /&gt;</w:t>
        <w:br/>
        <w:t>Я трохи з горя не здуріла,&lt;br /&gt;</w:t>
        <w:br/>
        <w:t>Без пам'яті тебе я на руки вхопила,&lt;br /&gt;</w:t>
        <w:br/>
        <w:t>А ти мене руками обняла&lt;br /&gt;</w:t>
        <w:br/>
        <w:t>І п'явкою до серденька прилипла;&lt;br /&gt;</w:t>
        <w:br/>
        <w:t>А я тоді од сліз зовсім осліпла,&lt;br /&gt;</w:t>
        <w:br/>
        <w:t>Невбачила як Богу душу отдала&lt;br /&gt;</w:t>
        <w:br/>
        <w:t>Моя безщасная сестра!&lt;br /&gt;</w:t>
        <w:br/>
        <w:t>(плачуть обидві)&lt;br /&gt;</w:t>
        <w:br/>
        <w:t>І з тій пори на свої руки&lt;br /&gt;</w:t>
        <w:br/>
        <w:t>Тебе я, Галочко, взяла,&lt;br /&gt;</w:t>
        <w:br/>
        <w:t>О, скілько радостей, о, скілько муки&lt;br /&gt;</w:t>
        <w:br/>
        <w:t>Моя душа перенесла,&lt;br /&gt;</w:t>
        <w:br/>
        <w:t>Поки Господь мене сподобив&lt;br /&gt;</w:t>
        <w:br/>
        <w:t>Тебе до розуму, як треба, довести&lt;br /&gt;</w:t>
        <w:br/>
        <w:t>І дівкою побачити у всій красі.&lt;br /&gt;</w:t>
        <w:br/>
        <w:t>Сказать нельзя, як я тебе жаліла.&lt;br /&gt;</w:t>
        <w:br/>
        <w:t>О, мати так не жалує дочку!&lt;br /&gt;</w:t>
        <w:br/>
        <w:t>Жила і дихала тобою, –&lt;br /&gt;</w:t>
        <w:br/>
        <w:t>Не раз робилася малою,&lt;br /&gt;</w:t>
        <w:br/>
        <w:t>Не раз ігралася з тобою на піску.&lt;br /&gt;</w:t>
        <w:br/>
        <w:t>Бувало ти чого смієшся, –&lt;br /&gt;</w:t>
        <w:br/>
        <w:t>І я мов дурочка сміюсь,&lt;br /&gt;</w:t>
        <w:br/>
        <w:t>Заплачеш ти чого, сердешна, –&lt;br /&gt;</w:t>
        <w:br/>
        <w:t>І я заплачу, зажурюсь.&lt;br /&gt;</w:t>
        <w:br/>
        <w:t>Ось бачиш сі лиса і гори,&lt;br /&gt;</w:t>
        <w:br/>
        <w:t>На них кохала я тебе;&lt;br /&gt;</w:t>
        <w:br/>
        <w:t>І там перейняла ти в мене&lt;br /&gt;</w:t>
        <w:br/>
        <w:t>Мої пісні, печаль і горе;&lt;br /&gt;</w:t>
        <w:br/>
        <w:t>Там, там головоньку твою&lt;br /&gt;</w:t>
        <w:br/>
        <w:t>Я всю кудрями завивала,&lt;br /&gt;</w:t>
        <w:br/>
        <w:t>А ти за сю мою любов&lt;br /&gt;</w:t>
        <w:br/>
        <w:t>Мене у ноги цілувала.&lt;br /&gt;</w:t>
        <w:br/>
        <w:t>Чи думалось коли мені,&lt;br /&gt;</w:t>
        <w:br/>
        <w:t>Кохаючи тебе без міри,&lt;br /&gt;</w:t>
        <w:br/>
        <w:t>Що прийде врем'я те на ділі,&lt;br /&gt;</w:t>
        <w:br/>
        <w:t>Що ти за всі мої труди,&lt;br /&gt;</w:t>
        <w:br/>
        <w:t>Мою любов, моє кохання&lt;br /&gt;</w:t>
        <w:br/>
        <w:t>Заплатиш, бач, непослуханьєм?&lt;br /&gt;</w:t>
        <w:br/>
        <w:t>Бодай сього удруге не дождать…..&lt;br /&gt;</w:t>
        <w:br/>
        <w:t>О, лучше з матір'ю твоєю&lt;br /&gt;</w:t>
        <w:br/>
        <w:t>Мені б прикритися землею!</w:t>
      </w:r>
    </w:p>
    <w:p>
      <w:r>
        <w:br/>
        <w:t>Галя: Хто вам сказав, що я вас не люблю,&lt;br /&gt;</w:t>
        <w:br/>
        <w:t>Не слухаю? – не говоріть напрасно!&lt;br /&gt;</w:t>
        <w:br/>
        <w:t>О, дайте рученьку до серденька прижму,&lt;br /&gt;</w:t>
        <w:br/>
        <w:t>Чогось воно забилось страшно!&lt;br /&gt;</w:t>
        <w:br/>
        <w:t>Незнаю, як вас і любить,&lt;br /&gt;</w:t>
        <w:br/>
        <w:t>Ну, дайте ніжку поцілую!&lt;br /&gt;</w:t>
        <w:br/>
        <w:t>Чогось моя душа болить,&lt;br /&gt;</w:t>
        <w:br/>
        <w:t>І важко так, і я тоскую?&lt;br /&gt;</w:t>
        <w:br/>
        <w:t>Де сльози ділися мої? –&lt;br /&gt;</w:t>
        <w:br/>
        <w:t>Тепер наплакатись у волю.&lt;br /&gt;</w:t>
        <w:br/>
        <w:t>Тут темно, кажется мені?&lt;br /&gt;</w:t>
        <w:br/>
        <w:t>Боюсь, боюсь зробитися сліпою!&lt;br /&gt;</w:t>
        <w:br/>
        <w:t>Не сердьтесь, тьотю, на мене,&lt;br /&gt;</w:t>
        <w:br/>
        <w:t>О, гляньте, гляньте веселіше!&lt;br /&gt;</w:t>
        <w:br/>
        <w:t>Я слово вам даю святе&lt;br /&gt;</w:t>
        <w:br/>
        <w:t>Не огорчати так вас більше.&lt;br /&gt;</w:t>
        <w:br/>
        <w:t>Ні, тьотушка! я вас люблю;&lt;br /&gt;</w:t>
        <w:br/>
        <w:t>Для вас у воду хоч по шию,&lt;br /&gt;</w:t>
        <w:br/>
        <w:t>І за немилого піду,&lt;br /&gt;</w:t>
        <w:br/>
        <w:t>Що в тім нужди, що потім одурію!...&lt;br /&gt;</w:t>
        <w:br/>
        <w:t>Ну хоч погляньте на мене!...&lt;br /&gt;</w:t>
        <w:br/>
        <w:t>Не любите мене, як бачу;&lt;br /&gt;</w:t>
        <w:br/>
        <w:t>Ох, мамочко моя, скажіть,&lt;br /&gt;</w:t>
        <w:br/>
        <w:t>Чим заслужила я неласку вашу.</w:t>
      </w:r>
    </w:p>
    <w:p>
      <w:r>
        <w:br/>
        <w:t>Тітка: Галочко моя, моє ти серденятко!&lt;br /&gt;</w:t>
        <w:br/>
        <w:t>Сирітка милая, сизеньке голубятко!&lt;br /&gt;</w:t>
        <w:br/>
        <w:t>Люблю тебе без міри, без кінця.&lt;br /&gt;</w:t>
        <w:br/>
        <w:t>Ти мій цвіток, мого кохання,&lt;br /&gt;</w:t>
        <w:br/>
        <w:t>Моя надія, сподіваньє;&lt;br /&gt;</w:t>
        <w:br/>
        <w:t>В тобі душі не чаю я;&lt;br /&gt;</w:t>
        <w:br/>
        <w:t>Ти – моя радисть і утіха!&lt;br /&gt;</w:t>
        <w:br/>
        <w:t>Послав же Бог святий мені&lt;br /&gt;</w:t>
        <w:br/>
        <w:t>На старість літ племінницю такую,&lt;br /&gt;</w:t>
        <w:br/>
        <w:t>Іди, лишень, мене скоріше обійми!&lt;br /&gt;</w:t>
        <w:br/>
        <w:t>А я тебе в головку поцілую,&lt;br /&gt;</w:t>
        <w:br/>
        <w:t>І подивлюсь у очі карії твої,&lt;br /&gt;</w:t>
        <w:br/>
        <w:t>Яких ніде найти не можно.&lt;br /&gt;</w:t>
        <w:br/>
        <w:t>Ану, лишень, роскинь роскошно&lt;br /&gt;</w:t>
        <w:br/>
        <w:t>Ти чорні кудроньки свої!&lt;br /&gt;</w:t>
        <w:br/>
        <w:t>Дай, налюбуюся тобою,&lt;br /&gt;</w:t>
        <w:br/>
        <w:t>Як лебідь чистою водою!&lt;br /&gt;</w:t>
        <w:br/>
        <w:t>Дай, надивлюся на тебе,&lt;br /&gt;</w:t>
        <w:br/>
        <w:t>Моя голубонька безвинна!&lt;br /&gt;</w:t>
        <w:br/>
        <w:t>Твоя краса чудесна, дивна,&lt;br /&gt;</w:t>
        <w:br/>
        <w:t>Такої в світі не знайти.&lt;br /&gt;</w:t>
        <w:br/>
        <w:t>Ну що за очі, що за брови!&lt;br /&gt;</w:t>
        <w:br/>
        <w:t>Ти, певно, їх взяла у долі&lt;br /&gt;</w:t>
        <w:br/>
        <w:t>На радість людям і собі.&lt;br /&gt;</w:t>
        <w:br/>
        <w:t>Давно б пора намалювати&lt;br /&gt;</w:t>
        <w:br/>
        <w:t>Твою дівочу красоту.&lt;br /&gt;</w:t>
        <w:br/>
        <w:t>Де ти сестра? – ну годі спати&lt;br /&gt;</w:t>
        <w:br/>
        <w:t>Устань, поглянь на сироту!&lt;br /&gt;</w:t>
        <w:br/>
        <w:t>Ти по лицю, мов та княгиня,&lt;br /&gt;</w:t>
        <w:br/>
        <w:t>Но, Боже мій, яка судьбина&lt;br /&gt;</w:t>
        <w:br/>
        <w:t>Тебе на світі жде?&lt;br /&gt;</w:t>
        <w:br/>
        <w:t>Ти все журлива, та журлива,&lt;br /&gt;</w:t>
        <w:br/>
        <w:t>Ти чуєш лихо на себе&lt;br /&gt;</w:t>
        <w:br/>
        <w:t>Боюсь, боюсь ти будиш нещаслива!&lt;br /&gt;</w:t>
        <w:br/>
        <w:t>Невідомо, не знаємо о чім&lt;br /&gt;</w:t>
        <w:br/>
        <w:t>Ти все тоскуєш, та тоскуєш,&lt;br /&gt;</w:t>
        <w:br/>
        <w:t>Ну вийди заміж, так повір,&lt;br /&gt;</w:t>
        <w:br/>
        <w:t>Тоску на вікі ти забудеш,&lt;br /&gt;</w:t>
        <w:br/>
        <w:t>Забудеш ти співать тоді&lt;br /&gt;</w:t>
        <w:br/>
        <w:t>Пісни печальні, жалібливі&lt;br /&gt;</w:t>
        <w:br/>
        <w:t>І будеш ти весела та жартлива,&lt;br /&gt;</w:t>
        <w:br/>
        <w:t>Спокійная, щаслива.</w:t>
      </w:r>
    </w:p>
    <w:p>
      <w:r>
        <w:br/>
        <w:t>М. Петренко&lt;br /&gt;</w:t>
        <w:br/>
        <w:t>Харків.&lt;br /&gt;</w:t>
        <w:br/>
        <w:t>20 січня, 1845 року</w:t>
      </w:r>
    </w:p>
    <w:p>
      <w:r>
        <w:br/>
      </w:r>
    </w:p>
    <w:p>
      <w:r>
        <w:br/>
        <w:t>Також інформація про рукопис надається в статті "Нові знахідки щодо творчості&lt;br /&gt;</w:t>
        <w:br/>
        <w:t>Михайла Миколайовича Петренка" в розділі "Дослідження" сайту, присвяченого Поету.&lt;br /&gt;</w:t>
        <w:br/>
        <w:t>20 січня, 1845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