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Надвірна (пісня)</w:t>
      </w:r>
    </w:p>
    <w:p>
      <w:r>
        <w:br/>
        <w:t xml:space="preserve"> Звила Надвірна барвисте гніздечко,&lt;br /&gt;</w:t>
        <w:br/>
        <w:t>Вродою стелиться навкіл земля.&lt;br /&gt;</w:t>
        <w:br/>
        <w:t>Давні Карпати лягли недалечко&lt;br /&gt;</w:t>
        <w:br/>
        <w:t>Й усмішку лагідну шлють звіддаля.</w:t>
      </w:r>
    </w:p>
    <w:p>
      <w:r>
        <w:br/>
        <w:t>Завжди над обрієм свіжі світанки,&lt;br /&gt;</w:t>
        <w:br/>
        <w:t>Хвиля на Бистриці душу п'янить.&lt;br /&gt;</w:t>
        <w:br/>
        <w:t>Рідна Надвірна нас кожного ранку&lt;br /&gt;</w:t>
        <w:br/>
        <w:t>Кличе піднятись в небесну блакить.</w:t>
      </w:r>
    </w:p>
    <w:p>
      <w:r>
        <w:br/>
        <w:t>Повниться щедрими мріями доля,&lt;br /&gt;</w:t>
        <w:br/>
        <w:t>Над Україною сонце ясне.&lt;br /&gt;</w:t>
        <w:br/>
        <w:t>В далеч пташину, в широке роздолля&lt;br /&gt;</w:t>
        <w:br/>
        <w:t>Літеплом спів наш могучий майне.</w:t>
      </w:r>
    </w:p>
    <w:p>
      <w:r>
        <w:br/>
        <w:t>З піснею в серці, як зоряні блиски,&lt;br /&gt;</w:t>
        <w:br/>
        <w:t>Завжди вертаю з далеких доріг&lt;br /&gt;</w:t>
        <w:br/>
        <w:t>В милу Надвірну, де наша колискова,&lt;br /&gt;</w:t>
        <w:br/>
        <w:t>В край, що для мене кохання зберіг.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Надвірна (пісня)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