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Наднарочанські сосни (збірка)</w:t>
      </w:r>
    </w:p>
    <w:p>
      <w:r>
        <w:br/>
        <w:t xml:space="preserve"> Максим Танк&lt;br /&gt;</w:t>
        <w:br/>
        <w:t>Наднарочанські сосни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* * *</w:t>
      </w:r>
    </w:p>
    <w:p>
      <w:r>
        <w:br/>
        <w:t>Раніш за всіх присниться півням день,&lt;br /&gt;</w:t>
        <w:br/>
        <w:t>Але ніхто не йме їм віри,&lt;br /&gt;</w:t>
        <w:br/>
        <w:t>Лише стара матуся, їх зачувши,&lt;br /&gt;</w:t>
        <w:br/>
        <w:t>Прокинеться&lt;br /&gt;</w:t>
        <w:br/>
        <w:t>і коцюбу розбудить,&lt;br /&gt;</w:t>
        <w:br/>
        <w:t>У припічку роздмухає вогонь,&lt;br /&gt;</w:t>
        <w:br/>
        <w:t>Хліб перехрестить, покладе на стіл.&lt;br /&gt;</w:t>
        <w:br/>
        <w:t>А потім череда хмаринок&lt;br /&gt;</w:t>
        <w:br/>
        <w:t>Затеплиться, мов жайворова пісня,&lt;br /&gt;</w:t>
        <w:br/>
        <w:t>І чорногуз — цей вартовий села —&lt;br /&gt;</w:t>
        <w:br/>
        <w:t>Сягне до сонця дзьобом,&lt;br /&gt;</w:t>
        <w:br/>
        <w:t>покуштує&lt;br /&gt;</w:t>
        <w:br/>
        <w:t>Та й передасть побавитись малятам,&lt;br /&gt;</w:t>
        <w:br/>
        <w:t>Аж доки з їхнього кубла воно&lt;br /&gt;</w:t>
        <w:br/>
        <w:t>Не звалиться униз&lt;br /&gt;</w:t>
        <w:br/>
        <w:t>на призьбу хати&lt;br /&gt;</w:t>
        <w:br/>
        <w:t>І не розсиплеться бджолиним передзвоном,&lt;br /&gt;</w:t>
        <w:br/>
        <w:t>Клепанням кіс&lt;br /&gt;</w:t>
        <w:br/>
        <w:t>і дзенькотом корчажки.&lt;br /&gt;</w:t>
        <w:br/>
        <w:t>Цікаво, чи так само сонце сходить&lt;br /&gt;</w:t>
        <w:br/>
        <w:t>І зараз на Пількавщині моїй?</w:t>
      </w:r>
    </w:p>
    <w:p>
      <w:r>
        <w:br/>
        <w:t>* * *</w:t>
      </w:r>
    </w:p>
    <w:p>
      <w:r>
        <w:br/>
        <w:t>Цілий тиждень&lt;br /&gt;</w:t>
        <w:br/>
        <w:t>Бджоли і джмелі&lt;br /&gt;</w:t>
        <w:br/>
        <w:t>Підпалювали суцвіття конюшини.&lt;br /&gt;</w:t>
        <w:br/>
        <w:t>І ось воно спалахнуло&lt;br /&gt;</w:t>
        <w:br/>
        <w:t>І розгорілося так,&lt;br /&gt;</w:t>
        <w:br/>
        <w:t>Аж треба було&lt;br /&gt;</w:t>
        <w:br/>
        <w:t>Бігти з косами, з граблями,&lt;br /&gt;</w:t>
        <w:br/>
        <w:t>Щоб вогонь часом не перекинувсь&lt;br /&gt;</w:t>
        <w:br/>
        <w:t>На оселі.</w:t>
      </w:r>
    </w:p>
    <w:p>
      <w:r>
        <w:br/>
        <w:t>Тепер вечорами,&lt;br /&gt;</w:t>
        <w:br/>
        <w:t>Докіль полум'я це не звеземо,&lt;br /&gt;</w:t>
        <w:br/>
        <w:t>Копи тліють вечірньою зорею,&lt;br /&gt;</w:t>
        <w:br/>
        <w:t>Тепляться світляками,&lt;br /&gt;</w:t>
        <w:br/>
        <w:t>Стрекочуть кониками,&lt;br /&gt;</w:t>
        <w:br/>
        <w:t>Дзвенять дівочим сміхом,&lt;br /&gt;</w:t>
        <w:br/>
        <w:t>Що його вночі,&lt;br /&gt;</w:t>
        <w:br/>
        <w:t>Наче зірку летючу,&lt;br /&gt;</w:t>
        <w:br/>
        <w:t>Нелегко знайти&lt;br /&gt;</w:t>
        <w:br/>
        <w:t>У цій п'яній, як сон,&lt;br /&gt;</w:t>
        <w:br/>
        <w:t>Небезпечній, як порох сухий,&lt;br /&gt;</w:t>
        <w:br/>
        <w:t>Конюшині.</w:t>
      </w:r>
    </w:p>
    <w:p>
      <w:r>
        <w:br/>
        <w:t>* * *</w:t>
      </w:r>
    </w:p>
    <w:p>
      <w:r>
        <w:br/>
        <w:t>Треба бодай раз на рік&lt;br /&gt;</w:t>
        <w:br/>
        <w:t>Пройти босоніж борозною за плугом,&lt;br /&gt;</w:t>
        <w:br/>
        <w:t>Щоб одновити&lt;br /&gt;</w:t>
        <w:br/>
        <w:t>Свій давній зв'язок з ріднею,-&lt;br /&gt;</w:t>
        <w:br/>
        <w:t>Землею, камінням, травою.</w:t>
      </w:r>
    </w:p>
    <w:p>
      <w:r>
        <w:br/>
        <w:t>Треба бодай раз на рік&lt;br /&gt;</w:t>
        <w:br/>
        <w:t>Зайти до крамниці іграшок,&lt;br /&gt;</w:t>
        <w:br/>
        <w:t>Щоб пригадати,&lt;br /&gt;</w:t>
        <w:br/>
        <w:t>Який був сам ти спозадавна,&lt;br /&gt;</w:t>
        <w:br/>
        <w:t>Щоб придбати дарунок малюкові,&lt;br /&gt;</w:t>
        <w:br/>
        <w:t>Бо хтозна,-&lt;br /&gt;</w:t>
        <w:br/>
        <w:t>Може, за твою ракету копійчану&lt;br /&gt;</w:t>
        <w:br/>
        <w:t>Колись він людству подарує&lt;br /&gt;</w:t>
        <w:br/>
        <w:t>Галактику щастя.</w:t>
      </w:r>
    </w:p>
    <w:p>
      <w:r>
        <w:br/>
        <w:t>Треба бодай раз на рік&lt;br /&gt;</w:t>
        <w:br/>
        <w:t>Прийти на цвинтар,&lt;br /&gt;</w:t>
        <w:br/>
        <w:t>Щоб переконатись,&lt;br /&gt;</w:t>
        <w:br/>
        <w:t>Що тебе не навічно приписано&lt;br /&gt;</w:t>
        <w:br/>
        <w:t>До цієї зеленої планети,&lt;br /&gt;</w:t>
        <w:br/>
        <w:t>Наче до якоїсь посади.&lt;br /&gt;</w:t>
        <w:br/>
        <w:t>Адже ж навіть ті,&lt;br /&gt;</w:t>
        <w:br/>
        <w:t>Що спочили під епітафіями мармуровими,&lt;br /&gt;</w:t>
        <w:br/>
        <w:t>Під бронзою реквієму,&lt;br /&gt;</w:t>
        <w:br/>
        <w:t>В тріумфі вінків і промов,&lt;br /&gt;</w:t>
        <w:br/>
        <w:t>Якщо по собі&lt;br /&gt;</w:t>
        <w:br/>
        <w:t>Не залишили доброї пам'яті,-&lt;br /&gt;</w:t>
        <w:br/>
        <w:t>Були випадковими тільки&lt;br /&gt;</w:t>
        <w:br/>
        <w:t>Перехожими.</w:t>
      </w:r>
    </w:p>
    <w:p>
      <w:r>
        <w:br/>
        <w:t>* * *</w:t>
      </w:r>
    </w:p>
    <w:p>
      <w:r>
        <w:br/>
        <w:t>Вітер зустрічний&lt;br /&gt;</w:t>
        <w:br/>
        <w:t>Стьобає коня батогом по очах,&lt;br /&gt;</w:t>
        <w:br/>
        <w:t>А кінь іде, хитаючись,&lt;br /&gt;</w:t>
        <w:br/>
        <w:t>Між голоблею зі спонуки,&lt;br /&gt;</w:t>
        <w:br/>
        <w:t>Між голоблею із розпуки,-&lt;br /&gt;</w:t>
        <w:br/>
        <w:t>На бездоріжжя.&lt;br /&gt;</w:t>
        <w:br/>
        <w:t>Віз рипить і кахикає,&lt;br /&gt;</w:t>
        <w:br/>
        <w:t>Промерзши на ночівлі.&lt;br /&gt;</w:t>
        <w:br/>
        <w:t>Колеса, напившись&lt;br /&gt;</w:t>
        <w:br/>
        <w:t>З вересневих калюж,&lt;br /&gt;</w:t>
        <w:br/>
        <w:t>Мляво скриплять&lt;br /&gt;</w:t>
        <w:br/>
        <w:t>Під гармонію спиць.&lt;br /&gt;</w:t>
        <w:br/>
        <w:t>А слідом чвалає&lt;br /&gt;</w:t>
        <w:br/>
        <w:t>Циган старий і озирається:&lt;br /&gt;</w:t>
        <w:br/>
        <w:t>Коли б не вернули його&lt;br /&gt;</w:t>
        <w:br/>
        <w:t>До ночей під стріхою,&lt;br /&gt;</w:t>
        <w:br/>
        <w:t>До їдла з печі,&lt;br /&gt;</w:t>
        <w:br/>
        <w:t>До сонця електричного,&lt;br /&gt;</w:t>
        <w:br/>
        <w:t>Почепленого над столом&lt;br /&gt;</w:t>
        <w:br/>
        <w:t>На дроті,&lt;br /&gt;</w:t>
        <w:br/>
        <w:t>Немов на оброті мотузяній,&lt;br /&gt;</w:t>
        <w:br/>
        <w:t>До води неживої з труб,&lt;br /&gt;</w:t>
        <w:br/>
        <w:t>До невістки, що приворожила&lt;br /&gt;</w:t>
        <w:br/>
        <w:t>Його сина і підпаска-внука&lt;br /&gt;</w:t>
        <w:br/>
        <w:t>І не пустила їх&lt;br /&gt;</w:t>
        <w:br/>
        <w:t>Вкупі з ним мандрувати по світу,&lt;br /&gt;</w:t>
        <w:br/>
        <w:t>Навіщувавши старому&lt;br /&gt;</w:t>
        <w:br/>
        <w:t>Крик гайвороння на роздоріжжі&lt;br /&gt;</w:t>
        <w:br/>
        <w:t>І самоту.</w:t>
      </w:r>
    </w:p>
    <w:p>
      <w:r>
        <w:br/>
        <w:t>* * *</w:t>
      </w:r>
    </w:p>
    <w:p>
      <w:r>
        <w:br/>
        <w:t>Під ялівцем прилігши,&lt;br /&gt;</w:t>
        <w:br/>
        <w:t>Сховавши голову під мухомором,&lt;br /&gt;</w:t>
        <w:br/>
        <w:t>А ноги — в дерезі,&lt;br /&gt;</w:t>
        <w:br/>
        <w:t>А руки простягнувши&lt;br /&gt;</w:t>
        <w:br/>
        <w:t>Поміж коріння сосон,&lt;br /&gt;</w:t>
        <w:br/>
        <w:t>Так зливсь я з мохом,&lt;br /&gt;</w:t>
        <w:br/>
        <w:t>З вересом та глицею,&lt;br /&gt;</w:t>
        <w:br/>
        <w:t>Що навіть лісуни-чарівники&lt;br /&gt;</w:t>
        <w:br/>
        <w:t>Не спостерегли мене,&lt;br /&gt;</w:t>
        <w:br/>
        <w:t>І я почути зміг&lt;br /&gt;</w:t>
        <w:br/>
        <w:t>Ті розповіді про людей,&lt;br /&gt;</w:t>
        <w:br/>
        <w:t>Що їх вони&lt;br /&gt;</w:t>
        <w:br/>
        <w:t>Своїм оповідають дітям,&lt;br /&gt;</w:t>
        <w:br/>
        <w:t>Почути, що людина —&lt;br /&gt;</w:t>
        <w:br/>
        <w:t>Це рідна їм істота,&lt;br /&gt;</w:t>
        <w:br/>
        <w:t>Та вона, їх зрадивши колись,&lt;br /&gt;</w:t>
        <w:br/>
        <w:t>Не любить признаватися&lt;br /&gt;</w:t>
        <w:br/>
        <w:t>У цьому.</w:t>
      </w:r>
    </w:p>
    <w:p>
      <w:r>
        <w:br/>
        <w:t>* * *</w:t>
      </w:r>
    </w:p>
    <w:p>
      <w:r>
        <w:br/>
        <w:t>Вони хитаються —&lt;br /&gt;</w:t>
        <w:br/>
        <w:t>З обпаленими кронами,&lt;br /&gt;</w:t>
        <w:br/>
        <w:t>З облитими живицею&lt;br /&gt;</w:t>
        <w:br/>
        <w:t>Ранами від куль.&lt;br /&gt;</w:t>
        <w:br/>
        <w:t>За ясної години&lt;br /&gt;</w:t>
        <w:br/>
        <w:t>Аж на західний берег Нарочі&lt;br /&gt;</w:t>
        <w:br/>
        <w:t>Убрід переносять сонце,&lt;br /&gt;</w:t>
        <w:br/>
        <w:t>Допомагають рибалкам&lt;br /&gt;</w:t>
        <w:br/>
        <w:t>Тягнути обтяжений невід;&lt;br /&gt;</w:t>
        <w:br/>
        <w:t>А вечорами&lt;br /&gt;</w:t>
        <w:br/>
        <w:t>Співають з піонерами&lt;br /&gt;</w:t>
        <w:br/>
        <w:t>І стрибають через вогонь.</w:t>
      </w:r>
    </w:p>
    <w:p>
      <w:r>
        <w:br/>
        <w:t>У буревій —&lt;br /&gt;</w:t>
        <w:br/>
        <w:t>З долоні в долоню&lt;br /&gt;</w:t>
        <w:br/>
        <w:t>Своїх покручених&lt;br /&gt;</w:t>
        <w:br/>
        <w:t>І гудзуватих рук-гілок&lt;br /&gt;</w:t>
        <w:br/>
        <w:t>Перекидають&lt;br /&gt;</w:t>
        <w:br/>
        <w:t>Розблискані&lt;br /&gt;</w:t>
        <w:br/>
        <w:t>Хмари і грім.&lt;br /&gt;</w:t>
        <w:br/>
        <w:t>Був би я навіть глухий,-&lt;br /&gt;</w:t>
        <w:br/>
        <w:t>Між тисяч інших сосон&lt;br /&gt;</w:t>
        <w:br/>
        <w:t>Відрізнив би їх гомін;&lt;br /&gt;</w:t>
        <w:br/>
        <w:t>Був би я навіть сліпий,-&lt;br /&gt;</w:t>
        <w:br/>
        <w:t>Обійнявши чи поцілувавши,&lt;br /&gt;</w:t>
        <w:br/>
        <w:t>Їх упізнав би.</w:t>
      </w:r>
    </w:p>
    <w:p>
      <w:r>
        <w:br/>
        <w:t>* * *</w:t>
      </w:r>
    </w:p>
    <w:p>
      <w:r>
        <w:br/>
        <w:t>Мені здалось, що ти на мене кличеш,&lt;br /&gt;</w:t>
        <w:br/>
        <w:t>Але насправді був це голос вітру,&lt;br /&gt;</w:t>
        <w:br/>
        <w:t>Не голос вітру — зляканої пташки,&lt;br /&gt;</w:t>
        <w:br/>
        <w:t>Не зляканої пташки — сонних віт,&lt;br /&gt;</w:t>
        <w:br/>
        <w:t>Не сонних віт, а крапельки роси,&lt;br /&gt;</w:t>
        <w:br/>
        <w:t>Не крапельки роси, а дальньої луни...</w:t>
      </w:r>
    </w:p>
    <w:p>
      <w:r>
        <w:br/>
        <w:t>Проте однаково щодня&lt;br /&gt;</w:t>
        <w:br/>
        <w:t>Повз вікна я твої проходжу,&lt;br /&gt;</w:t>
        <w:br/>
        <w:t>Щоб знов його бодай би раз почуть.</w:t>
      </w:r>
    </w:p>
    <w:p>
      <w:r>
        <w:br/>
        <w:t>* * *</w:t>
      </w:r>
    </w:p>
    <w:p>
      <w:r>
        <w:br/>
        <w:t>Найнезабутніші сни&lt;br /&gt;</w:t>
        <w:br/>
        <w:t>Снились мені під стріхою&lt;br /&gt;</w:t>
        <w:br/>
        <w:t>Твоїх шорстких долонь.&lt;br /&gt;</w:t>
        <w:br/>
        <w:t>(Пробач за такий вигадливий&lt;br /&gt;</w:t>
        <w:br/>
        <w:t>Початок освідчення).</w:t>
      </w:r>
    </w:p>
    <w:p>
      <w:r>
        <w:br/>
        <w:t>Твої уста були&lt;br /&gt;</w:t>
        <w:br/>
        <w:t>На всі рани&lt;br /&gt;</w:t>
        <w:br/>
        <w:t>Цілющими зелами,&lt;br /&gt;</w:t>
        <w:br/>
        <w:t>Хоч часом вертався до них я,&lt;br /&gt;</w:t>
        <w:br/>
        <w:t>Не годен на спомин.&lt;br /&gt;</w:t>
        <w:br/>
        <w:t>(Пробач мені і цей гріх,&lt;br /&gt;</w:t>
        <w:br/>
        <w:t>Як пробачала раніше).&lt;br /&gt;</w:t>
        <w:br/>
        <w:t>Жодне багаття так мене&lt;br /&gt;</w:t>
        <w:br/>
        <w:t>Не вертало до життя,&lt;br /&gt;</w:t>
        <w:br/>
        <w:t>Як тепло твоєї пісні,&lt;br /&gt;</w:t>
        <w:br/>
        <w:t>Біля якого завше&lt;br /&gt;</w:t>
        <w:br/>
        <w:t>Грію замерзлі руки свої.&lt;br /&gt;</w:t>
        <w:br/>
        <w:t>(Пробач, що своїм безтямним життям&lt;br /&gt;</w:t>
        <w:br/>
        <w:t>Я так часто тебе непокою).</w:t>
      </w:r>
    </w:p>
    <w:p>
      <w:r>
        <w:br/>
        <w:t>* * *</w:t>
      </w:r>
    </w:p>
    <w:p>
      <w:r>
        <w:br/>
        <w:t>Починається осінь — не тоді, коли синій&lt;br /&gt;</w:t>
        <w:br/>
        <w:t>Сіверко лізе за пазуху в тебе ховатися,&lt;br /&gt;</w:t>
        <w:br/>
        <w:t>Коли на рокиті дзвенять неводи павутиння&lt;br /&gt;</w:t>
        <w:br/>
        <w:t>І житня стерня їжаком починає штрикатися,&lt;br /&gt;</w:t>
        <w:br/>
        <w:t>А тоді, коли вирій над круговидами дальніми&lt;br /&gt;</w:t>
        <w:br/>
        <w:t>Осяється сонця променями прощальними&lt;br /&gt;</w:t>
        <w:br/>
        <w:t>І звиснуть два грона на горобині похилій&lt;br /&gt;</w:t>
        <w:br/>
        <w:t>Дарунком весільним тій дівчині милій,&lt;br /&gt;</w:t>
        <w:br/>
        <w:t>За якою не раз ти колись побивавсь на вечірках,&lt;br /&gt;</w:t>
        <w:br/>
        <w:t>А нині — ти чуєш? — кричать не для тебе: — Гірко!..</w:t>
      </w:r>
    </w:p>
    <w:p>
      <w:r>
        <w:br/>
        <w:t>* * *</w:t>
      </w:r>
    </w:p>
    <w:p>
      <w:r>
        <w:br/>
        <w:t>Я знов до споминів вдаюся,&lt;br /&gt;</w:t>
        <w:br/>
        <w:t>Щоб хоч відтак побачити тебе,&lt;br /&gt;</w:t>
        <w:br/>
        <w:t>Почути, мов луну далеку,&lt;br /&gt;</w:t>
        <w:br/>
        <w:t>І обійнять, мов шум весінній вітру.&lt;br /&gt;</w:t>
        <w:br/>
        <w:t>Аж сумнівом проймаюсь я,&lt;br /&gt;</w:t>
        <w:br/>
        <w:t>Чи справді ти була,&lt;br /&gt;</w:t>
        <w:br/>
        <w:t>Хоча іще живуть у нашім домі&lt;br /&gt;</w:t>
        <w:br/>
        <w:t>І сходи, по яких ти пташкою злітала,&lt;br /&gt;</w:t>
        <w:br/>
        <w:t>І двері, торгані тобою,&lt;br /&gt;</w:t>
        <w:br/>
        <w:t>І — достеменні, найвірніші свідки —&lt;br /&gt;</w:t>
        <w:br/>
        <w:t>Мої руки, що допомагали роздягатись,&lt;br /&gt;</w:t>
        <w:br/>
        <w:t>Краяти хліб, розпалювати вогонь,&lt;br /&gt;</w:t>
        <w:br/>
        <w:t>І листок календаря, в якому написано,&lt;br /&gt;</w:t>
        <w:br/>
        <w:t>Що день вже почав навесні прибувати,&lt;br /&gt;</w:t>
        <w:br/>
        <w:t>Проте для мене загадкою є:&lt;br /&gt;</w:t>
        <w:br/>
        <w:t>Як водночас&lt;br /&gt;</w:t>
        <w:br/>
        <w:t>Спромоглась прибувати і ніч?</w:t>
      </w:r>
    </w:p>
    <w:p>
      <w:r>
        <w:br/>
        <w:t>* * *</w:t>
      </w:r>
    </w:p>
    <w:p>
      <w:r>
        <w:br/>
        <w:t>Щоб день нудливо не минав,&lt;br /&gt;</w:t>
        <w:br/>
        <w:t>Почну, як то чинили класики,&lt;br /&gt;</w:t>
        <w:br/>
        <w:t>Писать про цвіт мурав-отав,&lt;br /&gt;</w:t>
        <w:br/>
        <w:t>Рясні сади й бджолині пасіки.</w:t>
      </w:r>
    </w:p>
    <w:p>
      <w:r>
        <w:br/>
        <w:t>Тоді ущухне гнівний дух&lt;br /&gt;</w:t>
        <w:br/>
        <w:t>Покривджених богів і нитиків,&lt;br /&gt;</w:t>
        <w:br/>
        <w:t>І стануть милі всі навкруг —&lt;br /&gt;</w:t>
        <w:br/>
        <w:t>Сусіди, і знайомі, й критики.</w:t>
      </w:r>
    </w:p>
    <w:p>
      <w:r>
        <w:br/>
        <w:t>Проте, лише узрівши враз&lt;br /&gt;</w:t>
        <w:br/>
        <w:t>Їх, сповнених пихи здубілої,-&lt;br /&gt;</w:t>
        <w:br/>
        <w:t>Проймає лірику сарказм&lt;br /&gt;</w:t>
        <w:br/>
        <w:t>І геть руйнується ідилія.</w:t>
      </w:r>
    </w:p>
    <w:p>
      <w:r>
        <w:br/>
        <w:t>Знов дзвонить телефон. Дзвінки&lt;br /&gt;</w:t>
        <w:br/>
        <w:t>Гримлять без ласки і пробачення.&lt;br /&gt;</w:t>
        <w:br/>
        <w:t>— Ти ще живеш, сякий-такий?&lt;br /&gt;</w:t>
        <w:br/>
        <w:t>Ну, до приємного побачення.</w:t>
      </w:r>
    </w:p>
    <w:p>
      <w:r>
        <w:br/>
        <w:t>* * *</w:t>
      </w:r>
    </w:p>
    <w:p>
      <w:r>
        <w:br/>
        <w:t>Сльота зліта,&lt;br /&gt;</w:t>
        <w:br/>
        <w:t>Сльота спада.&lt;br /&gt;</w:t>
        <w:br/>
        <w:t>— Це хмари плачуть, звисши нижче?&lt;br /&gt;</w:t>
        <w:br/>
        <w:t>— Ні, це моя душа рида&lt;br /&gt;</w:t>
        <w:br/>
        <w:t>На ваших Лідзіц попелищах.</w:t>
      </w:r>
    </w:p>
    <w:p>
      <w:r>
        <w:br/>
        <w:t>За вбитими журби не пригасить,-&lt;br /&gt;</w:t>
        <w:br/>
        <w:t>Нема їй забуття і краю.&lt;br /&gt;</w:t>
        <w:br/>
        <w:t>Тривожно їхній попіл шелестить.&lt;br /&gt;</w:t>
        <w:br/>
        <w:t>Я чую це.&lt;br /&gt;</w:t>
        <w:br/>
        <w:t>Я знаю.</w:t>
      </w:r>
    </w:p>
    <w:p>
      <w:r>
        <w:br/>
        <w:t>Минає час,— іще палкіш пече&lt;br /&gt;</w:t>
        <w:br/>
        <w:t>Цей попіл серце. Він пече довіку.&lt;br /&gt;</w:t>
        <w:br/>
        <w:t>А дощ осінній — сльози із очей,&lt;br /&gt;</w:t>
        <w:br/>
        <w:t>Краплин засмучена музи?ка.</w:t>
      </w:r>
    </w:p>
    <w:p>
      <w:r>
        <w:br/>
        <w:t>1966-1970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Наднарочанські сосни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