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Наді мною листя скрізь зелене...</w:t>
      </w:r>
    </w:p>
    <w:p>
      <w:r>
        <w:br/>
        <w:t xml:space="preserve"> Наді мною листя скрізь зелене,&lt;br /&gt;</w:t>
        <w:br/>
        <w:t>сонце тиснесь в тінь лісну лучами,&lt;br /&gt;</w:t>
        <w:br/>
        <w:t>дерева розлогі вколо мене,&lt;br /&gt;</w:t>
        <w:br/>
        <w:t>долом густо вмаєні корчами.</w:t>
      </w:r>
    </w:p>
    <w:p>
      <w:r>
        <w:br/>
        <w:t>Легіт теплий ледве чутно дише,&lt;br /&gt;</w:t>
        <w:br/>
        <w:t>в тіні цвіти головки вниз клонять,&lt;br /&gt;</w:t>
        <w:br/>
        <w:t>пташка пирхне, листям заколише,&lt;br /&gt;</w:t>
        <w:br/>
        <w:t>десь далеко жайворонки дзвонять.</w:t>
      </w:r>
    </w:p>
    <w:p>
      <w:r>
        <w:br/>
        <w:t>Сойка закричить там неспокійно,&lt;br /&gt;</w:t>
        <w:br/>
        <w:t>дикий голуб туркотить на дубі,&lt;br /&gt;</w:t>
        <w:br/>
        <w:t>в сяєві мушки буяють рійно&lt;br /&gt;</w:t>
        <w:br/>
        <w:t>і розносять звуки тихі, любі.</w:t>
      </w:r>
    </w:p>
    <w:p>
      <w:r>
        <w:br/>
        <w:t>Між корчами в тіні при ручаю,&lt;br /&gt;</w:t>
        <w:br/>
        <w:t>що помалу в'ється між травою,&lt;br /&gt;</w:t>
        <w:br/>
        <w:t>на мураві я сиджу, думаю&lt;br /&gt;</w:t>
        <w:br/>
        <w:t>і любуюсь довго самотою.</w:t>
      </w:r>
    </w:p>
    <w:p>
      <w:r>
        <w:br/>
        <w:t>Як незамітно минають хвилі&lt;br /&gt;</w:t>
        <w:br/>
        <w:t>серед твої зелені, дуброво!&lt;br /&gt;</w:t>
        <w:br/>
        <w:t>Чую, як мій дух росте на силі,&lt;br /&gt;</w:t>
        <w:br/>
        <w:t>як він відживає ту наново.</w:t>
      </w:r>
    </w:p>
    <w:p>
      <w:r>
        <w:br/>
        <w:t>Сторони родимі, величаві,&lt;br /&gt;</w:t>
        <w:br/>
        <w:t>не заступить вас чужина жадна,&lt;br /&gt;</w:t>
        <w:br/>
        <w:t>світ манить мене на сій мураві,&lt;br /&gt;</w:t>
        <w:br/>
        <w:t>і будучина мені принадна.</w:t>
      </w:r>
    </w:p>
    <w:p>
      <w:r>
        <w:br/>
        <w:t>Дух мій вдвоє до життя охочий;&lt;br /&gt;</w:t>
        <w:br/>
        <w:t>ним я звеселю тяжкі години,&lt;br /&gt;</w:t>
        <w:br/>
        <w:t>як брильянт, що світить серед ночі&lt;br /&gt;</w:t>
        <w:br/>
        <w:t>світлом сонця, набраним за днини.</w:t>
      </w:r>
    </w:p>
    <w:p>
      <w:r>
        <w:br/>
        <w:t>1887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Наді мною листя скрізь зелене...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