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Наді мною ліс шопоче</w:t>
      </w:r>
    </w:p>
    <w:p>
      <w:r>
        <w:br/>
        <w:t xml:space="preserve"> Наді мною ліс шопоче,&lt;br /&gt;</w:t>
        <w:br/>
        <w:t>Біля ніг струмок біжить,&lt;br /&gt;</w:t>
        <w:br/>
        <w:t>І, мов спогади минулі,&lt;br /&gt;</w:t>
        <w:br/>
        <w:t>Листя жовтеє летить.&lt;br /&gt;</w:t>
        <w:br/>
        <w:t>І шопоче ліс старезний,&lt;br /&gt;</w:t>
        <w:br/>
        <w:t>І струмок дзвенить мені:&lt;br /&gt;</w:t>
        <w:br/>
        <w:t>Годі, годі, дурню, марить&lt;br /&gt;</w:t>
        <w:br/>
        <w:t>Про кохання та пісні!&lt;br /&gt;</w:t>
        <w:br/>
        <w:t>Все на світі цім хвилинне&lt;br /&gt;</w:t>
        <w:br/>
        <w:t>І довічного нема,&lt;br /&gt;</w:t>
        <w:br/>
        <w:t>Швидко серце твоє вільне&lt;br /&gt;</w:t>
        <w:br/>
        <w:t>Візьме кригою зима;&lt;br /&gt;</w:t>
        <w:br/>
        <w:t>Згасить в серці пламінь віри,&lt;br /&gt;</w:t>
        <w:br/>
        <w:t>Згасить думи, знищить все&lt;br /&gt;</w:t>
        <w:br/>
        <w:t>І високі всі заміри&lt;br /&gt;</w:t>
        <w:br/>
        <w:t>Ген по вітру рознесе!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Наді мною ліс шопоче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