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Надгробні стихирі</w:t>
      </w:r>
    </w:p>
    <w:p>
      <w:r>
        <w:br/>
        <w:t xml:space="preserve"> НАДГРОБНІ СТИХИРІ</w:t>
      </w:r>
    </w:p>
    <w:p>
      <w:r>
        <w:br/>
        <w:t>Evasi effugi. Spes et Fortuna valete,&lt;br /&gt;</w:t>
        <w:br/>
        <w:t>nil mihi vobiscum est, ludificate alios.*</w:t>
      </w:r>
    </w:p>
    <w:p>
      <w:r>
        <w:br/>
        <w:t>(Саркофаг Л. Антонія в латер. музеї в Римі).</w:t>
      </w:r>
    </w:p>
    <w:p>
      <w:r>
        <w:br/>
        <w:t>Наспів</w:t>
      </w:r>
    </w:p>
    <w:p>
      <w:r>
        <w:br/>
        <w:t>Прощай, безодне сліз і мук!&lt;br /&gt;</w:t>
        <w:br/>
        <w:t>Обрій стемнів і маяк згас,&lt;br /&gt;</w:t>
        <w:br/>
        <w:t>Довкола тьма, а тайний звук&lt;br /&gt;</w:t>
        <w:br/>
        <w:t>Манить мене в лиман — до вас,&lt;br /&gt;</w:t>
        <w:br/>
        <w:t>Блаженні тіні!&lt;br /&gt;</w:t>
        <w:br/>
        <w:t>Добраніч всім! Мені пора&lt;br /&gt;</w:t>
        <w:br/>
        <w:t>Спочить по довгих трудах дня.&lt;br /&gt;</w:t>
        <w:br/>
        <w:t>Противний вітер, дощ, жара&lt;br /&gt;</w:t>
        <w:br/>
        <w:t>І проти хвиль важка борня&lt;br /&gt;</w:t>
        <w:br/>
        <w:t>Зломили силу.&lt;br /&gt;</w:t>
        <w:br/>
        <w:t>А що вловив! Оману мрій,&lt;br /&gt;</w:t>
        <w:br/>
        <w:t>Гірке зневір’я, сум і жаль&lt;br /&gt;</w:t>
        <w:br/>
        <w:t>І біль по втраті всіх надій&lt;br /&gt;</w:t>
        <w:br/>
        <w:t>Та юних сил. Одна печаль&lt;br /&gt;</w:t>
        <w:br/>
        <w:t>Піде зо мною.&lt;br /&gt;</w:t>
        <w:br/>
        <w:t>А впрочім всьо пуста мана.&lt;br /&gt;</w:t>
        <w:br/>
        <w:t>Багатство, слава — всьо хитке;&lt;br /&gt;</w:t>
        <w:br/>
        <w:t>Любов, дружба — піна ніжна.&lt;br /&gt;</w:t>
        <w:br/>
        <w:t>Одно лишень в життю стійке:&lt;br /&gt;</w:t>
        <w:br/>
        <w:t>Терпіння.&lt;br /&gt;</w:t>
        <w:br/>
        <w:t>А там і це, відай, минесь…&lt;br /&gt;</w:t>
        <w:br/>
        <w:t>— Судно, спинись! Зверни в лиман!&lt;br /&gt;</w:t>
        <w:br/>
        <w:t>Цить, серце, цить! З могил несесь&lt;br /&gt;</w:t>
        <w:br/>
        <w:t>Солодкий клич… Кругом туман —&lt;br /&gt;</w:t>
        <w:br/>
        <w:t>Добраніч вам! Добраніч всім!</w:t>
      </w:r>
    </w:p>
    <w:p>
      <w:r>
        <w:br/>
        <w:t>_________________________________________________________&lt;br /&gt;</w:t>
        <w:br/>
        <w:t>* Скінчився (вийшов) вік. Нація і доля, бувайте здорові (прощайте)!&lt;br /&gt;</w:t>
        <w:br/>
        <w:t>Нічого мені з вами залишатися, забавляйте інших (латин.).</w:t>
      </w:r>
    </w:p>
    <w:p>
      <w:r>
        <w:br/>
        <w:t>Стих І</w:t>
      </w:r>
    </w:p>
    <w:p>
      <w:r>
        <w:br/>
        <w:t>Не жаль мені, що люті муки&lt;br /&gt;</w:t>
        <w:br/>
        <w:t>Мене женуть в сиру могилу.&lt;br /&gt;</w:t>
        <w:br/>
        <w:t>Мене давно, давно втомило&lt;br /&gt;</w:t>
        <w:br/>
        <w:t>Життя гірке. Поро розлуки,&lt;br /&gt;</w:t>
        <w:br/>
        <w:t>Вітай! Вітай!&lt;br /&gt;</w:t>
        <w:br/>
        <w:t>По чім жаліть? Коса морозу&lt;br /&gt;</w:t>
        <w:br/>
        <w:t>Скосила в серці квіт надії,&lt;br /&gt;</w:t>
        <w:br/>
        <w:t>А я орю, скороджу, сію&lt;br /&gt;</w:t>
        <w:br/>
        <w:t>І ллю на скибу щиру сльозу,&lt;br /&gt;</w:t>
        <w:br/>
        <w:t>Надармо ллю.&lt;br /&gt;</w:t>
        <w:br/>
        <w:t>Горе! З чим вернусь я з дороги?&lt;br /&gt;</w:t>
        <w:br/>
        <w:t>Ти знаєш, отче, я трудився.&lt;br /&gt;</w:t>
        <w:br/>
        <w:t>І з груди рветься зойк тривоги.&lt;br /&gt;</w:t>
        <w:br/>
        <w:t>Прости! Прости!&lt;br /&gt;</w:t>
        <w:br/>
        <w:t>Мені не жаль, що рано гину:&lt;br /&gt;</w:t>
        <w:br/>
        <w:t>Життя — Голгота, розкіш — мрія,&lt;br /&gt;</w:t>
        <w:br/>
        <w:t>Бажання — пекло. Серце мліє,&lt;br /&gt;</w:t>
        <w:br/>
        <w:t>Що я піду, а другам кину&lt;br /&gt;</w:t>
        <w:br/>
        <w:t>Лиш кілька сліз…</w:t>
      </w:r>
    </w:p>
    <w:p>
      <w:r>
        <w:br/>
        <w:t>Стих II</w:t>
      </w:r>
    </w:p>
    <w:p>
      <w:r>
        <w:br/>
        <w:t>Як ф’ялка, розцвівшись у краплях роси,&lt;br /&gt;</w:t>
        <w:br/>
        <w:t>Вже вечором плаче по втраті краси,&lt;br /&gt;</w:t>
        <w:br/>
        <w:t>Потім конає, —&lt;br /&gt;</w:t>
        <w:br/>
        <w:t>І людське життя, ся веселка із мрій,&lt;br /&gt;</w:t>
        <w:br/>
        <w:t>Ледве роз’яснила на хвилю обрій,&lt;br /&gt;</w:t>
        <w:br/>
        <w:t>А вже й минає.&lt;br /&gt;</w:t>
        <w:br/>
        <w:t>Як блискавка блисне і в пропасть майне,&lt;br /&gt;</w:t>
        <w:br/>
        <w:t>Лиш грохіт зловіщий за нею жене&lt;br /&gt;</w:t>
        <w:br/>
        <w:t>І зойк звіряти, —&lt;br /&gt;</w:t>
        <w:br/>
        <w:t>Так само крізь глубінь стрілою несесь&lt;br /&gt;</w:t>
        <w:br/>
        <w:t>Житейське судно. І небавом прийдесь&lt;br /&gt;</w:t>
        <w:br/>
        <w:t>На суд ставати.</w:t>
      </w:r>
    </w:p>
    <w:p>
      <w:r>
        <w:br/>
        <w:t>Стих III</w:t>
      </w:r>
    </w:p>
    <w:p>
      <w:r>
        <w:br/>
        <w:t>Всьо минеться, всьо розрушить&lt;br /&gt;</w:t>
        <w:br/>
        <w:t>Вир буття і міль часу,&lt;br /&gt;</w:t>
        <w:br/>
        <w:t>Студінь смерті всьо зморозить;&lt;br /&gt;</w:t>
        <w:br/>
        <w:t>Славу, честь, добро, красу&lt;br /&gt;</w:t>
        <w:br/>
        <w:t>Втоплять сльози;&lt;br /&gt;</w:t>
        <w:br/>
        <w:t>Всьо заглушить&lt;br /&gt;</w:t>
        <w:br/>
        <w:t>Звук труби. Memento mori!&lt;br /&gt;</w:t>
        <w:br/>
        <w:t>Ніч по дні, а день по ночі —&lt;br /&gt;</w:t>
        <w:br/>
        <w:t>Всьому свій прийде кінець,&lt;br /&gt;</w:t>
        <w:br/>
        <w:t>Щойно станеш квіти рвати,&lt;br /&gt;</w:t>
        <w:br/>
        <w:t>Вже й неси готов вінець:&lt;br /&gt;</w:t>
        <w:br/>
        <w:t>Гаснуть очі,&lt;br /&gt;</w:t>
        <w:br/>
        <w:t>Час вмирати.&lt;br /&gt;</w:t>
        <w:br/>
        <w:t>Чуєш клич? Memento mori!</w:t>
      </w:r>
    </w:p>
    <w:p>
      <w:r>
        <w:br/>
        <w:t>Стих IV</w:t>
      </w:r>
    </w:p>
    <w:p>
      <w:r>
        <w:br/>
        <w:t>Душе вбога! Кинь нікчемну&lt;br /&gt;</w:t>
        <w:br/>
        <w:t>Житейську страсть, а глянь в таємну&lt;br /&gt;</w:t>
        <w:br/>
        <w:t>Безодню сльоз!&lt;br /&gt;</w:t>
        <w:br/>
        <w:t>Барвінок, мирт і лавр пахучий —&lt;br /&gt;</w:t>
        <w:br/>
        <w:t>Усьо колись зв’ялить тріскучий,&lt;br /&gt;</w:t>
        <w:br/>
        <w:t>Твердий мороз.&lt;br /&gt;</w:t>
        <w:br/>
        <w:t>Лиш кипарис стоїть дрімучий,&lt;br /&gt;</w:t>
        <w:br/>
        <w:t>Сповитий в сум.&lt;br /&gt;</w:t>
        <w:br/>
        <w:t>А тихий шум&lt;br /&gt;</w:t>
        <w:br/>
        <w:t>Зловіщо шепче: діти злуди!&lt;br /&gt;</w:t>
        <w:br/>
        <w:t>Страшний рантух&lt;br /&gt;</w:t>
        <w:br/>
        <w:t>Загорне всіх —&lt;br /&gt;</w:t>
        <w:br/>
        <w:t>По всіх, по всіх&lt;br /&gt;</w:t>
        <w:br/>
        <w:t>Загине слух.&lt;br /&gt;</w:t>
        <w:br/>
        <w:t>Цілу безмежну землю вкрили&lt;br /&gt;</w:t>
        <w:br/>
        <w:t>Самі пусті, сумні могили&lt;br /&gt;</w:t>
        <w:br/>
        <w:t>І ліс хрестів,&lt;br /&gt;</w:t>
        <w:br/>
        <w:t>Зів’ялих старців, молодь, діти,&lt;br /&gt;</w:t>
        <w:br/>
        <w:t>Нужденну чернь, суспільні квіти,&lt;br /&gt;</w:t>
        <w:br/>
        <w:t>Князів, царів —&lt;br /&gt;</w:t>
        <w:br/>
        <w:t>Усіх проковтне челюсть гробу,&lt;br /&gt;</w:t>
        <w:br/>
        <w:t>І жар жажди,&lt;br /&gt;</w:t>
        <w:br/>
        <w:t>І лють вражди,&lt;br /&gt;</w:t>
        <w:br/>
        <w:t>Братерський бій, ненависть, злобу —&lt;br /&gt;</w:t>
        <w:br/>
        <w:t>Усьо зрівна&lt;br /&gt;</w:t>
        <w:br/>
        <w:t>Один курган;&lt;br /&gt;</w:t>
        <w:br/>
        <w:t>Один курган;&lt;br /&gt;</w:t>
        <w:br/>
        <w:t>Усьо мана,&lt;br /&gt;</w:t>
        <w:br/>
        <w:t>Туман, туман…</w:t>
      </w:r>
    </w:p>
    <w:p>
      <w:r>
        <w:br/>
        <w:t>Стих V</w:t>
      </w:r>
    </w:p>
    <w:p>
      <w:r>
        <w:br/>
        <w:t>Не тіла ради, не тіла&lt;br /&gt;</w:t>
        <w:br/>
        <w:t>Терпів Спаситель знущання&lt;br /&gt;</w:t>
        <w:br/>
        <w:t>І випив чашу страждання —&lt;br /&gt;</w:t>
        <w:br/>
        <w:t>Не тіла ради, не тіла!&lt;br /&gt;</w:t>
        <w:br/>
        <w:t>Його кервавиця змила&lt;br /&gt;</w:t>
        <w:br/>
        <w:t>Твою душевну проказу,&lt;br /&gt;</w:t>
        <w:br/>
        <w:t>Твої душевнії врази&lt;br /&gt;</w:t>
        <w:br/>
        <w:t>Його кервавиця змила.&lt;br /&gt;</w:t>
        <w:br/>
        <w:t>Тому не марнуй ідеалів,&lt;br /&gt;</w:t>
        <w:br/>
        <w:t>Не кидай черні під ноги,&lt;br /&gt;</w:t>
        <w:br/>
        <w:t>Нехай не топчуть безроги&lt;br /&gt;</w:t>
        <w:br/>
        <w:t>Поривань-ідеалів.&lt;br /&gt;</w:t>
        <w:br/>
        <w:t>За них прийдеться платити&lt;br /&gt;</w:t>
        <w:br/>
        <w:t>Багато, дуже багато!&lt;br /&gt;</w:t>
        <w:br/>
        <w:t>Шануй же бісери-злато —&lt;br /&gt;</w:t>
        <w:br/>
        <w:t>За них прийдеться платити!</w:t>
      </w:r>
    </w:p>
    <w:p>
      <w:r>
        <w:br/>
        <w:t>Стих VI</w:t>
      </w:r>
    </w:p>
    <w:p>
      <w:r>
        <w:br/>
        <w:t>Як ранній легіт, цілує очі&lt;br /&gt;</w:t>
        <w:br/>
        <w:t>Ніжний, розкішний туман конання.&lt;br /&gt;</w:t>
        <w:br/>
        <w:t>Обрій темніє, на крилах ночі&lt;br /&gt;</w:t>
        <w:br/>
        <w:t>Несеться любе dolce* розстання.&lt;br /&gt;</w:t>
        <w:br/>
        <w:t>Небесний отче! За всі печалі,&lt;br /&gt;</w:t>
        <w:br/>
        <w:t>За море сліз, за вік скрижалі —&lt;br /&gt;</w:t>
        <w:br/>
        <w:t>Молю спокою!&lt;br /&gt;</w:t>
        <w:br/>
        <w:t>_____________________&lt;br /&gt;</w:t>
        <w:br/>
        <w:t>* Dolce — солодке (іт.).</w:t>
      </w:r>
    </w:p>
    <w:p>
      <w:r>
        <w:br/>
        <w:t>Стих VII</w:t>
      </w:r>
    </w:p>
    <w:p>
      <w:r>
        <w:br/>
        <w:t>Як гляну в прогалину горя&lt;br /&gt;</w:t>
        <w:br/>
        <w:t>На шлях, що покрився хрестами,&lt;br /&gt;</w:t>
        <w:br/>
        <w:t>То серце стинається жахом&lt;br /&gt;</w:t>
        <w:br/>
        <w:t>І очі заходять сльозами.&lt;br /&gt;</w:t>
        <w:br/>
        <w:t>О горе! Кудою прямуєм?&lt;br /&gt;</w:t>
        <w:br/>
        <w:t>Та чим закінчаться туземні&lt;br /&gt;</w:t>
        <w:br/>
        <w:t>Ті суяти наші нікчемні?&lt;br /&gt;</w:t>
        <w:br/>
        <w:t>Всьо темне, таємне… Не чуєм!</w:t>
      </w:r>
    </w:p>
    <w:p>
      <w:r>
        <w:br/>
        <w:t>FINALE</w:t>
      </w:r>
    </w:p>
    <w:p>
      <w:r>
        <w:br/>
        <w:t>Засну, як легіт в сірій скибі,&lt;br /&gt;</w:t>
        <w:br/>
        <w:t>Розвіюсь, мов рідка імла,&lt;br /&gt;</w:t>
        <w:br/>
        <w:t>Візьму з собою злидні й болі,&lt;br /&gt;</w:t>
        <w:br/>
        <w:t>Оставлю вам самі діла.&lt;br /&gt;</w:t>
        <w:br/>
        <w:t>І в хвилях скорби, в хвилях горя,&lt;br /&gt;</w:t>
        <w:br/>
        <w:t>В тяжких для вас осінніх днях,&lt;br /&gt;</w:t>
        <w:br/>
        <w:t>Вони засяють, наче зорі,&lt;br /&gt;</w:t>
        <w:br/>
        <w:t>І прояснять вам темний шлях.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Надгробні стихирі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