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 (Шуміть, шуміть, морські безодні...)</w:t>
      </w:r>
    </w:p>
    <w:p>
      <w:r>
        <w:br/>
        <w:t xml:space="preserve"> "Шуміть, шуміть, морські безодні,&lt;br /&gt;</w:t>
        <w:br/>
        <w:t>Сміліше, море, в бій лети!&lt;br /&gt;</w:t>
        <w:br/>
        <w:t>Душа моя така ж сьогодні&lt;br /&gt;</w:t>
        <w:br/>
        <w:t>Крилата, вільна, як і ти.</w:t>
      </w:r>
    </w:p>
    <w:p>
      <w:r>
        <w:br/>
        <w:t>Стою над кручею страшною,&lt;br /&gt;</w:t>
        <w:br/>
        <w:t>Каскади злотні сонце ллє,&lt;br /&gt;</w:t>
        <w:br/>
        <w:t>А там, внизу десь, підо мною,&lt;br /&gt;</w:t>
        <w:br/>
        <w:t>В гранітні бубни море б'є".</w:t>
      </w:r>
    </w:p>
    <w:p>
      <w:r>
        <w:br/>
        <w:t>"Руйнуй, руйнуй холодні скелі,&lt;br /&gt;</w:t>
        <w:br/>
        <w:t>З піснями труни розбивай,—&lt;br /&gt;</w:t>
        <w:br/>
        <w:t>І з мене теж пісні веселі&lt;br /&gt;</w:t>
        <w:br/>
        <w:t>Летять, як хвилі, в рідний край.</w:t>
      </w:r>
    </w:p>
    <w:p>
      <w:r>
        <w:br/>
        <w:t>А в тім краю, у тій пустелі,&lt;br /&gt;</w:t>
        <w:br/>
        <w:t>В краю прокляття і ганьби,&lt;br /&gt;</w:t>
        <w:br/>
        <w:t>Одні — глухі, байдужі скелі,&lt;br /&gt;</w:t>
        <w:br/>
        <w:t>Другі — осліплені раби".</w:t>
      </w:r>
    </w:p>
    <w:p>
      <w:r>
        <w:br/>
        <w:t>І скарги зойк несеться з мене,&lt;br /&gt;</w:t>
        <w:br/>
        <w:t>І гніву дим за ним летить,&lt;br /&gt;</w:t>
        <w:br/>
        <w:t>А море, вільне і шалене,&lt;br /&gt;</w:t>
        <w:br/>
        <w:t>Танцює, грає і шумить:</w:t>
      </w:r>
    </w:p>
    <w:p>
      <w:r>
        <w:br/>
        <w:t>"Танцюй, танцюй, мій коню сивий!&lt;br /&gt;</w:t>
        <w:br/>
        <w:t>Весь в піні, гриву розпускай!&lt;br /&gt;</w:t>
        <w:br/>
        <w:t>Летім у край мій нещасливий,&lt;br /&gt;</w:t>
        <w:br/>
        <w:t>Летім у мій невільний край!.."</w:t>
      </w:r>
    </w:p>
    <w:p>
      <w:r>
        <w:br/>
        <w:t>...На човні я... вітри співають,&lt;br /&gt;</w:t>
        <w:br/>
        <w:t>Кричать чайки, кудись звучи...&lt;br /&gt;</w:t>
        <w:br/>
        <w:t>В очах моїх знамена мають,&lt;br /&gt;</w:t>
        <w:br/>
        <w:t>Бряжчать, виблискують мечі!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 (Шуміть, шуміть, морські безодні...)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