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морем</w:t>
      </w:r>
    </w:p>
    <w:p>
      <w:r>
        <w:br/>
        <w:t xml:space="preserve"> Три рибалки на ніч в море попливли,&lt;br /&gt;</w:t>
        <w:br/>
        <w:t>Чи не розживуться — спробувати щастя;&lt;br /&gt;</w:t>
        <w:br/>
        <w:t>Кожному нелегко з дітками прощаться,&lt;br /&gt;</w:t>
        <w:br/>
        <w:t>Всяк гадав про жінку, всі сумні були.</w:t>
      </w:r>
    </w:p>
    <w:p>
      <w:r>
        <w:br/>
        <w:t>Чоловік працює, жінка плаче з горя;&lt;br /&gt;</w:t>
        <w:br/>
        <w:t>Як слід не поїли, як слід не спили...&lt;br /&gt;</w:t>
        <w:br/>
        <w:t>Море застогнало — страшно серед моря.</w:t>
      </w:r>
    </w:p>
    <w:p>
      <w:r>
        <w:br/>
        <w:t>Моторошно стало — сонечко зайшло;&lt;br /&gt;</w:t>
        <w:br/>
        <w:t>Три дружини в хаті тихо собі пряли;&lt;br /&gt;</w:t>
        <w:br/>
        <w:t>Засвітили світло, в вікна позирали.&lt;br /&gt;</w:t>
        <w:br/>
        <w:t>Але там скрізь темно, глухо скрізь було.</w:t>
      </w:r>
    </w:p>
    <w:p>
      <w:r>
        <w:br/>
        <w:t>Чоловік працює, жінка плаче з горя...&lt;br /&gt;</w:t>
        <w:br/>
        <w:t>З усієї сили море заревло.&lt;br /&gt;</w:t>
        <w:br/>
        <w:t>Вдарило грозою — страшно серед моря.</w:t>
      </w:r>
    </w:p>
    <w:p>
      <w:r>
        <w:br/>
        <w:t>Розвиднілось ранком; трьох сіром несуть&lt;br /&gt;</w:t>
        <w:br/>
        <w:t>На піщаний берег з прірви хвилі перші;&lt;br /&gt;</w:t>
        <w:br/>
        <w:t>Падають удови на тіла померші...&lt;br /&gt;</w:t>
        <w:br/>
        <w:t>Годі побиватись — сльози не спасуть!</w:t>
      </w:r>
    </w:p>
    <w:p>
      <w:r>
        <w:br/>
        <w:t>Чоловік працює, жінка плаче з горя;&lt;br /&gt;</w:t>
        <w:br/>
        <w:t>Всіх на кладовище згодом понесуть...&lt;br /&gt;</w:t>
        <w:br/>
        <w:t>А море бушує — не спинити моря.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морем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