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Бугом</w:t>
      </w:r>
    </w:p>
    <w:p>
      <w:r>
        <w:br/>
        <w:t xml:space="preserve"> Гей, річенько бистренькая,&lt;br /&gt;</w:t>
        <w:br/>
        <w:t>Гей, стань подивися,&lt;br /&gt;</w:t>
        <w:br/>
        <w:t>Як я плачу, як горюю,&lt;br /&gt;</w:t>
        <w:br/>
        <w:t>Зо мнов пожурися!</w:t>
      </w:r>
    </w:p>
    <w:p>
      <w:r>
        <w:br/>
        <w:t>Твої води веселенькі,&lt;br /&gt;</w:t>
        <w:br/>
        <w:t>В них рибонька грає;&lt;br /&gt;</w:t>
        <w:br/>
        <w:t>Моє серце розпукаєсь,&lt;br /&gt;</w:t>
        <w:br/>
        <w:t>Від журби ся крає.</w:t>
      </w:r>
    </w:p>
    <w:p>
      <w:r>
        <w:br/>
        <w:t>Трава к тобі з любощами&lt;br /&gt;</w:t>
        <w:br/>
        <w:t>З берегів ся хилить,&lt;br /&gt;</w:t>
        <w:br/>
        <w:t>Вовня єї поцілує&lt;br /&gt;</w:t>
        <w:br/>
        <w:t>І наперед стрілить.</w:t>
      </w:r>
    </w:p>
    <w:p>
      <w:r>
        <w:br/>
        <w:t>Моє серце бідненькеє&lt;br /&gt;</w:t>
        <w:br/>
        <w:t>Радощів не має,&lt;br /&gt;</w:t>
        <w:br/>
        <w:t>Лиш розлуку із долею,&lt;br /&gt;</w:t>
        <w:br/>
        <w:t>Лиш сльозоньки знає.</w:t>
      </w:r>
    </w:p>
    <w:p>
      <w:r>
        <w:br/>
        <w:t>Рано встану та й заплачу,&lt;br /&gt;</w:t>
        <w:br/>
        <w:t>І вечором плачу;&lt;br /&gt;</w:t>
        <w:br/>
        <w:t>Доле ж моя веселійша,&lt;br /&gt;</w:t>
        <w:br/>
        <w:t>Коли ж тя обачу?</w:t>
      </w:r>
    </w:p>
    <w:p>
      <w:r>
        <w:br/>
        <w:t>Журбо, тяжка розлучнице,&lt;br /&gt;</w:t>
        <w:br/>
        <w:t>Чом не пропадаєш!&lt;br /&gt;</w:t>
        <w:br/>
        <w:t>Доле ж моя, зоре моя,&lt;br /&gt;</w:t>
        <w:br/>
        <w:t>Коли ж засвітаєш!?</w:t>
      </w:r>
    </w:p>
    <w:p>
      <w:r>
        <w:br/>
        <w:t>Ой річенько бистренькая,&lt;br /&gt;</w:t>
        <w:br/>
        <w:t>Ой стань подивися,&lt;br /&gt;</w:t>
        <w:br/>
        <w:t>Як я плачу, як горюю,&lt;br /&gt;</w:t>
        <w:br/>
        <w:t>Зо мнов пожурися!&lt;br /&gt;</w:t>
        <w:br/>
        <w:t>13 Вересня 1838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Бугом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