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безоднею</w:t>
      </w:r>
    </w:p>
    <w:p>
      <w:r>
        <w:br/>
        <w:t xml:space="preserve"> &lt;p&gt;Олександр БЄЛЯЄВ</w:t>
      </w:r>
    </w:p>
    <w:p>
      <w:r>
        <w:br/>
        <w:t>НАД БЕЗОДНЕЮ</w:t>
      </w:r>
    </w:p>
    <w:p>
      <w:r>
        <w:br/>
        <w:t>І. ТАЄМНИЧА ДАЧА</w:t>
      </w:r>
    </w:p>
    <w:p>
      <w:r>
        <w:br/>
        <w:t>Під час своїх прогулянок в(околицях Сімеїза я звернув увагу на самітну дачу, що стояла на крутому схилі гори. До цієї дачі не було навіть дороги. Дача була обгороджена високим парканом з єдиною низенькою хвірткою, яка завжди була щільно причинена. І жодного зеленого куща, ані дерева не видно було над парканом. Навколо дачі — голі уступи жовтуватих скель; між ними подекуди ріс миршавий ялівець і низенькі криві гірські сосни.</w:t>
      </w:r>
    </w:p>
    <w:p>
      <w:r>
        <w:br/>
        <w:t>"Що за фантазія спала комусь на думку поселитись на цій дикій, голій скелі? Та чи й живе там хто-небудь?" — думав я, блукаючи кругом дачі.</w:t>
      </w:r>
    </w:p>
    <w:p>
      <w:r>
        <w:br/>
        <w:t>Я ще ніколи не бачив, щоб хто-небудь виходив звідти. Моя цікавість була такою великою, що я, признатись, пробував заглянути на подвір'я таємничого житла з високих скель. Але дача була так розташована, що звідки б я не заходив, я міг бачити тільки невеликий куток двору. Цей куток теж був голий і необроблений, як і навколишня місцевість.</w:t>
      </w:r>
    </w:p>
    <w:p>
      <w:r>
        <w:br/>
        <w:t>Та після кількох днів спостережень я помітив, що по двору пройшла якась літня жінка в чорному.</w:t>
      </w:r>
    </w:p>
    <w:p>
      <w:r>
        <w:br/>
        <w:t>Це мене ще більше зацікавило.</w:t>
      </w:r>
    </w:p>
    <w:p>
      <w:r>
        <w:br/>
        <w:t>— Якщо там живуть люди, то мусять же вони підтримувати хоч який-небудь зв'язок з зовнішнім світом, ну, хоча б ходити на базар по продукти!</w:t>
      </w:r>
    </w:p>
    <w:p>
      <w:r>
        <w:br/>
        <w:t>Я. почав розпитувати своїх знайомих, і, нарешті, мені пощастило задовольнити свою цікавість. Щоправда, ніхто не знав нічого певного про мешканців дачі, але один знайомий сказав мені, що, судячи з чуток, там живе професор Вагнер.</w:t>
      </w:r>
    </w:p>
    <w:p>
      <w:r>
        <w:br/>
        <w:t>Професор Вагнер!</w:t>
      </w:r>
    </w:p>
    <w:p>
      <w:r>
        <w:br/>
        <w:t>Цього було досить, щоб зовсім прикувати мою увагу до дачі. Мені захотілося за всяку ціну побачити незвичайну людину, яка наробила стільки шуму своїми винаходами. Але як?.. Я буквально почав шпіонити за дачею. Відчував, що це було негарно, і все-таки не припиняв своїх спостережень, годинами в різний час дня і навіть ночі просиджуючи за кущем ялівцю, недалечко від дачі.</w:t>
      </w:r>
    </w:p>
    <w:p>
      <w:r>
        <w:br/>
        <w:t>Кажуть, якщо людина невідступно прагне якоїсь однієї мети, то рано чи пізно вона її досягне.</w:t>
      </w:r>
    </w:p>
    <w:p>
      <w:r>
        <w:br/>
        <w:t>І ось одного разу рано-вранці, тільки-но розвиднілось, я почув, що таємничі двері у високому паркані рипнули. Я весь насторожився, зщулився і, затамувавши подих, чекав, що буде далі.</w:t>
      </w:r>
    </w:p>
    <w:p>
      <w:r>
        <w:br/>
        <w:t>Двері відчинились. Високий чоловік з рум'яним обличчям, русявою бородою і навислими вусами вийшов і уважно оглядівся навкруги. Звичайно, це він, професор Вагнер!</w:t>
      </w:r>
    </w:p>
    <w:p>
      <w:r>
        <w:br/>
        <w:t>Пересвідчившись, що навколо нікого нема, він повільно піднявся вгору, дійшов до невеликого гірського майданчика і почав займатись там якимись зовсім не зрозумілими для мене вправами. На площадці було розкидане каміння різних розмірів. Вагнер підходив до каменів і робив спробу підняти їх, потім, обережно ступаючи, переходив на нове місце і знову брався за камені. Але всі вони були такі великі й важкі, що навіть професіональний атлет навряд чи зсунув би їх з місця.</w:t>
      </w:r>
    </w:p>
    <w:p>
      <w:r>
        <w:br/>
        <w:t>"Що за дивовижна забава!" — подумав я. Та зненацька я був так вражений, що не міг стримати мимовільного вигуку. Сталося щось неймовірне: професор Вагнер підійшов до великого уламка скелі, більшого за людину, взявся за гострий виступ і підняв уламок з такою легкістю, начебто це був жусок картону. Витягнувши руку, він почав описувати дуги цим уламком скелі.</w:t>
      </w:r>
    </w:p>
    <w:p>
      <w:r>
        <w:br/>
        <w:t>Я не знав, що й подумати. Або Вагнер мав надприродну силу... — але чому ж тоді він не міг підняти порівняно невеликі камені? — або... Я не встиг закінчити своєї думки, як новий фокус Вагнера ще більше вразив мене.</w:t>
      </w:r>
    </w:p>
    <w:p>
      <w:r>
        <w:br/>
        <w:t>Вагнер підкинув брилу вгору, мов камінчик, і вона і полетіла, піднявшись метрів на двадцять угору. З хвилюванням я чекав, як ця брила гепнеться на землю. Та вона падала досить повільно. Я нарахував десять секунд, перш ніж брила опустилася вниз. І коли вона була над землею на висоті людського зросту, Вагнер підставив руку, впіймав і вдержав брилу, причому його рука навіть не здригнулася:</w:t>
      </w:r>
    </w:p>
    <w:p>
      <w:r>
        <w:br/>
        <w:t>— Хо-хо-хо! — весело баском розсміявся Вагнер і далеко відкинув від себе брилу.</w:t>
      </w:r>
    </w:p>
    <w:p>
      <w:r>
        <w:br/>
        <w:t>Вона, пролетівши деякий час паралельно землі, круто змінила лінію польоту на прямовисну, швидко впала і з страшенним гуркотом розлетілася на куски.</w:t>
      </w:r>
    </w:p>
    <w:p>
      <w:r>
        <w:br/>
        <w:t>— Хо-хо-хо! — знову розсміявся Вагнер і якось незвичайно стрибнув.</w:t>
      </w:r>
    </w:p>
    <w:p>
      <w:r>
        <w:br/>
        <w:t>Піднявшись метрів на чотири, він пролетів уздовж майданчика в мій бік. Вагнер, мабуть, не розрахував стрибка, бо з ним трапилась така сама історія, як і з брилою: несподівано він став швидко падати. І коли б не укіс, куди професор упав, він, мабуть, розбився б на смерть. Вагнер упав недалеко від мене, по той бік ялівцевого куща, застогнав і вилаявся, вхопившись за коліно. Потерши забите місце, він зробив спробу встати і знову застогнав.</w:t>
      </w:r>
    </w:p>
    <w:p>
      <w:r>
        <w:br/>
        <w:t>Після деякого вагання я вирішив показатися й допомогти вченому.</w:t>
      </w:r>
    </w:p>
    <w:p>
      <w:r>
        <w:br/>
        <w:t>— Ви дуже вдарились? Вам допомогти? — спитав я, виходячи з куща.</w:t>
      </w:r>
    </w:p>
    <w:p>
      <w:r>
        <w:br/>
        <w:t>Здається, моя поява не здивувала професора. Принаймні він цього нічим не виявив.</w:t>
      </w:r>
    </w:p>
    <w:p>
      <w:r>
        <w:br/>
        <w:t>— Ні, дякую, — спокійно відповів Вагнер, — я сам дійду. — І ще раз спробував підвестись, його обличчя перекривилося від болю.</w:t>
      </w:r>
    </w:p>
    <w:p>
      <w:r>
        <w:br/>
        <w:t>Він навіть відкинувся назад. Нога в коліні швидко пухла. Видно було, що без сторонньої допомоги йому не обійтись.</w:t>
      </w:r>
    </w:p>
    <w:p>
      <w:r>
        <w:br/>
        <w:t>І я став діяти рішуче.</w:t>
      </w:r>
    </w:p>
    <w:p>
      <w:r>
        <w:br/>
        <w:t>— Ходімте, поки біль не дуже знесилив вас, — сказав я й підвів його. Професор скорився. При кожному русі хвора нога завдавала йому страждань. Ми повільно підіймались крутим схилом. Я майже ніс Вагнера на собі і сам знемагав під вагою його тіла. Але разом з тим я був дуже задоволений, що таким чином дістав можливість не тільки побачити, але й познайомитися з професором Вагнером, побувати в його житлі. А втім, може, дійшовши до хвіртки, він подякує мені і не впустить у хату? Ця думка непокоїла мене, коли ми підходили до високого паркана дачі. Але він нічого не сказав, і ми переступили заповітну межу, — та навряд чи й міг він що-небудь сказати, йому було зовсім погано. Від болю ії струсу Вагнер був майже непритомний. Я теж падав від утоми. І все-таки, перш ніж увести його в дім, я встиг через плече окинути цікавим поглядом двір.</w:t>
      </w:r>
    </w:p>
    <w:p>
      <w:r>
        <w:br/>
        <w:t>Двір був досить великий. Посередині стояв якийсь прилад, схожий на апарат Морена. В глибині двору, в землі, виднівся якийсь великий, застелений товстим склом, круглий отвір. Навколо цього отвору, від нього до будинку і ще в кількох напрямах, із землі виступали на відстані півметра одна від одної металеві дуги.</w:t>
      </w:r>
    </w:p>
    <w:p>
      <w:r>
        <w:br/>
        <w:t>Більше я нічого не встиг розглянути. Назустріч нам з будинку вийшла злякана літня жінка в чорному — його економка, як я потім дізнався.</w:t>
      </w:r>
    </w:p>
    <w:p>
      <w:r>
        <w:br/>
        <w:t>Ми поклали професора Вагнера в ліжко.</w:t>
      </w:r>
    </w:p>
    <w:p>
      <w:r>
        <w:br/>
        <w:t>II. ЗАЧАРОВАНЕ КОЛО</w:t>
      </w:r>
    </w:p>
    <w:p>
      <w:r>
        <w:br/>
        <w:t>Вагнеру було зовсім погано. Він важко дихав і марив з заплющеними очима.</w:t>
      </w:r>
    </w:p>
    <w:p>
      <w:r>
        <w:br/>
        <w:t>"Невже від струсу може загинути ця геніальна машина — мозок професора Вагнера?" — думав я з тривогою.</w:t>
      </w:r>
    </w:p>
    <w:p>
      <w:r>
        <w:br/>
        <w:t>Хворий марив математичними формулами і час від часу стогнав. Розгублена економка стояла і тільки безпорадно повторювала:</w:t>
      </w:r>
    </w:p>
    <w:p>
      <w:r>
        <w:br/>
        <w:t>— Що ж тепер буде? Матінко, що ж тепер буде?..</w:t>
      </w:r>
    </w:p>
    <w:p>
      <w:r>
        <w:br/>
        <w:t>Мені довелося подати професорові першу допомогу і ходити коло хворого.</w:t>
      </w:r>
    </w:p>
    <w:p>
      <w:r>
        <w:br/>
        <w:t>Тільки на ранок другого дня Вагнер прийшов до пам'яті. Він розплющив очі й цілком свідомо подивився на мене.</w:t>
      </w:r>
    </w:p>
    <w:p>
      <w:r>
        <w:br/>
        <w:t>— Дякую вам... — кволо промовив він.</w:t>
      </w:r>
    </w:p>
    <w:p>
      <w:r>
        <w:br/>
        <w:t>Я дав йому пити, і він, кивнувши мені головою, попросив залишити його. Стомлений турботами вчорашнього дня і тим, що не спав ніч, я, нарешті, вирішив лишити хворого самого і вийшов надвір подихати свіжим, ранковим повітрям. Невідомий апарат, що стояв посеред двору, знов привернув мою увагу. Я підійшов до нього й простяг руку.</w:t>
      </w:r>
    </w:p>
    <w:p>
      <w:r>
        <w:br/>
        <w:t>— Не йдіть! Стійте! — почув я за собою приглушений, зляканий голос економки.</w:t>
      </w:r>
    </w:p>
    <w:p>
      <w:r>
        <w:br/>
        <w:t>І в ту ж мить я відчув, що моя рука раптом стала надзвичайно важка, начебто до неї привісили величезну гирю, яка рвонула мене вниз з такою силою, що я впав на землю. Невидима гиря притиснула кисть моєї руки. З великим зусиллям я одвів руку назад. Вона була червона й боліла.</w:t>
      </w:r>
    </w:p>
    <w:p>
      <w:r>
        <w:br/>
        <w:t>Коло мене стояла економка і з жалем хитала головою.</w:t>
      </w:r>
    </w:p>
    <w:p>
      <w:r>
        <w:br/>
        <w:t>— Як же це ви?.. Хіба можна?.. Ви краще не ходіть по двору, а то вас і зовсім сплющить!</w:t>
      </w:r>
    </w:p>
    <w:p>
      <w:r>
        <w:br/>
        <w:t>Нічого не розуміючи, я повернувся в кімнату й поклав на хвору руку компрес.</w:t>
      </w:r>
    </w:p>
    <w:p>
      <w:r>
        <w:br/>
        <w:t>Коли професор знову прокинувся, вигляд у нього був уже зовсім бадьорий. Очевидно, у цього чоловіка був надзвичайно здоровий організм.</w:t>
      </w:r>
    </w:p>
    <w:p>
      <w:r>
        <w:br/>
        <w:t>— Що це? — спитав він, вказуючи на мою руку.</w:t>
      </w:r>
    </w:p>
    <w:p>
      <w:r>
        <w:br/>
        <w:t>Я пояснив.</w:t>
      </w:r>
    </w:p>
    <w:p>
      <w:r>
        <w:br/>
        <w:t>— Ви наражались на велику небезпеку, — сказав професор.</w:t>
      </w:r>
    </w:p>
    <w:p>
      <w:r>
        <w:br/>
        <w:t>Мені дуже хотілося скоріше почути від Вагнера роз'яснення всього незвичайного, що мені довелося пережити, але я стримався від запитань, щоб не турбувати хворого.</w:t>
      </w:r>
    </w:p>
    <w:p>
      <w:r>
        <w:br/>
        <w:t>Увечері того ж дня Вагнер попросив пересунути його ліжко до вікна і сам заговорив про те, що так зацікавило мене.</w:t>
      </w:r>
    </w:p>
    <w:p>
      <w:r>
        <w:br/>
        <w:t>— Наука вивчає прояви сил природи, — почав він без передмови, — встановлює наукові закони, але дуже мало знає природу цих сил. Ми кажемо: електрика, сила ваги. Ми вивчаємо їх властивості, використовуємо в своїх цілях. Але кінцеві таємниці своєї природи вони відкривають нам дуже неохоче. І тому ми використовуємо їх далеко не в повній мірі. Електрика в цьому відношенні виявилась більш піддатливою. Ми підкорили цю силу, оволодівши нею, примусили працювати на себе. Ми її переганяємо з місця на місце, збираємо (акумулюємо), витрачаємо в міру потреби. Але сила ваги — це справді найбільш непіддатлива сила. З нею ми повинні миритися, більше пристосовуватись до неї, ніж пристосовувати її до своїх потреб. Коли б ми могли змінювати силу ваги, керувати нею за своїм бажанням, акумулювати, мов електрику, то яку могутню зброю ми б здобули! Оволодіти цією непокірною силою було давнім моїм бажанням.</w:t>
      </w:r>
    </w:p>
    <w:p>
      <w:r>
        <w:br/>
        <w:t>— І ви оволоділи нею! — вигукнув я, починаючи розуміти те, що сталося.</w:t>
      </w:r>
    </w:p>
    <w:p>
      <w:r>
        <w:br/>
        <w:t>— Так, я оволодів нею. Я знайшов засіб регулювати силу ваги за своїм бажанням. Ви бачили мій перший успіх... Ох... успіхи іноді дорого коштують!.. — зітхнув Вагнер, потираючи забите коліно. — Для спроби я зменшив силу ваги на невеликій ділянці коло будинку. І ви бачили, як легко я підняв брилу. Це зроблено за рахунок збільшення сили ваги на невеликому просторі мого двору... Ви мало не поплатились життям за свою цікавість, наблизившись до мого "зачарованого кола". Та он, подивіться, — показав він рукою в вікно. — До дачі летить зграя птахів. Може, хоч один з них пролетить над зоною посиленого притягання.</w:t>
      </w:r>
    </w:p>
    <w:p>
      <w:r>
        <w:br/>
        <w:t>Він замовк, і я з хвилюванням дивився, як наближались птахи... Ось вони летять над самим двором...</w:t>
      </w:r>
    </w:p>
    <w:p>
      <w:r>
        <w:br/>
        <w:t>І раптом один з них каменем упав на землю і навіть не розбився, а просто перетворився на пляму, яка покрила землю шаром, певно, не товщим за цигарковий папір.</w:t>
      </w:r>
    </w:p>
    <w:p>
      <w:r>
        <w:br/>
        <w:t>— Бачили?</w:t>
      </w:r>
    </w:p>
    <w:p>
      <w:r>
        <w:br/>
        <w:t>Я здригнувся,.уявивши, що й мене могла б спіткати така доля. |</w:t>
      </w:r>
    </w:p>
    <w:p>
      <w:r>
        <w:br/>
        <w:t>— Авжеж, — угадав він мою думку, — ви були б роздавлені вагою своєї власної голови й обернулися б у коржик. — І, знову посміхнувшись, вів далі: — Хима, моя економка, каже, що я винайшов прекрасний засіб зберігати продукти від бродячих котів. "Зовсім їх не знищуйте, — каже вона, — а щоб їхні лапи прилипли: більше не прийдуть!" Так... — сказав він після паузи, — є коти ще шкідливіші й небезпечніші — двоногі, озброєні не пазурами й зубами, а гарматами й кулеметами.</w:t>
      </w:r>
    </w:p>
    <w:p>
      <w:r>
        <w:br/>
        <w:t>Уявіть собі, яким оборонним засобом стане скорена сила ваги! Я можу влаштувати загороджувальну зону на кордонах держав, і жоден ворог не переступить її. Аероплани падатимуть так, як оцей птах. Навіть більше, снаряди не зможуть перелетіти цієї загороджувальної зони. Можна зробити й навпаки: позбавити наступаючого ворога сили ваги, і солдати, замість того, щоб рухатись, високо підскакуватимуть, безпорадно дригаючись у повітрі... Але все це дрібниці порівняно з тим, чого я досяг. Я знайшов спосіб зменшити силу ваги на всій поверхні земної кулі, за винятком полюсів.</w:t>
      </w:r>
    </w:p>
    <w:p>
      <w:r>
        <w:br/>
        <w:t>— І як ви цього досягнете?</w:t>
      </w:r>
    </w:p>
    <w:p>
      <w:r>
        <w:br/>
        <w:t>— Я примушу земну кулю обертатися скоріше, от і все, — відповів професор Вагнер з таким виглядом, начебто йшлося про дзигу.</w:t>
      </w:r>
    </w:p>
    <w:p>
      <w:r>
        <w:br/>
        <w:t>— Збільшити швидкість обертання Землі?! — не міг я стриматись від вигуку.</w:t>
      </w:r>
    </w:p>
    <w:p>
      <w:r>
        <w:br/>
        <w:t>— Так, я збільшу швидкість її руху, тоді відцентрова сила почне збільшуватись, і всі тіла на землі дедалі легшатимуть. Якщо ви згодні погостювати в мене ще кілька днів...</w:t>
      </w:r>
    </w:p>
    <w:p>
      <w:r>
        <w:br/>
        <w:t>— З задоволенням!</w:t>
      </w:r>
    </w:p>
    <w:p>
      <w:r>
        <w:br/>
        <w:t>— Я почну експеримент, як тільки встану, і ви побачите багато цікавого.</w:t>
      </w:r>
    </w:p>
    <w:p>
      <w:r>
        <w:br/>
        <w:t>ІІІ. "КРУТИТЬСЯ"</w:t>
      </w:r>
    </w:p>
    <w:p>
      <w:r>
        <w:br/>
        <w:t>За кілька днів професор Вагнер зовсім одужав, коли не зважати на те, що трохи накульгував. Він надовго виходив у свою підземну лабораторію в кутку двору, залишаючи в моє розпорядження свою домашню бібліотеку. Але в лабораторію мене він не запрошував.</w:t>
      </w:r>
    </w:p>
    <w:p>
      <w:r>
        <w:br/>
        <w:t>Одного разу, коли я сидів у бібліотеці, ввійшов Вагнер, дуже збуджений, і ще з порога крикнув мені:</w:t>
      </w:r>
    </w:p>
    <w:p>
      <w:r>
        <w:br/>
        <w:t>— Крутиться! Я пустив свій апарат у хід, і тепер побачимо, що буде далі!</w:t>
      </w:r>
    </w:p>
    <w:p>
      <w:r>
        <w:br/>
        <w:t>Я думав, що станеться щось незвичайне. Але минали години, минув день, нічого не змінилось.</w:t>
      </w:r>
    </w:p>
    <w:p>
      <w:r>
        <w:br/>
        <w:t>— Почекайте, — посміхався професор у свої навислі вуса, — відцентрова сила збільшується пропорціонально квадрату швидкості. А Земля — чимала дзига, її скоро не розкрутиш!</w:t>
      </w:r>
    </w:p>
    <w:p>
      <w:r>
        <w:br/>
        <w:t>Ранком, встаючи з ліжка, я відчув нібито якусь легкість. Щоб перевірити себе, я підняв стілець. Він. здався мені значно легшим, ніж звичайно. Очевидно, відцентрова сила почала діяти. Я вийшов на веранду й сів з книжкою в руках. На книжку падала тінь від стовпа. Мимовільно я звернув увагу на те, що тінь пересувається досить швидко. Що б це могло означати? Начебто сонце стало швидше рухатись по небу.</w:t>
      </w:r>
    </w:p>
    <w:p>
      <w:r>
        <w:br/>
        <w:t>— Ага, ви помітили? — почув я голос Вагнера, який стежив за мною. — Земля обертається швидше, і частіше змінюється день і ніч.</w:t>
      </w:r>
    </w:p>
    <w:p>
      <w:r>
        <w:br/>
        <w:t>— Що ж буде далі? — зчудовано спитав я.</w:t>
      </w:r>
    </w:p>
    <w:p>
      <w:r>
        <w:br/>
        <w:t>— Поживемо — побачимо, — відповів професор.</w:t>
      </w:r>
    </w:p>
    <w:p>
      <w:r>
        <w:br/>
        <w:t>Сонце в цей день зайшло на дві години раніше, ніж звичайно.</w:t>
      </w:r>
    </w:p>
    <w:p>
      <w:r>
        <w:br/>
        <w:t>— Уявляю, який переполох зчинила ця подія в усьому світі! — сказав, я професорові. — Цікаво було б знати...</w:t>
      </w:r>
    </w:p>
    <w:p>
      <w:r>
        <w:br/>
        <w:t>— Можете дізнатися про це в моєму кабінеті, там стоїть радіоприймач, — відповів Вагнер.</w:t>
      </w:r>
    </w:p>
    <w:p>
      <w:r>
        <w:br/>
        <w:t>Я поспішив у кабінет і міг переконатися в тому, що населення всієї земної кулі надзвичайно схвильоване.</w:t>
      </w:r>
    </w:p>
    <w:p>
      <w:r>
        <w:br/>
        <w:t>Та це був тільки початок. Земля оберталась дедалі швидше. Доба вже дорівнювала лише чотирьом годинам.</w:t>
      </w:r>
    </w:p>
    <w:p>
      <w:r>
        <w:br/>
        <w:t>— Тепер усі тіла, шо знаходяться на екваторі, втратили одну сорокову частину своєї ваги, — сказав Вагнер.</w:t>
      </w:r>
    </w:p>
    <w:p>
      <w:r>
        <w:br/>
        <w:t>— Чому тільки на екваторі?</w:t>
      </w:r>
    </w:p>
    <w:p>
      <w:r>
        <w:br/>
        <w:t>— Там земне тяжіння менше, а радіус обертання більший, отже, й відцентрова сила діє сильніше.</w:t>
      </w:r>
    </w:p>
    <w:p>
      <w:r>
        <w:br/>
        <w:t>Учені вже зрозуміли, яка їм загрожує небезпека. Почалось велике переселення народів з екваторіальних областей до більш високих широт, де відцентрова сила була меншою. Але поки що зменшення ваги приносило навіть користь: поїзди могли перевозити величезні вантажі, для польоту великого пасажирського аероплана було достатньо малопотужного мотоциклетного мотора, швидкість руху збільшилась. Люди раптом стали легшими й сильнішими. Я й сам відчував, що легшаю. На диво приємне відчуття!</w:t>
      </w:r>
    </w:p>
    <w:p>
      <w:r>
        <w:br/>
        <w:t>Та незабаром радіо стало приносити й сумніші звістки. Поїзди частіше почали сходити з рейок на уклонах і поворотах, хоч, проте, без особливих жертв: вагони, навіть падаючи під укіс, не розбивалися. Вітер, підіймаючи хмари пилу, який уже не опускався на землю, переходив в ураган. Звідусіль надходили звістки про страшну повідь.</w:t>
      </w:r>
    </w:p>
    <w:p>
      <w:r>
        <w:br/>
        <w:t>Коли швидкість обертання збільшилась у сімнадцять разів, предмети й люди на екваторі стали зовсім невагомими.</w:t>
      </w:r>
    </w:p>
    <w:p>
      <w:r>
        <w:br/>
        <w:t>Якось увечері я почув по радіо страшну новину: в екваторіальній Африці й Америці зареєстровано кілька випадків, коли люди, позбавлені ваги, під дією відцентрової сили, що весь час збільшувалась, падали вгору. Незабаром прийшла й нова страхітлива звістка: на екваторі люди вже стали задихатися.</w:t>
      </w:r>
    </w:p>
    <w:p>
      <w:r>
        <w:br/>
        <w:t>— Відцентрова сила зриває повітряну оболонку земної кулі, яка була "прикріплена" до Землі силою земного тяжіння, — спокійно пояснив мені професор.</w:t>
      </w:r>
    </w:p>
    <w:p>
      <w:r>
        <w:br/>
        <w:t>— Але... тоді й ми задихнемося? — з хвилюванням спитав я Вагнера.</w:t>
      </w:r>
    </w:p>
    <w:p>
      <w:r>
        <w:br/>
        <w:t>Він знизав плечима.</w:t>
      </w:r>
    </w:p>
    <w:p>
      <w:r>
        <w:br/>
        <w:t>— Ми добре підготовані до всіх змін.</w:t>
      </w:r>
    </w:p>
    <w:p>
      <w:r>
        <w:br/>
        <w:t>— А навіщо ви все це зробили? Це ж світова катастрофа, загибель цивілізації! — не міг я стриматись від докору.</w:t>
      </w:r>
    </w:p>
    <w:p>
      <w:r>
        <w:br/>
        <w:t>Вагнер був незворушний.</w:t>
      </w:r>
    </w:p>
    <w:p>
      <w:r>
        <w:br/>
        <w:t>— Навіщо я це зробив, ви дізнаєтесь потім.</w:t>
      </w:r>
    </w:p>
    <w:p>
      <w:r>
        <w:br/>
        <w:t>— Невже тільки заради наукового експерименту?</w:t>
      </w:r>
    </w:p>
    <w:p>
      <w:r>
        <w:br/>
        <w:t>— Я не розумію, що вас так дивує, — відповів він. — А хоч би тільки для експерименту. Дивно! Коли проноситься ураган або відбувається вибух вулкану і губить тисячі людей, нікому й на думку не спаде обвинувачувати вулкан... Сприймайте це як стихійне лихо...</w:t>
      </w:r>
    </w:p>
    <w:p>
      <w:r>
        <w:br/>
        <w:t>Ця відповідь не задовольнила мене. Мимоволі в мене зароджувалося до професора Вагнера почуття недоброзичливості.</w:t>
      </w:r>
    </w:p>
    <w:p>
      <w:r>
        <w:br/>
        <w:t>"Треба бути недолюдком, не мати серця, щоб заради наукового експерименту прирікати на смерть мільйони людей", — думав я.</w:t>
      </w:r>
    </w:p>
    <w:p>
      <w:r>
        <w:br/>
        <w:t>Неприязнь до Вагнера зростала в міру того, як моє самопочуття дедалі погіршувалось, та й було від чого: ці жахливі, незвичайні звістки про загибель світу, це мелькання дня і ночі, що все прискорювалось, хоч кого роздратують. Я,майже не спав і став страшенно нервовий. Я мусив рухатись надзвичайно обережно. Навіть від незначного зусилля м'язів я летів угору і бився головою об стелю, — правда, не дуже боляче. Речі втрачали свою вагу, і з ними дедалі важче було справитись. Досить було випадково доторкнутися до стола або крісла, і важкі меблі відлітали вбік.</w:t>
      </w:r>
    </w:p>
    <w:p>
      <w:r>
        <w:br/>
        <w:t>Вода з умивальника текла дуже повільно, і струмінь теж відхилявся вбік. Наші рухи стали поривчастими. Кінцівки тіла, майже позбавленого ваги, смикались, мов у картонного паяца, якого приводять у рух нитками. "Мотори" нашого тіла — м'язи — виявились надто сильними для облегшеної ваги тіла. І ми ніяк не могли звикнути до цього нового становища, бо вага весь час зменшувалась.</w:t>
      </w:r>
    </w:p>
    <w:p>
      <w:r>
        <w:br/>
        <w:t>Хима, економка Вагнера, сердилась не менше, ніж я. Вона скидалася на жонглера, коли готувала їжу. Каструлі й сковороди летіли вгору, вбік; вона поривалась ловити їх і робила безглузді рухи, танцювала, підскакувала.</w:t>
      </w:r>
    </w:p>
    <w:p>
      <w:r>
        <w:br/>
        <w:t>Зате Вагнер був у чудовому настрої і навіть сміявся з нас.</w:t>
      </w:r>
    </w:p>
    <w:p>
      <w:r>
        <w:br/>
        <w:t>Надвір я зважувався виходити, тільки понапихавши в кишені каміння, щоб "не впасти в небо". Я бачив, як міліло море, — воду зганяло на захід, де вона, мабуть, заливала береги... На довершення до всього я відчував головокружіння і задуху. Повітря розріджувалось. Ураганний вітер, що дув весь час із сходу, почав начебто вщухати... Адже температура швидко знижувалась.</w:t>
      </w:r>
    </w:p>
    <w:p>
      <w:r>
        <w:br/>
        <w:t>Повітря розріджується... скоро кінець... У мене було таке бридке самопочуття, що я мимоволі задумувався, яку смерть мені обрати: впасти в небо чи задихнутись. Це гірша смерть, та зате я додивлюся до кінця, що буде з Землею.</w:t>
      </w:r>
    </w:p>
    <w:p>
      <w:r>
        <w:br/>
        <w:t>"Ні, все-таки краще покінчити відразу", — вирішив я, почуваючи, що задихаюсь, і заходився виймати з кишені каміння.</w:t>
      </w:r>
    </w:p>
    <w:p>
      <w:r>
        <w:br/>
        <w:t>Чиясь рука зупинила мене.</w:t>
      </w:r>
    </w:p>
    <w:p>
      <w:r>
        <w:br/>
        <w:t>— Стривайте! — почув я голос Вагнера, що ледве долинав у розрідженому повітрі.</w:t>
      </w:r>
    </w:p>
    <w:p>
      <w:r>
        <w:br/>
        <w:t>— Час нам спуститись у підземелля!</w:t>
      </w:r>
    </w:p>
    <w:p>
      <w:r>
        <w:br/>
        <w:t>Він узяв мене під руку, кивнув головою економці, яка стояла на веранді, важко дихаючи, і ми попрямували в куток двору, до великого круглого "вікна" в землі. Я втратив свою волю і йшов як у сні. Вагнер відчинив важкі двері, що вели в підземну лабораторію, і вштовхнув мене. Втрачаючи свідомість, я м'яко впав на кам'яну підлогу.</w:t>
      </w:r>
    </w:p>
    <w:p>
      <w:r>
        <w:br/>
        <w:t>IV. УВЕРХ ДНОМ</w:t>
      </w:r>
    </w:p>
    <w:p>
      <w:r>
        <w:br/>
        <w:t>Не знаю, чи довго я був непритомний. Першим моїм відчуттям було те, що я знову дихаю свіжим повітрям. Я розплющив очі й дуже здивувався, побачивши електричну лампочку, укріплену посеред підлоги, недалеко від того місця, де я лежав.</w:t>
      </w:r>
    </w:p>
    <w:p>
      <w:r>
        <w:br/>
        <w:t>— Не дивуйтесь, — почув я голос професора Вагнера. — Наша підлога скоро стане стелею. Як ви себе почуваєте?</w:t>
      </w:r>
    </w:p>
    <w:p>
      <w:r>
        <w:br/>
        <w:t>— Дякую, краще.</w:t>
      </w:r>
    </w:p>
    <w:p>
      <w:r>
        <w:br/>
        <w:t>— Ну, то вставайте, досить лежати! — і він узяв мене за руку. Я підлетів угору, до скляної стелі й дуже повільно опустився вниз.</w:t>
      </w:r>
    </w:p>
    <w:p>
      <w:r>
        <w:br/>
        <w:t>— Ходімте, я покажу вам свою підземну квартиру, — сказав Вагнер.</w:t>
      </w:r>
    </w:p>
    <w:p>
      <w:r>
        <w:br/>
        <w:t>Усе приміщення складалося з трьох кімнат: двох темних, що освітлювалися тільки електричними лампочками, й однієї великої з скляною стелею чи підлогою, важко сказати. Справа в тому, що ми переживали, очевидно, той момент, коли земне тяжіння й відцентрова сила зробили наші тіла зовсім невагомими. Це надзвичайно утруднювало нашу подорож по кімнатах.</w:t>
      </w:r>
    </w:p>
    <w:p>
      <w:r>
        <w:br/>
        <w:t>Ми робили найнесподіваніші піруети, чіплялися за меблі, відштовхувались, стрибали, налітали на столи, іноді безпорадно повисали в повітрі, протягуючи один одному руки. Лише кілька сантиметрів розділяли нас, але ми не могли подолати й такого простору, поки який-небудь хитромудрий трюк не порушував цієї нестійкої рівноваги. Зсунуті нами речі літали разом з нами. Стілець "ширяв" серед кімнати, склянки з водою лежали боком, і вода майже не виливалася, — вона потроху обтікала зовнішні стінки скла...</w:t>
      </w:r>
    </w:p>
    <w:p>
      <w:r>
        <w:br/>
        <w:t>Я помітив двері в четверту кімнату. Там щось гуло, але туди Вагнер не пустив мене. В тій кімнаті, очевидно, стояв механізм, що прискорював рух Землі.</w:t>
      </w:r>
    </w:p>
    <w:p>
      <w:r>
        <w:br/>
        <w:t>Скоро, проте, наша "міжпланетна подорож" скінчилась, і ми опустилися на... скляну стелю, яка віднині мусила стати нашою підлогою... Речей не треба було переміщати, вони самі перемістились, і електрична лампа, укріплена на підлозі, дуже до речі опинилась у нас над головою, освітлюючи нашу кімнату короткими ночами.</w:t>
      </w:r>
    </w:p>
    <w:p>
      <w:r>
        <w:br/>
        <w:t>Вагнер справді все передбачив. У наше приміщення безперебійно надходило повітря, що зберігалося в спеціальних резервуарах. Ми були забезпечені консервами й водою. "Так ось чому економка не ходила на базар", — подумав я. Перемістившись на стелю, ми ходили по ній так само вільно, як по підлозі, хоч у звичайному розумінні ми ходили вниз головою. Та людина до всього звикає. Я почував себе відносно непогано. Дивлячись униз, під ноги, крізь товсте, але прозоре скло, я бачив під собою небо, і мені здавалося, що я стою на круглому дзеркалі, в якому відбивалося це небо.</w:t>
      </w:r>
    </w:p>
    <w:p>
      <w:r>
        <w:br/>
        <w:t>А втім, дзеркало відбивало в собі іноді дивовижні і навіть страшні речі.</w:t>
      </w:r>
    </w:p>
    <w:p>
      <w:r>
        <w:br/>
        <w:t>Економка сказала, що їй треба сходити в дім, бо вона забула масло.</w:t>
      </w:r>
    </w:p>
    <w:p>
      <w:r>
        <w:br/>
        <w:t>— Як же ви підете? — жахнувся я. — Ви ж упадете вниз, тобто вгору, тьху, чорт, усе переплуталось!</w:t>
      </w:r>
    </w:p>
    <w:p>
      <w:r>
        <w:br/>
        <w:t>— Я держатимусь за скоби в землі, мене професор навчив. Коли ми ще не перевернулися вниз головами, у нас були скоби в тому будинку, в стелі, і я вчилася "ходити руками", хапалася за них і ходила по стелі.</w:t>
      </w:r>
    </w:p>
    <w:p>
      <w:r>
        <w:br/>
        <w:t>Професор Вагнер усе передбачив!</w:t>
      </w:r>
    </w:p>
    <w:p>
      <w:r>
        <w:br/>
        <w:t>Я не чекав такого геройства від жінки. Рискувати собою, "ходити руками" над безоднею через якесь там масло!</w:t>
      </w:r>
    </w:p>
    <w:p>
      <w:r>
        <w:br/>
        <w:t>— Але все-таки це дуже небезпечно, — зауважив я.</w:t>
      </w:r>
    </w:p>
    <w:p>
      <w:r>
        <w:br/>
        <w:t>— Не так, як ви думаєте, — заперечив професор Вагнер. — Вага нашого тіла ще незначна, — вона ще тільки почала збільшуватись від нуля, і потрібна зовсім невелика мускульна сила, щоб утриматись. До того ж я її супроводитиму; до речі, мені треба взяти з дому записну книжечку, — я забув її там.</w:t>
      </w:r>
    </w:p>
    <w:p>
      <w:r>
        <w:br/>
        <w:t>— Але ж зовні зараз нема повітря?</w:t>
      </w:r>
    </w:p>
    <w:p>
      <w:r>
        <w:br/>
        <w:t>— У мене є ковпаки з стисненим повітрям, які ми . надінемо на голову.</w:t>
      </w:r>
    </w:p>
    <w:p>
      <w:r>
        <w:br/>
        <w:t>І ці дивні люди, надівши скафандри, начебто вони збиралися спускатись на дно моря, вирушили в дорогу. Подвійні двері захлопнулись. Я почув грюкіт зовнішніх дверей.</w:t>
      </w:r>
    </w:p>
    <w:p>
      <w:r>
        <w:br/>
        <w:t>Лежачи на своїй скляній підлозі, я припав обличчям до товстого скла і з хвилюванням почав стежити за ними. Двоє людей у круглих ковпаках, стоячи догори ногами і чіпляючись за скоби, прикріплені до землі, швидко "йшли руками" до будинку. Хіба можна уявити собі щось дивовижніше!</w:t>
      </w:r>
    </w:p>
    <w:p>
      <w:r>
        <w:br/>
        <w:t>"Справді, це не так страшно, — подумав я. — Але все-таки це незвичайна жінка. Що як у неї запаморочиться в голові?.." Вагнер і економка "піднялися" в тій же позі по східцях на веранду і зникли з очей.</w:t>
      </w:r>
    </w:p>
    <w:p>
      <w:r>
        <w:br/>
        <w:t>Скоро вони знову з'явилися.</w:t>
      </w:r>
    </w:p>
    <w:p>
      <w:r>
        <w:br/>
        <w:t>Обоє вже пройшли півшляху, як раптом сталося щось таке, від чого я аж похолов. Економка впустила банку з маслом і, намагаючись підхопити її, зірвалася й полетіла в безодню...</w:t>
      </w:r>
    </w:p>
    <w:p>
      <w:r>
        <w:br/>
        <w:t>Вагнер зробив спробу врятувати її: він вмить розмотав вірьовку, прикріплену до пояса, і, зачепивши її за скобу, кинувся слідом за економкою. Нещасна жінка падала досить повільно. А Вагнер, щосили відштовхнувшись, рухався значно швидше, і йому пощастило наздогнати Химу. Він уже простяг до неї руку, але не міг. дістати: відцентрова сила відхилила політ Хими трохи вбік. І незабаром економка відокремилась від нього... Вагнер повисів трохи на витягнутій вірьовці і почав повільно підніматися з безодні неба на землю...</w:t>
      </w:r>
    </w:p>
    <w:p>
      <w:r>
        <w:br/>
        <w:t>Мені було видно, як бідолашна жінка махнула руками... її тіло швидко зменшувалось... Настала ніч і, мов завісою, вкрила цю картину загибелі...</w:t>
      </w:r>
    </w:p>
    <w:p>
      <w:r>
        <w:br/>
        <w:t>Я здригнувся, уявивши собі останні відчуття економки... Що буде з нею?.. її труп, що не розкладатиметься в холоді всесвіту, вічно літатиме в просторі, поки якесь світило, проходячи поблизу, не притягне його.</w:t>
      </w:r>
    </w:p>
    <w:p>
      <w:r>
        <w:br/>
        <w:t>Заглибившись у свої думки, я й не.помітив, як увійшов Вагнер і опустився поруч зі мною.</w:t>
      </w:r>
    </w:p>
    <w:p>
      <w:r>
        <w:br/>
        <w:t>— Прекрасна смерть, — сказав він спокійно. Я зціпив зуби і не відповів. У мені раптом знову прокинулась ненависть до Вагнера.</w:t>
      </w:r>
    </w:p>
    <w:p>
      <w:r>
        <w:br/>
        <w:t>З жахом я дивився на безодню, що розстилалася під моїми ногами, і вперше з надзвичайною ясністю зрозумів, що небо — не голубий простір над нами, а безодня... що ми "живемо в небі", приліпившись до пилинки, Землі, і тому нас з більшим правом можна назвати жителями неба, "небожителями", ніж мешканцями Землі. Мізерні небожителі! Земне тяжіння, очевидно, діяло не тільки на наше тіло, а й на свідомість, приковуючи її до Землі. Тепер цей зв'язок порвався. Я відчував неміцність нашого земного існування... Наша свідомість зародилася разом з Землею, в безоднях неба, в безоднях нескінченного простору, і там вона й згасне...</w:t>
      </w:r>
    </w:p>
    <w:p>
      <w:r>
        <w:br/>
        <w:t>Так думав я, а перед моїми очима діялося щось незвичайне... Від Землі відривалося каміння і падало вгору... Незабаром стали відриватись цілі брили скель. День і ніч змінювали одне одного ще швидше. Сонце проносилось по безодні-небу, і наставала ніч, зорі линули з такою ж шаленою швидкістю, і знову сонце, і знову ніч... Ось у світлі сонця я бачу, як зірвався і впав паркан, відкривши горизонт. Я бачу висохле дно моря, спустошену землю... Я бачу, що скоро кінець...</w:t>
      </w:r>
    </w:p>
    <w:p>
      <w:r>
        <w:br/>
        <w:t>Та на Землі ще лишилися люди... Я чую, як говорить невеликий гучномовець нашої радіостанції...</w:t>
      </w:r>
    </w:p>
    <w:p>
      <w:r>
        <w:br/>
        <w:t>Земля спустошена майже до полюсів. Усе гине... Це остання вціліла радіостанція на острові Врангеля. Вона подає сигнали, жде і не дістає відповіді... Радіохвилі летять у мертву пустоту... Мовчить Земля, мовчить і небо. Дні і ночі так швидко змінюються, що все зливається в імлу... Сонце, пролітаючи по небу, креслить вогненну смугу на темному фоні, — разом з останніми залишками атмосфери Земля втратила своє голубе покриття, світло небесної блакиті... Місяць став менший, Земля вже більше не може втримувати свого супутника, і Місяць віддаляється від Землі...</w:t>
      </w:r>
    </w:p>
    <w:p>
      <w:r>
        <w:br/>
        <w:t>Я відчуваю, як товсті стекла нашої підлоги напружились, стали опуклими, дрижать... Скоро вони не витримають, і я провалюся в безодню...</w:t>
      </w:r>
    </w:p>
    <w:p>
      <w:r>
        <w:br/>
        <w:t>Хто це бурчить коло мене? А, професор Вагнер. Я насилу підводжуся: шалена швидкість Землі наповнила свинцем моє тіло. Я важко дихаю...</w:t>
      </w:r>
    </w:p>
    <w:p>
      <w:r>
        <w:br/>
        <w:t>— Ви!.. — злісно звертаюсь до професора Вагнера. — Навіщо ви це зробили? Ви погубили людство, ви знищили життя на Землі... Відповідайте! Зараз же зменшіть швидкість руху Землі, інакше я...</w:t>
      </w:r>
    </w:p>
    <w:p>
      <w:r>
        <w:br/>
        <w:t>Але професор мовчки заперечливо хитає головою.</w:t>
      </w:r>
    </w:p>
    <w:p>
      <w:r>
        <w:br/>
        <w:t>— Відповідайте! — кричу я, стискуючи кулаки.</w:t>
      </w:r>
    </w:p>
    <w:p>
      <w:r>
        <w:br/>
        <w:t>— Я не можу нічого зробити... очевидно, допустив помилку в обчисленнях.,.</w:t>
      </w:r>
    </w:p>
    <w:p>
      <w:r>
        <w:br/>
        <w:t>— Так ви заплатите за цю помилку! — закричав я і, зовсім знавіснівши, кинувся на Вагнера й почав його душити...</w:t>
      </w:r>
    </w:p>
    <w:p>
      <w:r>
        <w:br/>
        <w:t>В ту ж мить я відчув, як тріщить наша підлога, лопається скло, і я, не випускаючи Вагнера, лечу з ним у безодню...</w:t>
      </w:r>
    </w:p>
    <w:p>
      <w:r>
        <w:br/>
        <w:t>V. "НОВИЙ СПОСІБ ВИКЛАДАННЯ"</w:t>
      </w:r>
    </w:p>
    <w:p>
      <w:r>
        <w:br/>
        <w:t>Переді мною усміхнене обличчя професора Вагнера. Я здивовано дивлюся на нього, потім навколо себе.</w:t>
      </w:r>
    </w:p>
    <w:p>
      <w:r>
        <w:br/>
        <w:t>Ранній ранок. Голубий полог неба. Вдалині синіє море. Біля веранди спокійно пурхають два білі метелики. Повз мене проходить економка з великим куском вершкового масла на тарілці...</w:t>
      </w:r>
    </w:p>
    <w:p>
      <w:r>
        <w:br/>
        <w:t>— Що це?.. Що все це означає? — питаю я професора.</w:t>
      </w:r>
    </w:p>
    <w:p>
      <w:r>
        <w:br/>
        <w:t>Він посміхається в свої довгі вуса.</w:t>
      </w:r>
    </w:p>
    <w:p>
      <w:r>
        <w:br/>
        <w:t>— Прошу пробачення, — каже Вагнер, — що я без вашого дозволу і навіть ще не знайомий з вами, використав вас для одного експерименту. Якщо ви мене знаєте, то вам, мабуть, відомо, що я давно працюю над розв'язанням питання, як одній людині вмістити величезну масу сучасних наукових знань. Я особисто, наприклад, досяг того, що кожна половина мого мозку працює самостійно. Я знищив сон і стомлюваність.</w:t>
      </w:r>
    </w:p>
    <w:p>
      <w:r>
        <w:br/>
        <w:t>— Я читав про це. Вагнер кивнув головою.</w:t>
      </w:r>
    </w:p>
    <w:p>
      <w:r>
        <w:br/>
        <w:t>— Тим краще. Але це не всім доступно. І я вирішив використати для педагогічних цілей гіпноз. Адже кінець кінцем і в звичайній педагогіці є частка гіпнозу... Сьогодні рано-вранці я вийшов на прогулянку і помітив вас... Ви вже не перший день вартуєте за кущем ялівцю? — спитав він з веселою іскоркою в очах. Я зніяковів.</w:t>
      </w:r>
    </w:p>
    <w:p>
      <w:r>
        <w:br/>
        <w:t>— Ну, от я й вирішив покарати вас за вашу цікавість, загіпнотизувавши...</w:t>
      </w:r>
    </w:p>
    <w:p>
      <w:r>
        <w:br/>
        <w:t>— Як, невже все це було...</w:t>
      </w:r>
    </w:p>
    <w:p>
      <w:r>
        <w:br/>
        <w:t>— Тільки гіпнозом, з того самого моменту, як ви побачили мене. Певен, що ви все це пережили немов реальність. І вже, звичайно, ніколи в житті не забудете пережитого. Отже, ви мали можливість дістати урок наочного вивчення законів тяжіння і відцентрової сили... Але ви виявились дуже нервовим учнем і під кінець уроку поводились трохи збуджено...</w:t>
      </w:r>
    </w:p>
    <w:p>
      <w:r>
        <w:br/>
        <w:t>— А довго тривав урок? Вагнер подивився на годинник.</w:t>
      </w:r>
    </w:p>
    <w:p>
      <w:r>
        <w:br/>
        <w:t>— Хвилини зо дві, не більше. А правда ж, продуктивний спосіб засвоєння знань?</w:t>
      </w:r>
    </w:p>
    <w:p>
      <w:r>
        <w:br/>
        <w:t>— Дозвольте, — вигукнув я, — а це скляне вікно, скоби на землі!.. — Я простяг руку і враз замовк.</w:t>
      </w:r>
    </w:p>
    <w:p>
      <w:r>
        <w:br/>
        <w:t>Поверхня двору була зовсім рівна; не було ні скоб, ні скляного круглого "вікна"...</w:t>
      </w:r>
    </w:p>
    <w:p>
      <w:r>
        <w:br/>
        <w:t>— Так це... теж був гіпноз?</w:t>
      </w:r>
    </w:p>
    <w:p>
      <w:r>
        <w:br/>
        <w:t>— Ну, звичайно... Признайтеся, що ви не дуже нудились на моєму уроці фізики? Химо, — гукнув він, — кава готова? Ходімо снідати.</w:t>
      </w:r>
    </w:p>
    <w:p>
      <w:r>
        <w:br/>
        <w:t>© БЄЛЯЄВ О. Р. Хойті-Тойті: Оповідання. — К.: Молодь, 1960. — 100 с. — (Бібліотечка пригод та наукової фантастики).</w:t>
      </w:r>
    </w:p>
    <w:p>
      <w:r>
        <w:br/>
        <w:t>© СВЄЧНИКОВА Н. І., переклад з російської, 1960.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безоднею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