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золотих богів</w:t>
      </w:r>
    </w:p>
    <w:p>
      <w:r>
        <w:br/>
        <w:t xml:space="preserve"> &lt;p&gt;Новела</w:t>
      </w:r>
    </w:p>
    <w:p>
      <w:r>
        <w:br/>
        <w:t>--------------------------------------</w:t>
      </w:r>
    </w:p>
    <w:p>
      <w:r>
        <w:br/>
        <w:t>Уже третій день, як ревуть гарматні бої над околицями Медвина; гукає-сміється ворожа артилерія, — а за кожним її гуком піднімаються до неба криваво-червоні стежки полум'я з селянських осель...</w:t>
      </w:r>
    </w:p>
    <w:p>
      <w:r>
        <w:br/>
        <w:t>Горить село.</w:t>
      </w:r>
    </w:p>
    <w:p>
      <w:r>
        <w:br/>
        <w:t>А недалеко, на Гордієнкових горбах, кипить жорстокий бій: старе й мале вийшло з села назустріч непроханому ворогу...</w:t>
      </w:r>
    </w:p>
    <w:p>
      <w:r>
        <w:br/>
        <w:t>Б'ється червона селянська воля, умирає на своїх осьмушках та обніжках, але боронить тілами, кров'ю свої оселі од армії "золотих богів".</w:t>
      </w:r>
    </w:p>
    <w:p>
      <w:r>
        <w:br/>
        <w:t>Клекотить бій, гарячий, червоною крівцею вмитий...</w:t>
      </w:r>
    </w:p>
    <w:p>
      <w:r>
        <w:br/>
        <w:t>— А наші?! Глянь, Параско, Чубатенко: "За мною, вперед!"</w:t>
      </w:r>
    </w:p>
    <w:p>
      <w:r>
        <w:br/>
        <w:t>— Та-та-та!.. — залопотів крилами смерті кулемет, а з рову:</w:t>
      </w:r>
    </w:p>
    <w:p>
      <w:r>
        <w:br/>
        <w:t>— Ура, слав-а-а!</w:t>
      </w:r>
    </w:p>
    <w:p>
      <w:r>
        <w:br/>
        <w:t>— Хлопці, ріж і бий!</w:t>
      </w:r>
    </w:p>
    <w:p>
      <w:r>
        <w:br/>
        <w:t>— Дай кулемета! Сенька!</w:t>
      </w:r>
    </w:p>
    <w:p>
      <w:r>
        <w:br/>
        <w:t>І летить... Чуб, як грива на вороному коні, розчісується на льоту вітром, в очах гартується залізо з кров'ю і — смага з піни на губах припала пилом, чорніє... Летить сонячною курявою Сенька-кулеметник і строчить умілою рукою по ворожих лавах...</w:t>
      </w:r>
    </w:p>
    <w:p>
      <w:r>
        <w:br/>
        <w:t>А бій кипить... Ось уже пішли до бою з вилами, сокирами, а ворог — стіною-муром налягає, щоб розбить селянські ряди...</w:t>
      </w:r>
    </w:p>
    <w:p>
      <w:r>
        <w:br/>
        <w:t>— Чорна короговка майнула на Козацькому шляху...</w:t>
      </w:r>
    </w:p>
    <w:p>
      <w:r>
        <w:br/>
        <w:t>— З батареї б'ють!..</w:t>
      </w:r>
    </w:p>
    <w:p>
      <w:r>
        <w:br/>
        <w:t>— З вилками, на шлях!</w:t>
      </w:r>
    </w:p>
    <w:p>
      <w:r>
        <w:br/>
        <w:t>Сіра курява пронизалась свистом куль, упала чорним шаром на обличчя людські...</w:t>
      </w:r>
    </w:p>
    <w:p>
      <w:r>
        <w:br/>
        <w:t>— Прикладом гада!</w:t>
      </w:r>
    </w:p>
    <w:p>
      <w:r>
        <w:br/>
        <w:t>Затремтіла під сонцем стеблом зомліла гречка — похитнулась назад: "Ай!"</w:t>
      </w:r>
    </w:p>
    <w:p>
      <w:r>
        <w:br/>
        <w:t>Креше полум'я, іскриться, і в диму, як чорні примари, мріють над селом тополі, попелом припалі, жовта, язиката змія блискавкою прорізала дим і...</w:t>
      </w:r>
    </w:p>
    <w:p>
      <w:r>
        <w:br/>
        <w:t>— Цю-у-уй — цюв-уй... — співають кулі, і рветься пил горбами.</w:t>
      </w:r>
    </w:p>
    <w:p>
      <w:r>
        <w:br/>
        <w:t>— Юшковці одходять і... куль немає... і... Страшно, рішуче гукнув тоді до селян Чубатенко:</w:t>
      </w:r>
    </w:p>
    <w:p>
      <w:r>
        <w:br/>
        <w:t>— За погорілі наші хати, за кров братів і волю нашу — вперед!..</w:t>
      </w:r>
    </w:p>
    <w:p>
      <w:r>
        <w:br/>
        <w:t>Якась невідома сила ревнула по-звіриному з грудей селянських, підняла степом помсту і — пішли: окропили білу гречку з медами гарячою кров'ю, поцілували востаннє горби і...</w:t>
      </w:r>
    </w:p>
    <w:p>
      <w:r>
        <w:br/>
        <w:t>Сонце здивоване стало: похитнулись вороги!</w:t>
      </w:r>
    </w:p>
    <w:p>
      <w:r>
        <w:br/>
        <w:t>— Слава, слава! — покотилась луна ярками та долинами.</w:t>
      </w:r>
    </w:p>
    <w:p>
      <w:r>
        <w:br/>
        <w:t>— Чубатенка нема...</w:t>
      </w:r>
    </w:p>
    <w:p>
      <w:r>
        <w:br/>
        <w:t>І тінь хрестом лягла на гречці...</w:t>
      </w:r>
    </w:p>
    <w:p>
      <w:r>
        <w:br/>
        <w:t>— Цю-у-уй — цюв-уй... — співають кулі, і рветься пил горбами...</w:t>
      </w:r>
    </w:p>
    <w:p>
      <w:r>
        <w:br/>
        <w:t>— Гей, хлопці, пшеницею до шляху: ворог нас обходить!</w:t>
      </w:r>
    </w:p>
    <w:p>
      <w:r>
        <w:br/>
        <w:t>І побігли бойовики до шляху. А за ними Сенька-кулеметник: вискочив на шпиль, стрічку нову в кулемет заклав, а тоді...</w:t>
      </w:r>
    </w:p>
    <w:p>
      <w:r>
        <w:br/>
        <w:t>— Ой хто ж оце так здорово вціляє?..</w:t>
      </w:r>
    </w:p>
    <w:p>
      <w:r>
        <w:br/>
        <w:t>Упав коло кулемета. Червона кров Сеньки полилась на потолочену пшеницю і, гаряча-гаряча, збігала стеблом на суху землю...</w:t>
      </w:r>
    </w:p>
    <w:p>
      <w:r>
        <w:br/>
        <w:t>Заплакали села... Уже не чути, як гукає гармата: далеко-далеко одступило військо "золотих богів", і на місці гарячих боїв селянської волі лишилась чорна руїна, полита сльозами, як дощем...</w:t>
      </w:r>
    </w:p>
    <w:p>
      <w:r>
        <w:br/>
        <w:t>І тоді: озолотило сонце похмурі хмари на заході і втопило червону багряницю, як той сум, у ставу та й прослало над пожарищем... Дивіться...</w:t>
      </w:r>
    </w:p>
    <w:p>
      <w:r>
        <w:br/>
        <w:t>Чорна, обсмалена соха в клуні розп'ялась над кроквами, як мати над дітьми, а коло погреба, он там, де танцюють золоті стрілки сонця, хтось заломив руки і з мукою тихо-тихо чи до неба, чи до себе:</w:t>
      </w:r>
    </w:p>
    <w:p>
      <w:r>
        <w:br/>
        <w:t>— В ногах лазила, цілувала руки, чоботи... Батьки рідні, не паліть... осінь іде... ви ж — люди, так — ні-і...</w:t>
      </w:r>
    </w:p>
    <w:p>
      <w:r>
        <w:br/>
        <w:t>Цілі улиці викошено огнем-косою. Чорні повалені хати, щербаті повітки і все віками дбане добро, а в попелі тліє горе матері...</w:t>
      </w:r>
    </w:p>
    <w:p>
      <w:r>
        <w:br/>
        <w:t>— На Гордієнкових горбах... сини в бою за волю лягли!</w:t>
      </w:r>
    </w:p>
    <w:p>
      <w:r>
        <w:br/>
        <w:t>Хто зрозуміє їх вічне горе-журбу, хто загляне в їх зотлілі душі?..</w:t>
      </w:r>
    </w:p>
    <w:p>
      <w:r>
        <w:br/>
        <w:t>Тільки вітер рве присмажений пісок з попелом і кидає на стару драну свиту, кидає, прислухається.</w:t>
      </w:r>
    </w:p>
    <w:p>
      <w:r>
        <w:br/>
        <w:t>У старій драній свиті стала серед двору мати Сеньки-кулеметника:</w:t>
      </w:r>
    </w:p>
    <w:p>
      <w:r>
        <w:br/>
        <w:t>— Згоріла. Троє малих дітей, як мишенят... І старшого вбито...</w:t>
      </w:r>
    </w:p>
    <w:p>
      <w:r>
        <w:br/>
        <w:t>— Стоїть пшениця потолочена, серпа просить, а вони кров'ю поливають... "</w:t>
      </w:r>
    </w:p>
    <w:p>
      <w:r>
        <w:br/>
        <w:t>Ой у полі жито копитами збито...</w:t>
      </w:r>
    </w:p>
    <w:p>
      <w:r>
        <w:br/>
        <w:t>— Хи-хи!</w:t>
      </w:r>
    </w:p>
    <w:p>
      <w:r>
        <w:br/>
        <w:t>— Дочко, Парасю, бачиш — під обніжком Сенька з кулеметом?</w:t>
      </w:r>
    </w:p>
    <w:p>
      <w:r>
        <w:br/>
        <w:t>— О, зараз з нами, тільки вночі, як голуб коло клуні пролетить: "мамо, мамо"!</w:t>
      </w:r>
    </w:p>
    <w:p>
      <w:r>
        <w:br/>
        <w:t>...Копитами збито жито...</w:t>
      </w:r>
    </w:p>
    <w:p>
      <w:r>
        <w:br/>
        <w:t>— Почорнів, як головешка. А такий хороший, молодий... Це ти, Параско, моя невістка?</w:t>
      </w:r>
    </w:p>
    <w:p>
      <w:r>
        <w:br/>
        <w:t>— Пшеницю будем жать, як золото, снопи класти, бо горобці п'ють. Як золото, снопи класти...</w:t>
      </w:r>
    </w:p>
    <w:p>
      <w:r>
        <w:br/>
        <w:t>Через лісу слухала сива тінь діда Андрія, слухала — плакала:</w:t>
      </w:r>
    </w:p>
    <w:p>
      <w:r>
        <w:br/>
        <w:t>— Стерялась, бідна, з журби... Як чайка б'ється грудьми... О, знов:</w:t>
      </w:r>
    </w:p>
    <w:p>
      <w:r>
        <w:br/>
        <w:t>Ой не зорі з неба: горе!</w:t>
      </w:r>
    </w:p>
    <w:p>
      <w:r>
        <w:br/>
        <w:t>Обхопила руками обгорілий стовп у воротях і страшно, нелюдським голосом, заспівала коло дітей:</w:t>
      </w:r>
    </w:p>
    <w:p>
      <w:r>
        <w:br/>
        <w:t>Ой голуб ти сивенький,</w:t>
      </w:r>
    </w:p>
    <w:p>
      <w:r>
        <w:br/>
        <w:t>Ой скажи-скажи ти мені,</w:t>
      </w:r>
    </w:p>
    <w:p>
      <w:r>
        <w:br/>
        <w:t>Де мій син молоденький?..</w:t>
      </w:r>
    </w:p>
    <w:p>
      <w:r>
        <w:br/>
        <w:t>І замовкла, заніміла.</w:t>
      </w:r>
    </w:p>
    <w:p>
      <w:r>
        <w:br/>
        <w:t>Легко повіяв вітер, далі притих, послухав горе-журбу матері і, здавалось, сам заплакав над потолоченою кіньми пшеницею...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золотих богів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