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згарищі</w:t>
      </w:r>
    </w:p>
    <w:p>
      <w:r>
        <w:br/>
        <w:t xml:space="preserve"> &lt;p&gt;— Коли ж почалася друга світова війна, Оксанко?</w:t>
      </w:r>
    </w:p>
    <w:p>
      <w:r>
        <w:br/>
        <w:t>3 останньої парти підвелося кирпатеньке дівчатко, невстріливо закліпало очицями.</w:t>
      </w:r>
    </w:p>
    <w:p>
      <w:r>
        <w:br/>
        <w:t>— Війна почалася в тисяча дев'ятсот сорок дру...— і крадькома зирнула на вчителя.</w:t>
      </w:r>
    </w:p>
    <w:p>
      <w:r>
        <w:br/>
        <w:t>Той повагом заплющив очі: не те.</w:t>
      </w:r>
    </w:p>
    <w:p>
      <w:r>
        <w:br/>
        <w:t>— В сорок тре?..</w:t>
      </w:r>
    </w:p>
    <w:p>
      <w:r>
        <w:br/>
        <w:t>Вчитель ворухнув ногою під столом і звалив ціпок. Він гримнув об підлогу, мов карабін.</w:t>
      </w:r>
    </w:p>
    <w:p>
      <w:r>
        <w:br/>
        <w:t>— Я забула, Федоре Несторовичу,— прошепотіла Оксанка.</w:t>
      </w:r>
    </w:p>
    <w:p>
      <w:r>
        <w:br/>
        <w:t>Учитель обома руками обхопив протез, одсунув його вбік, щоб не заважав, і, обіпершись долонею об стіл, нахилився за цілком.</w:t>
      </w:r>
    </w:p>
    <w:p>
      <w:r>
        <w:br/>
        <w:t>Діти принишкли, похнюпили голівки.</w:t>
      </w:r>
    </w:p>
    <w:p>
      <w:r>
        <w:br/>
        <w:t>— Сідай, Оксанко,— сказав Федір Несторович і одвернувся до вікна. Надворі, припадаючи цупким листям до шибок, видзвонювала дика груша, розчахнута вітром. В розщепину провалилась жовтенька падалиця, і, коли стовбури розгойдувало, падалицю чавучило, з неї цідилась на кору прозора юшечка.</w:t>
      </w:r>
    </w:p>
    <w:p>
      <w:r>
        <w:br/>
        <w:t>"Треба б вийняти",— подумав.</w:t>
      </w:r>
    </w:p>
    <w:p>
      <w:r>
        <w:br/>
        <w:t>До кінця уроку він уже нікого не питав. А після дзвінка, гримаючи залізними замками на протезі, пошкандибав додому.</w:t>
      </w:r>
    </w:p>
    <w:p>
      <w:r>
        <w:br/>
        <w:t>Надворі було ясно. Об гарячі жерстяні дахи торохкали каштани, підплигували, як на жаровні, і падали на бруківку. У ринвах цвірінькали горобці, попід ворітьми гралися діти. Федір Несторович іноді тупо наїздив протезом на каштан і трохи заточувався.</w:t>
      </w:r>
    </w:p>
    <w:p>
      <w:r>
        <w:br/>
        <w:t>— Дядя п'яні...— цявкнуло з-під воряк якесь хлоп'я.</w:t>
      </w:r>
    </w:p>
    <w:p>
      <w:r>
        <w:br/>
        <w:t>— Цить! — сказало старшеньке.— У дяді ножки немає. Еге ж, дядю?</w:t>
      </w:r>
    </w:p>
    <w:p>
      <w:r>
        <w:br/>
        <w:t>Федір Несторович зупинився, звів очі. В карій глибочині загусла давня розбуркана туга, притамована плеском лагідної усмішки.</w:t>
      </w:r>
    </w:p>
    <w:p>
      <w:r>
        <w:br/>
        <w:t>— Еге ж, сину, еге...— обізвався весело і рушив далі, уважно дивлячись під ноги.</w:t>
      </w:r>
    </w:p>
    <w:p>
      <w:r>
        <w:br/>
        <w:t>Край селища звернув у вуличку, заслану димом — палили огудиння на грядках — і зупинився. Звідси було добре видно поле, смушку зрізаних соняшників під горою і ліс, що вже починав жевріти. З-за лісу підіймалася хмарина, і сонце сіяло в долину жовту каламуть — мабуть, на дощ. А скрізь на обрії небо було чисте й голубе, лише де-не-де лежали на ньому золотаві хмарки, мов огребки соломи після жнив.</w:t>
      </w:r>
    </w:p>
    <w:p>
      <w:r>
        <w:br/>
        <w:t>Дома Федір Несторович довго нишпорив у коморі, доки знайшов старенькі, ще госпітальські милиці. Вони були густо побиті шашіллю і обліплені павутиною; шкіра на підпахвах пересохла і порепалась.</w:t>
      </w:r>
    </w:p>
    <w:p>
      <w:r>
        <w:br/>
        <w:t>Декілька разів пройшовся з ними по хаті, порипуючи і сколупуючи долівку. Потім відчепив протез. Холоша одразу спорожніла, сплюснулась, тіло втратило рівновагу і впевненість.</w:t>
      </w:r>
    </w:p>
    <w:p>
      <w:r>
        <w:br/>
        <w:t>Знадвору увійшла Одарка — вироблена, але чепурна ще жінка з чорними од землі руками. Федір Несторович квартирував у неї звідтоді, як повернувся з госпіталю — у пожмаканій шинелі, з останньою новенькою медаллю поверх неї, з плисковатим речовим мішком за плечима і на милицях, пофарбованих у колір військового грузовика.</w:t>
      </w:r>
    </w:p>
    <w:p>
      <w:r>
        <w:br/>
        <w:t>— Ви б, може, й плащ наділи? — спитала Одарка.— Воно таке, як на дощ...</w:t>
      </w:r>
    </w:p>
    <w:p>
      <w:r>
        <w:br/>
        <w:t>Потім ще довго стояла посеред двору і сумними очима дивилася йому вслід. А він ішов обніжком, розгойдуючись між милицями, далеко вперед викидаючи ногу. Плащ на спині напнувся халабудою, плечі гостро піднялися вгору, рукава підбукалися по лікті.</w:t>
      </w:r>
    </w:p>
    <w:p>
      <w:r>
        <w:br/>
        <w:t>В степу запахло розворушеною лемешами землею. У ріллях порпалося гайвороння, з улоговин виглядали коров'ячі спини і підіймалися прозорі голубі дими — видно, пастухи палили бур'янища.</w:t>
      </w:r>
    </w:p>
    <w:p>
      <w:r>
        <w:br/>
        <w:t>Федорові Несторовичу пригадалося, як у дитинстві шльопав босими ногами по розбитій чередою степовій дорозі, крута пилюга гарячими струмочками цідилася крізь пальці, а вітерець виносив з-поміж кіп теплий дух спілого жита. Корова йшла з пасьби додому повагом, немов з роботи, телятко терлося у неї під боком і лізло до вим'я. Заходило сонце, у вузеньких хутірських вуличках стояла червона курява, в садках варилася на триніжках вечеря, гупали об землю спілі яблука... Життя здавалося тоді вічно щасливим.</w:t>
      </w:r>
    </w:p>
    <w:p>
      <w:r>
        <w:br/>
        <w:t>Вийшов на луки. Милиці вгрузали в пухке дерновиння. Заблищали зелені калюжки, вткані жабуринням, од Псла потягло сирими глеїстими берегами.</w:t>
      </w:r>
    </w:p>
    <w:p>
      <w:r>
        <w:br/>
        <w:t>Ліс обняв тихим шелестом листя, лопотінням спілих кисличок, зарябіли увіччю мережива тіней.</w:t>
      </w:r>
    </w:p>
    <w:p>
      <w:r>
        <w:br/>
        <w:t>Стежка пішла вниз, через яруги, занесені ще з весни трухлим очеретом, хмизом і пір'ям із старих воронячих гнізд. Йти стало важче. Але Федір Несторович, сам того не помічаючи, надолужив — спотикався, хекав, виважувався на милицях, переплигуючи високі запруди.</w:t>
      </w:r>
    </w:p>
    <w:p>
      <w:r>
        <w:br/>
        <w:t>І в тому незлобивому шелесті лісу, і в димах, і в кожному несподіваному зламі стежки — вчувалася йому докора за те, що так довго сюди не навідувався.</w:t>
      </w:r>
    </w:p>
    <w:p>
      <w:r>
        <w:br/>
        <w:t>За ярками звернув на іншу стежину — свою... Вона майже зовсім у бугилі і подорожнику, обіч неї на травах не сіріла курявичка, збита людськими ногами: недовго жила стежка після того, як забули її люди. І Федір Несторович сердився на людей, хоч поміж ними бачив лише самого себе.</w:t>
      </w:r>
    </w:p>
    <w:p>
      <w:r>
        <w:br/>
        <w:t>Вийшов на просторе узлісся з одинокою Макаровою хатою над самою річкою і опинився біля кладовища. Хрести на ньому майже всі попідгнивали й попадали, а ті, що позалишалися, вщерть заросли бур'янами і чагарником...</w:t>
      </w:r>
    </w:p>
    <w:p>
      <w:r>
        <w:br/>
        <w:t>Федір Несторович попрямував до своєї колишньої садиби і ледве впізнав її серед інших згарищ — так вона заросла і здичавіла. Лише на тічку, де колись молотили, вибивали соняшники, лущили квасолю, де не було жодної грудочки землі, якої б він не роздавив босою п'ятою, і жодної спички, якої б не загнав у дитинстві,— лише там проглядали крізь густий спериш латочки голої, свійської землі.</w:t>
      </w:r>
    </w:p>
    <w:p>
      <w:r>
        <w:br/>
        <w:t>Федір Несторович підійшов до колодязя. Він перекосився і вгруз так, що зверху залишився тільки низенький, у дві цямрини , зрубець, густо полатаний мохом. Заглянув униз. Вода була близько. В ній плавало сміття, стриміли жаби, розчепіривши лапки і вирячивши в небо пукаті холодні очі. Федір Несторович ширнув у воду милицею, і жаби поринали.</w:t>
      </w:r>
    </w:p>
    <w:p>
      <w:r>
        <w:br/>
        <w:t>— Ач, прокляті! — сказав ображено і навіть гнівно, так наче йому вкрай треба було набрати тієї води...</w:t>
      </w:r>
    </w:p>
    <w:p>
      <w:r>
        <w:br/>
        <w:t>Та ось у колодязі якось одразу споночіло, вода увійшла глибше, зловісне заблищала зеленими бульбашками.</w:t>
      </w:r>
    </w:p>
    <w:p>
      <w:r>
        <w:br/>
        <w:t>Федір Несторович озирнувся — з-за Макарової хати викочувалася хмара, вкриваючи галявину передчасними сутінками. Креснула блискавка, торохнув грім, немов на залізний дах сипнули повну шаньку каштанів. І на якусь єдину мить між народженням і смертю блискавиці він уздрів на тлі хмари білі стіни своєї старенької хати, перехнябленої, з потрісканою низькою призьбою, по якій спантеличено снували червоненькі божі корівки, ховаючись від негоди у призьбяні шпарки. Скаженіючий вітер торгикав ворітьми, оббивав на акаціях руді плюсклі млиночки, і вони хурчали в повітрі, як джмелі. А він з батьком вештався кругом копиці сіна, намагаючись удержати її вилами.</w:t>
      </w:r>
    </w:p>
    <w:p>
      <w:r>
        <w:br/>
        <w:t>— Терницю , Федю, терницю скиньмо нагору! — кричав батько і завзято виблискував очима.</w:t>
      </w:r>
    </w:p>
    <w:p>
      <w:r>
        <w:br/>
        <w:t>Але копичку таки перекинуло, і сіно цілими оберемками покотилося в грядки. Тоді батько жбурнули вила й сказали:</w:t>
      </w:r>
    </w:p>
    <w:p>
      <w:r>
        <w:br/>
        <w:t>— Ну й грець з ним. Хай несе. Далі, як до конопель, бреше, не занесе,— плюнув і пішли в хату, несучи в похилих плечах косарську втому.</w:t>
      </w:r>
    </w:p>
    <w:p>
      <w:r>
        <w:br/>
        <w:t>А він залишився посеред двору — міцний, дебелий, і вітер не міг похитнути його на дужих ногах, тільки чуприну рвав, аж викручував. Потім рушив дощ. Причілкова стіна почорніла,</w:t>
      </w:r>
    </w:p>
    <w:p>
      <w:r>
        <w:br/>
        <w:t>у дворі забіліли, крейдяні калюжки. В них плавало сіно і руді акацієві млиночки.</w:t>
      </w:r>
    </w:p>
    <w:p>
      <w:r>
        <w:br/>
        <w:t>Катерина сварилася крізь мокре вікно, сердитенько ламаючи полохливі тонкі брови, а син прилип п'ятірнями до чорної шибки і, склавши губи мов до сопілки, робив якісь звуки — мабуть, перекривляв грім. Навколо ротика лежали в нього глибоченькі попружки, як у всіх дітей, що недавно покинули цмолити мамину цицю.</w:t>
      </w:r>
    </w:p>
    <w:p>
      <w:r>
        <w:br/>
        <w:t>Увечері, після дощу, хутір оповила темінь, і трудно було розібрати, де блищать калюжки, а де — латки землі. Він сидів за столом і читав при каганці історію древньої Греції; батько сік у ночовках тютюнове бадилля, а Катерина примостилася з Дмитриком на полу і співоче гомоніла до нього: "Не та-ак, зовсім не так, ось як треба: сорока-ворона на припічку сиділа, діткам кашку варила..." — тицькала пальцем у долоню, показуючи, як поралася сорока. Син уважно слухав і повторював. Його слова рядочками лягали між грецькими походами і тиранською гризнею: "Рекарона а прицьку діра, діді какшу варира..."</w:t>
      </w:r>
    </w:p>
    <w:p>
      <w:r>
        <w:br/>
        <w:t>— Егей, чоловіче! — зринуло над узліссям.— Сюди-и-и...</w:t>
      </w:r>
    </w:p>
    <w:p>
      <w:r>
        <w:br/>
        <w:t>Федір Несторович поворухнувся, з картуза полилася за комір холодна вода — йшов дощ. Ледве добрав, що то кличе його Макар. Старий стояв у роздзяплених дверях своєї хати в якійсь куцині, нап'ятій на голову, і розмахував руками.</w:t>
      </w:r>
    </w:p>
    <w:p>
      <w:r>
        <w:br/>
        <w:t>— Сюди-и-и!</w:t>
      </w:r>
    </w:p>
    <w:p>
      <w:r>
        <w:br/>
        <w:t>Федір Несторович повисмикував з грязюки милиці — їх присмоктало, і пішов з дворища, тягнучи по мокрому бур'яні порожню холошу.</w:t>
      </w:r>
    </w:p>
    <w:p>
      <w:r>
        <w:br/>
        <w:t>— А я у вікно виглянув,— заторочив назустріч Макар,— дивлюся, чоловік на дощі гибіє...</w:t>
      </w:r>
    </w:p>
    <w:p>
      <w:r>
        <w:br/>
        <w:t>Він підсліпувато мружився і пхався бородою прямо в обличчя Федорові Несторовичу.</w:t>
      </w:r>
    </w:p>
    <w:p>
      <w:r>
        <w:br/>
        <w:t>— Чи це ти, Федько! А я й не впізнав. Своїх одвідати прийшов?</w:t>
      </w:r>
    </w:p>
    <w:p>
      <w:r>
        <w:br/>
        <w:t>Колись, ще до війни, Федір Несторович любив заходжати до Макарів. У них була велика сім'я — дев'ять душ. Обідали завжди разом, обсівши низенький столик посеред хати так щільно, що десяту ложку вже нікуди було й просунути. У сорок першому Макарових хлопців забрали на війну, дівчат — у Германію, а Макариху разом з наймолодшим, Сашком, розірвало снарядом у грядках. Тільки клаптик синових штанців знайшов Макар...</w:t>
      </w:r>
    </w:p>
    <w:p>
      <w:r>
        <w:br/>
        <w:t>Тепер у Макаровій хаті було порожньо, вона здавалася непомірно великою. З кожного закутка так і тхнуло пусткою. На полу, скрутившись клубочком, лежало козеня. Побачивши чужого, скікнуло на долівку, стало дибки і гримнулось лобом об милицю.</w:t>
      </w:r>
    </w:p>
    <w:p>
      <w:r>
        <w:br/>
        <w:t>— Як живете, дядьку? — спитав Федір Несторович, стягуючи з голови мокрого картуза.</w:t>
      </w:r>
    </w:p>
    <w:p>
      <w:r>
        <w:br/>
        <w:t>Макар поклав козеня на лежанку, прикрив якимсь лахміттям.</w:t>
      </w:r>
    </w:p>
    <w:p>
      <w:r>
        <w:br/>
        <w:t>— Живу, Федю, як ото чобіт уночі — то в рів ступить, то в кізяк... Хіба в мої літа — живуть? Жду, коли чорти зашморгнуть, та й квит. А ти ж як, молодиці собі ще не нагледів?</w:t>
      </w:r>
    </w:p>
    <w:p>
      <w:r>
        <w:br/>
        <w:t>Федір Несторович нахилив голову, не знаючи, що й казать.</w:t>
      </w:r>
    </w:p>
    <w:p>
      <w:r>
        <w:br/>
        <w:t>— Якщо той, так бери. Доки ж його бовкуном жити… А мертві за це в горло не вчепляться.</w:t>
      </w:r>
    </w:p>
    <w:p>
      <w:r>
        <w:br/>
        <w:t>Макар примостився біля лави на стільчику і почав рипіти терпугом по гумі.</w:t>
      </w:r>
    </w:p>
    <w:p>
      <w:r>
        <w:br/>
        <w:t>— А я оце заходився калоші клеїти. Заїздили до мене позавчора якісь інженери, воду з колодязя на термометр прикидали навіщось та й казали: "Кращої води, дєдушка, ніж у вас, немає по всій Росії..." Оце вони й камеру покинули, спасибі їм, бо я клеїні калоші ще з війни так понаравив, що лавошні як узую, так немов тобі зовсім босий.</w:t>
      </w:r>
    </w:p>
    <w:p>
      <w:r>
        <w:br/>
        <w:t>Макар бадляв камеру, розминаючи її пальцями, як чинбар телячу шкіру. Перекладав з руки в руку різні кописточки, оббиті тертушками, і вже вкотре розповідав Федору Несторовичу подробиці того, як у їхню хату влучила бомба на його очах, як у повітрі довго вирувало пір'я з подушок, а літак кружляв так низько, що навіть було видно ошкірені льотчикові зуби і блискучу стрічку на комбінезоні. І не було в тій розповіді ні трагічних зворотів, ні зітхань, була лише стареча потуга пригадати все таким, яким воно було насправді.</w:t>
      </w:r>
    </w:p>
    <w:p>
      <w:r>
        <w:br/>
        <w:t>— Воно всього й не затямиш,— бідкався Макар,— бо у старого пам'ять, як ото дим: все вгору та вгору...</w:t>
      </w:r>
    </w:p>
    <w:p>
      <w:r>
        <w:br/>
        <w:t>Надворі почало розгодинюватися. В хаті повиднішало так, що на стелі стало чітко видно сині плями. На долівку закапала вода — розмірено, мов стукіт годинника. Але Макар не звертав на те уваги, бо він трохи недочував.</w:t>
      </w:r>
    </w:p>
    <w:p>
      <w:r>
        <w:br/>
        <w:t>— Буду я вирушати,— сказав Федір Несторович, підводячись.— А то вже як знаєш.</w:t>
      </w:r>
    </w:p>
    <w:p>
      <w:r>
        <w:br/>
        <w:t>Макар поклав терпуг, висякався і знову заходився шатирити гуму.</w:t>
      </w:r>
    </w:p>
    <w:p>
      <w:r>
        <w:br/>
        <w:t>— Навідаєшся удруге, забігай.</w:t>
      </w:r>
    </w:p>
    <w:p>
      <w:r>
        <w:br/>
        <w:t>Сонце заходило червоно. Дощові крапельки на деревах і в травах мерехтіли червоно-зеленими іскорками, сповнювали ліс тоненьким дзвоном. Хмара сповзла за річку і зупинилася там, розгорнувши над лісом велетенські вороні крила. Десь далеко вгорі, над ожередами соломи, скидалися блискавки, поторохкувало.</w:t>
      </w:r>
    </w:p>
    <w:p>
      <w:r>
        <w:br/>
        <w:t>Федір Несторович погойдався слідом за грозою, обминаючи калюжі й зрошені кущі. З-під землі, розмитої дощем, з-під бур'янячого коріння підіймався над узліссям ледь відчутний, гіркуватий дух мокрої сажі й старої обпаленої цегли. Дихали трухлявиною старі пні.</w:t>
      </w:r>
    </w:p>
    <w:p>
      <w:r>
        <w:br/>
        <w:t>І знову були яруги, глибше і ширше розриті дощовою водою: і знову Федорові Несторовичу доводилося виважуватись, плигаючи через них. А вітер рвучко бив мокру холошу, намотував її на милицю, заважаючи йти.</w:t>
      </w:r>
    </w:p>
    <w:p>
      <w:r>
        <w:br/>
        <w:t>Сутеніло. На левадах білими озерами розлігся туман, в ньому неясно чорніли кущі верболозу, мов курені на бакші .</w:t>
      </w:r>
    </w:p>
    <w:p>
      <w:r>
        <w:br/>
        <w:t>З туману назустріч Федорові Несторовичу вибрела якась постать, наблизилась бігцем. То була Одарка — тремтяча, мокра як хлющ. Видно, ждала отут під копичкою, доки він повернеться...</w:t>
      </w:r>
    </w:p>
    <w:p>
      <w:r>
        <w:br/>
        <w:t>— Пізно вже,— сказала.— Не встигнете і до уроків приготуватися.</w:t>
      </w:r>
    </w:p>
    <w:p>
      <w:r>
        <w:br/>
        <w:t>І пішла попереду, оббиваючи чобітьми росу на травах.</w:t>
      </w:r>
    </w:p>
    <w:p>
      <w:r>
        <w:br/>
        <w:t>Федір Несторович уповільнив ходу.</w:t>
      </w:r>
    </w:p>
    <w:p>
      <w:r>
        <w:br/>
        <w:t>— Я вже приготувався,— сказав сам собі, зітхнув і знову заквапився, загойдався на милицях, далеко вперед викидаючи ногу.</w:t>
      </w:r>
    </w:p>
    <w:p>
      <w:r>
        <w:br/>
        <w:t>1966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згарищі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