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світанку</w:t>
      </w:r>
    </w:p>
    <w:p>
      <w:r>
        <w:br/>
        <w:t xml:space="preserve"> Світанок. Гроза не на жарти грімлива.&lt;br /&gt;</w:t>
        <w:br/>
        <w:t>Крізь тепле спросоння я раптом відчув,&lt;br /&gt;</w:t>
        <w:br/>
        <w:t>Що з першої думки в стрімкому пориві&lt;br /&gt;</w:t>
        <w:br/>
        <w:t>До тебе розкотистим громом лечу.</w:t>
      </w:r>
    </w:p>
    <w:p>
      <w:r>
        <w:br/>
        <w:t>Лечу, щоб торкнутись гарячого тіла&lt;br /&gt;</w:t>
        <w:br/>
        <w:t>Й хмеліти, немов від карпатських отав.&lt;br /&gt;</w:t>
        <w:br/>
        <w:t>Моя ненаситна душа захотіла,&lt;br /&gt;</w:t>
        <w:br/>
        <w:t>Щоб я від любові твоєї згоряв.</w:t>
      </w:r>
    </w:p>
    <w:p>
      <w:r>
        <w:br/>
        <w:t>А очі?.. Боявся й на мить розтулити,&lt;br /&gt;</w:t>
        <w:br/>
        <w:t>Молився, щоб сон чарівний не пройшов.&lt;br /&gt;</w:t>
        <w:br/>
        <w:t>...Як можна в розлуці з тобою прожити,&lt;br /&gt;</w:t>
        <w:br/>
        <w:t>Я й досі одвіт для душі не знайшов.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світанку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