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шляху</w:t>
      </w:r>
    </w:p>
    <w:p>
      <w:r>
        <w:br/>
        <w:t xml:space="preserve"> Янка Купала (Іван Домінікович Луцевич)&lt;br /&gt;</w:t>
        <w:br/>
        <w:t>На шляху</w:t>
      </w:r>
    </w:p>
    <w:p>
      <w:r>
        <w:br/>
        <w:t>Перекладач: Микола Зеров</w:t>
      </w:r>
    </w:p>
    <w:p>
      <w:r>
        <w:br/>
        <w:t>В'ючись гадюкою, передо мною&lt;br /&gt;</w:t>
        <w:br/>
        <w:t>Лежить він, стоптаний віками шлях,&lt;br /&gt;</w:t>
        <w:br/>
        <w:t>І снить казками, марить давниною,&lt;br /&gt;</w:t>
        <w:br/>
        <w:t>Що сам укрив у змучених грудях.</w:t>
      </w:r>
    </w:p>
    <w:p>
      <w:r>
        <w:br/>
        <w:t>Над ним берези, плакальниці білі,&lt;br /&gt;</w:t>
        <w:br/>
        <w:t>Немов на варті, стали і стоять,&lt;br /&gt;</w:t>
        <w:br/>
        <w:t>І клонять віти, кволі, слабосилі:&lt;br /&gt;</w:t>
        <w:br/>
        <w:t>"Ти, шляху,— наш!" — промовити хотять.</w:t>
      </w:r>
    </w:p>
    <w:p>
      <w:r>
        <w:br/>
        <w:t>А вітер їм співає і голосить,&lt;br /&gt;</w:t>
        <w:br/>
        <w:t>То звіром рикне, то шепне привіт,&lt;br /&gt;</w:t>
        <w:br/>
        <w:t>Голубить їх, і знов, і знов термосить,&lt;br /&gt;</w:t>
        <w:br/>
        <w:t>І кличе їх у неоглядний світ.</w:t>
      </w:r>
    </w:p>
    <w:p>
      <w:r>
        <w:br/>
        <w:t>Між тих беріз скорботно-битим шляхом&lt;br /&gt;</w:t>
        <w:br/>
        <w:t>Іду я з тягарем понурих дум,&lt;br /&gt;</w:t>
        <w:br/>
        <w:t>Іду самотній, і таємним жахом&lt;br /&gt;</w:t>
        <w:br/>
        <w:t>За мною він, мій несмертельний сум.</w:t>
      </w:r>
    </w:p>
    <w:p>
      <w:r>
        <w:br/>
        <w:t>Я сам, як шлях: нема мені спокою&lt;br /&gt;</w:t>
        <w:br/>
        <w:t>У ясні ночі і в дрімучі дні:&lt;br /&gt;</w:t>
        <w:br/>
        <w:t>Покладено недбалою рукою&lt;br /&gt;</w:t>
        <w:br/>
        <w:t>Мені — верстати доли жалібні.</w:t>
      </w:r>
    </w:p>
    <w:p>
      <w:r>
        <w:br/>
        <w:t>І я ж — немов береза-жалібниця,&lt;br /&gt;</w:t>
        <w:br/>
        <w:t>Що позбулася листу восени,&lt;br /&gt;</w:t>
        <w:br/>
        <w:t>І вся тремтить од хуг і сніговиці,&lt;br /&gt;</w:t>
        <w:br/>
        <w:t>І жде морозу з північ-сторони.</w:t>
      </w:r>
    </w:p>
    <w:p>
      <w:r>
        <w:br/>
        <w:t>Я вітер той, що в полі сиротою&lt;br /&gt;</w:t>
        <w:br/>
        <w:t>І в лісі чорнім ходить по ночах,&lt;br /&gt;</w:t>
        <w:br/>
        <w:t>Не знаючи ні сну, ні супокою,&lt;br /&gt;</w:t>
        <w:br/>
        <w:t>Ані розради у скупих сльозах.</w:t>
      </w:r>
    </w:p>
    <w:p>
      <w:r>
        <w:br/>
        <w:t>Іду я шляхом — сумно позираю,&lt;br /&gt;</w:t>
        <w:br/>
        <w:t>Немовби сфінкс, у темну далечінь,&lt;br /&gt;</w:t>
        <w:br/>
        <w:t>І власним мукам не знаходжу краю,&lt;br /&gt;</w:t>
        <w:br/>
        <w:t>Не можу власних збутися терпінь.</w:t>
      </w:r>
    </w:p>
    <w:p>
      <w:r>
        <w:br/>
        <w:t>От — яструб: захитався, бистроокий,&lt;br /&gt;</w:t>
        <w:br/>
        <w:t>Понад землею у горах завис,&lt;br /&gt;</w:t>
        <w:br/>
        <w:t>На мене важить, на мій вік короткий,&lt;br /&gt;</w:t>
        <w:br/>
        <w:t>І кпить, і хоче кинутися вниз.</w:t>
      </w:r>
    </w:p>
    <w:p>
      <w:r>
        <w:br/>
        <w:t>О, хай би душу вирвав він із тіла,&lt;br /&gt;</w:t>
        <w:br/>
        <w:t>Та хоч на мить задержав в небесах,&lt;br /&gt;</w:t>
        <w:br/>
        <w:t>Хоч раз нехай би зором охопила&lt;br /&gt;</w:t>
        <w:br/>
        <w:t>Свій у долині перебутий шлях!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