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селі</w:t>
      </w:r>
    </w:p>
    <w:p>
      <w:r>
        <w:br/>
        <w:t xml:space="preserve"> Солом’яна стріха, убогі віконця,&lt;br /&gt;</w:t>
        <w:br/>
        <w:t>Оплетені з вулиці хмелем;&lt;br /&gt;</w:t>
        <w:br/>
        <w:t>Квіточки, обсипані променем сонця,&lt;br /&gt;</w:t>
        <w:br/>
        <w:t>Пташки з щебетанням веселим.</w:t>
      </w:r>
    </w:p>
    <w:p>
      <w:r>
        <w:br/>
        <w:t>До гаю йде полем вузесенька стежка,&lt;br /&gt;</w:t>
        <w:br/>
        <w:t>Там любо журбу розважати,&lt;br /&gt;</w:t>
        <w:br/>
        <w:t>А небо блакитне висить, як мережка,&lt;br /&gt;</w:t>
        <w:br/>
        <w:t>Хрести недалечко від хати.</w:t>
      </w:r>
    </w:p>
    <w:p>
      <w:r>
        <w:br/>
        <w:t>Під них поскладали нещасну сірому.&lt;br /&gt;</w:t>
        <w:br/>
        <w:t>Отож вам і всього, здається...&lt;br /&gt;</w:t>
        <w:br/>
        <w:t>Іду я з роботи голодна додому,&lt;br /&gt;</w:t>
        <w:br/>
        <w:t>Задзвонять, дим з бовдура в’ється.</w:t>
      </w:r>
    </w:p>
    <w:p>
      <w:r>
        <w:br/>
        <w:t>День гасне потроху, кругом вечоріє,&lt;br /&gt;</w:t>
        <w:br/>
        <w:t>На захід зоря погоріла...&lt;br /&gt;</w:t>
        <w:br/>
        <w:t>Забачивши матір, біжить і радіє&lt;br /&gt;</w:t>
        <w:br/>
        <w:t>Назустріч дитинонька мила.</w:t>
      </w:r>
    </w:p>
    <w:p>
      <w:r>
        <w:br/>
        <w:t>В шибках грає світло — всі вікна залиті;&lt;br /&gt;</w:t>
        <w:br/>
        <w:t>Затоплено піч для вечері;&lt;br /&gt;</w:t>
        <w:br/>
        <w:t>Тихесенько-тихо на білому світі.&lt;br /&gt;</w:t>
        <w:br/>
        <w:t>Замкнула я нищечком двері.</w:t>
      </w:r>
    </w:p>
    <w:p>
      <w:r>
        <w:br/>
        <w:t>За зіркою зірка у хмарі спливає...&lt;br /&gt;</w:t>
        <w:br/>
        <w:t>Таке все дрібне та звичайне...&lt;br /&gt;</w:t>
        <w:br/>
        <w:t>Душа, проте, велич якусь відчуває:&lt;br /&gt;</w:t>
        <w:br/>
        <w:t>Все рідне їй тут, все їй гарне.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селі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