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полі</w:t>
      </w:r>
    </w:p>
    <w:p>
      <w:r>
        <w:br/>
        <w:t xml:space="preserve"> Блиснули вже коси, упали покоси,&lt;br /&gt;</w:t>
        <w:br/>
        <w:t>Рядками снопи полягали;&lt;br /&gt;</w:t>
        <w:br/>
        <w:t>Під сонцем пекучим із лихом гнітючим&lt;br /&gt;</w:t>
        <w:br/>
        <w:t>У полі усі працювали.</w:t>
      </w:r>
    </w:p>
    <w:p>
      <w:r>
        <w:br/>
        <w:t>Ні пісні, ні слова — затихла розмова:&lt;br /&gt;</w:t>
        <w:br/>
        <w:t>Вся сила пішла на роботу;&lt;br /&gt;</w:t>
        <w:br/>
        <w:t>З обличчя, як сльози, течуть на покоси&lt;br /&gt;</w:t>
        <w:br/>
        <w:t>Струмочки гарячого поту.</w:t>
      </w:r>
    </w:p>
    <w:p>
      <w:r>
        <w:br/>
        <w:t>Вже сонечко нижче і вечір вже ближче —&lt;br /&gt;</w:t>
        <w:br/>
        <w:t>Не роблять потомлені руки:&lt;br /&gt;</w:t>
        <w:br/>
        <w:t>Зійди, нічко, тихо, сховай усе лихо,&lt;br /&gt;</w:t>
        <w:br/>
        <w:t>Вкрий груди, наболяні з муки.</w:t>
      </w:r>
    </w:p>
    <w:p>
      <w:r>
        <w:br/>
        <w:t>І ніч наступає, пливе-випливає&lt;br /&gt;</w:t>
        <w:br/>
        <w:t>І сяє сріблом місяченько...&lt;br /&gt;</w:t>
        <w:br/>
        <w:t>Вже край і роботі... Забувши турботи,&lt;br /&gt;</w:t>
        <w:br/>
        <w:t>Сплять батько і доня, і ненька.</w:t>
      </w:r>
    </w:p>
    <w:p>
      <w:r>
        <w:br/>
        <w:t>Зірки ж серед ночі, як божії очі,&lt;br /&gt;</w:t>
        <w:br/>
        <w:t>З високого неба сіяють.&lt;br /&gt;</w:t>
        <w:br/>
        <w:t>Тихесенько-тихо на людськеє лихо,&lt;br /&gt;</w:t>
        <w:br/>
        <w:t>На стомлений люд поглядають...</w:t>
      </w:r>
    </w:p>
    <w:p>
      <w:r>
        <w:br/>
        <w:t>1882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полі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