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перекаті</w:t>
      </w:r>
    </w:p>
    <w:p>
      <w:r>
        <w:br/>
        <w:t xml:space="preserve"> &lt;p&gt;Німий сидів у човні й важко відсапувався. По його твердих, як жорнове каміння, грудях, налитих дикою молодою силою, скочувалися крапельки води; вони поблискували в густих, зведених до перенісся бровах і на плечах, що вичахали від недавньої ще напруги і ледь помітно тремтіли.</w:t>
      </w:r>
    </w:p>
    <w:p>
      <w:r>
        <w:br/>
        <w:t>Німий діставав з рубцюватого піщаного дна на перекаті круглобоке, одшліфоване бистроводдям каміння, човном возив його до берега і складав попід кручами — те каміння мало стати фундаментом майбутньої хати. Чиєї саме — німому було байдуже: йому були потрібні гроші.</w:t>
      </w:r>
    </w:p>
    <w:p>
      <w:r>
        <w:br/>
        <w:t>Над річкою стояла тиша, тільки коли-не-коли в лісі диркотів на сухому довгому сучку дятел — чи то кликав самицю, чи то бавився, скупаний сонцем,— густо гули оси, що поселилися торік у старих вербових дуплах над самою водою. Човен, прип'ятий ланцюгом до шелюжиння, трохи водило по завороті, притискало бортом до берега і знову тягло на бистрину; вода на перекаті ледь чутно шепелявила, тручись об високі чорні валуни, і пахло криничною свіжістю.</w:t>
      </w:r>
    </w:p>
    <w:p>
      <w:r>
        <w:br/>
        <w:t>Німий нахилився до корми, де лежала його одежа і в'язочка осоки з пляшкою молока всередині, дістав звідти холодну червонобоку кислицю і став їсти, важко рухаючи враз отерплими щелепами.</w:t>
      </w:r>
    </w:p>
    <w:p>
      <w:r>
        <w:br/>
        <w:t>З-за кущів на кручі долинули людські голоси — чоловічий і жіночий, зарипіли на твердому піску колеса і кінські копита, однак німий того не чув, а видобув з картуза цигарку, скручену ще на березі сухими руками, і закурив, натягаючись з такою силою, що йому аж щоки западали двома глибокими ямками.</w:t>
      </w:r>
    </w:p>
    <w:p>
      <w:r>
        <w:br/>
        <w:t>Підвода зупинилась якраз напроти човна, і згори загукали:</w:t>
      </w:r>
    </w:p>
    <w:p>
      <w:r>
        <w:br/>
        <w:t>— Ага-га, Павлентію! Де ти є?</w:t>
      </w:r>
    </w:p>
    <w:p>
      <w:r>
        <w:br/>
        <w:t>Потім шелеснули кущі, з кручі покотилися і забулькали коло човна грудочки землі — тільки тоді німий озирнувся, широко заусміхався дядькові, що стояв угорі з батогом за халявою, і показав на мигах, що він, мовляв, відпочиває, а каміння вже натяг — ондечки воно. Виплигнув з човна і заходився викидати валунці на кручу, напружуючи кожен м'яз, кожну жилочку на засмаглому, зрошеному бризками тілі й показуючи на пальцях, скільки коштує кожен валунець: оцей, менший, пудів на три (три пальці),— тридцять копійок, а оцей, більший, пудів на чотири (чотири пальці),— сорок копійок...</w:t>
      </w:r>
    </w:p>
    <w:p>
      <w:r>
        <w:br/>
        <w:t>Дядько з жінкою клали по одному каменю на лантух і, згорблені, хекаючи та заточуючись, зносили до підводи. А німий, дивлячись на них, сміявся, прицмокуючи язиком, і співчутливо кивав головою.</w:t>
      </w:r>
    </w:p>
    <w:p>
      <w:r>
        <w:br/>
        <w:t>Коли розраховувались, дядько довго длубався в кишенях, зітхав, наморщував лоба, перемацуючи мокрі, пожмакані, обліплені тютюновою потертю карбованці, і клав їх у широку Павлентієву долоню, приказуючи веселою скоромовкою:</w:t>
      </w:r>
    </w:p>
    <w:p>
      <w:r>
        <w:br/>
        <w:t>— Двадцять камінців по тридцять копійок — це два карбованці. Та п'ять по сорок — руб сорок... Так що якраз на півлітра! Бери — і по руках! Де наше не пропадало...</w:t>
      </w:r>
    </w:p>
    <w:p>
      <w:r>
        <w:br/>
        <w:t>Німий, вдаючи, буцімто невдоловений, сердито поводив плечима і йшов до човна, а коли підвода рушала, доганяв дядька, тицькав йому карбованця здачі, весело сміявся очима й гучно ляпав його межи плечі: мовляв, Павлентій зайвого не бере,— хоча й знав, що одержав лише половину заробленого...</w:t>
      </w:r>
    </w:p>
    <w:p>
      <w:r>
        <w:br/>
        <w:t>Йому було потрібно лише два карбованці — на вечір. І він щодня терпляче ждав тої миті, коли сонце торкнеться гори по той бік річки, під кручами в тіні задзижчать комарі, а оси зникнуть у дуплах, заснуть, тоді приковував човен і луками навпростець ішов до села, посвистуючи на лелек, що цибали поміж покосами сіна, та ганяючись за ящірками, щоб хоч одна покинула хвіст...</w:t>
      </w:r>
    </w:p>
    <w:p>
      <w:r>
        <w:br/>
        <w:t>Дома він одягав чисту сорочку, що аж рипіла на його натруджених м'язах, суконне галіфе, хромові чоботи і йшов до лавки.</w:t>
      </w:r>
    </w:p>
    <w:p>
      <w:r>
        <w:br/>
        <w:t>Купивши чвертку і сто грамів дорогих цукерок, німий ховався тут-таки ж, у лавошному дворі, за хуру ящиків та порожніх бочок з-під гасу, навхильці випивав горілку і, загорнувши цукерки в холодний лопух, щоб не розтали в кишені, йшов до клубу. Там уже грали на баяні, танцювали на круглому цементованому тічку і витриндикували частівок, завезених студентами, що приїздили недавно полоти картоплю.</w:t>
      </w:r>
    </w:p>
    <w:p>
      <w:r>
        <w:br/>
        <w:t>По проспекту вєтєр вєєт, Врем'я к ночі клоніцца, Парень дєвушку целуєт — Хочет познакоміцца...</w:t>
      </w:r>
    </w:p>
    <w:p>
      <w:r>
        <w:br/>
        <w:t>Німий одразу впізнавав свою дівчину, натоптувату рожевощоку Ганю, міцно брав її за руку і виводив з кола. Галя потихеньку сміялась, лескотно якось і м'яко, пробувала для годиться випручати руку, а коли відходили від гурту і світло, що падало з двох стовпів на тічок, лишалося позаду, припадала голівкою до його плеча і заплющувала покірні лагідні очі: веди, мовляв, куди хочеш, куди заманеться...</w:t>
      </w:r>
    </w:p>
    <w:p>
      <w:r>
        <w:br/>
        <w:t>Потім вони ходили луками, їли цукерки і обіймалися посеред пахощів скошеного сіна, аж доки на сході не займалася велика, як яблуко, досвітня зоря...</w:t>
      </w:r>
    </w:p>
    <w:p>
      <w:r>
        <w:br/>
        <w:t>А другого дня німий знову вергав каміння або викопував з круч над водою чорні, важкі, немов одлиті з чавуну дуби, підмиті рікою ще кілька століть тому — місцеві теслі розкошелювалися за ті дубки іноді на десятку, а то й на дві, бо з них виходили добрячі меблі, лутки, одвірки, а якщо дуб траплявся довгенький, то й сволоки,— перевозив човном сіно з лісового берега на присільський або трусив кислиці на узвар про зиму, заробляючи собі на вечір два карбованці, а то й більше — аби до лавки було з чим сходити...</w:t>
      </w:r>
    </w:p>
    <w:p>
      <w:r>
        <w:br/>
        <w:t>Однак сьогодні Павлентій не поспішав додому, хоч сонце вже давненько зайшло і вода на перекаті зашуміла тихіше й потаємніше, а попід кручами в заворотах, де поночіше, почали скидатися соменята.</w:t>
      </w:r>
    </w:p>
    <w:p>
      <w:r>
        <w:br/>
        <w:t>Німий чекав на свого давнього ворога — колишнього об'їждчика, потім голову кооперації, потім заготовача яєць та приймальника металобрухту — нинішнього лісника Захарія Шашла.</w:t>
      </w:r>
    </w:p>
    <w:p>
      <w:r>
        <w:br/>
        <w:t>В полудень, відпочиваючи у човні на сіні, котрим було вислано днище, Павлентій бачив, як Шашло, з ружжом за плечима, перехопився лісницьким човном через річку і зник у шалині — видно, пішов на колгоспну пасіку, до котрої, як господар лісу, підставив і своїх три вулики...</w:t>
      </w:r>
    </w:p>
    <w:p>
      <w:r>
        <w:br/>
        <w:t>Та раптом він знову вискочив на кручу, постояв якусь хвилю нашорошившись і притьмом кинувся за кущ.</w:t>
      </w:r>
    </w:p>
    <w:p>
      <w:r>
        <w:br/>
        <w:t>Незабаром неподалік від нього заворушився у верхів'ях верболіз, і на берег вийшло двійко хлоп'ят з в'язанками обчухраного шелюгу за плечима — мабуть, на верші1 або кошики порізали. Вони прошкували прямо на засідку, про щось розмовляючи і сміючись.</w:t>
      </w:r>
    </w:p>
    <w:p>
      <w:r>
        <w:br/>
        <w:t>Німий підхопився з днища і, вчепившись руками в борти, увесь напружився, немов звір перед стрибком. З горла у нього вирвалося</w:t>
      </w:r>
    </w:p>
    <w:p>
      <w:r>
        <w:br/>
        <w:t>1 Верша — один з видів ятера, сплетеного з тоненьких лозинок. щось схоже на клекіт старого припутня, але хлопчики на тому боці не почули його. І в цю ж мить з-за куща, під котрим засів Шашло, вихопилося полум'я; блискуче проти сонця тиховоддя вкрилося великими й маленькими колами — то сплеснулася від пострілу риба. Хлопчики отетеріло зупинилися, кинули в'язанки — по десятку хворостин, стрибнули з переляку у воду, і течія понесла їх униз, до перекату. Шашло вискочив із засідки, кричав їм щось і розмахував дробовиком, потім забрав шелюг і пішов геть.</w:t>
      </w:r>
    </w:p>
    <w:p>
      <w:r>
        <w:br/>
        <w:t>Німий, різко налягаючи на весло, погнав човна за хлопчиками, легко, одною рукою, повитягав їх з води, висадив на берег і, доки вони підтюпцем бігли до села, хляпаючи мокрими холішками, задумливо дивився їм услід, і в горлі у нього перекочувалися якісь ніжні, нікому не зрозумілі звуки...</w:t>
      </w:r>
    </w:p>
    <w:p>
      <w:r>
        <w:br/>
        <w:t>Тепер німий сидів у човні й ждав, коли Шашло повернеться, ще й сам не знаючи, як помститься йому — і за себе, і за хлопчиків з великими переляканими очима та мокрими холішками,— ждав, забувши навіть про Ганю, і про чвертку, і про запашні ночі посеред лук з великою, як яблуко, зорею край неба...</w:t>
      </w:r>
    </w:p>
    <w:p>
      <w:r>
        <w:br/>
        <w:t>Те сталося давно, коли німому було десять чи одинадцять років, коли він, як і всі діти, пас череду і, як усі діти, бігав на стернища по колоски.</w:t>
      </w:r>
    </w:p>
    <w:p>
      <w:r>
        <w:br/>
        <w:t>Осінь того року випала дощова, вимочені й підпалені сонцем стерні зчорніли, колоски лежали на землі, немов упечатані в неї — так їх прибило зливами,— і вже ось-ось мали прорости, бо пахли солодом. Павлушко збирав їх у старенький лантушок, натоптував ногою, щоб заодно вони й обмолочувалися — дома буде менше роботи,— і знову збирав, рачкуючи від колоска до колоска і грузнучи коліньми в пухкій проволоженій землі.</w:t>
      </w:r>
    </w:p>
    <w:p>
      <w:r>
        <w:br/>
        <w:t>Далеко в степу за ожередами соломи вставала, вищала й розпухала чорна громова туча. Вона раз у раз замішувалася червоними блискавицями, а трохи перегодом над стернями прокочувався грім глухий, далекий і нестрашний. Павлушко поспішав, бо лантух був іще не повен, а туча насувалася швидко — тому він майже не підводив голови, похапцем вибирав з-поміж пожухлих стернин важкі, одсирілі на дощ колоски, аж доки йому боляче, наче вогнем, обпекло спину. Павлушко упав з переляку на землю: подумав спочатку, що його вдарила блискавка, а коли глянув гарячими од сліз очима вгору, то побачив верхи на копі колгоспного об'їждчика Захарія Шашла з батіжком в одній руці і з кількома порожніми мішечками в другій,— знову зіщулився і припав до землі, як перепеля. Захарій щось кричав і гарцював навколо нього, а коли замахнувся вдруге, Павлушко підхопився на ноги і, волочачи за собою лантушок, щодуху побіг до села.</w:t>
      </w:r>
    </w:p>
    <w:p>
      <w:r>
        <w:br/>
        <w:t>Дома він не плакав і не жалівся матері, а обмолотив качалкою колоски, провіяв на поривчастому передгрозовому вітрі зерно і забився за піч, навіть не повечерявши. А вночі, перевертаючись з боку на бік, сичав, скімлив від болю і гарячково, спросоння дряпав нігтями стіну...</w:t>
      </w:r>
    </w:p>
    <w:p>
      <w:r>
        <w:br/>
        <w:t>Відтоді німий, забачивши Шашла, не усміхався до нього довірливо і лагідно, як то робив при зустрічі з односельцями, а зводив до переніся густі широкі брови і зорив на колишнього об'їждчика такими дикими, недобрими очима, що той аж не витримав якось, ухопив хлопця за плече і, повернувши до себе обличчям, сказав:</w:t>
      </w:r>
    </w:p>
    <w:p>
      <w:r>
        <w:br/>
        <w:t>— Ти ди', яке скажене та злопам'ятне! Пойми, дурнику без'язикий: сказано мені було гнать — я й гнав... Усіх, пойми, всіх! Кхе-хе... А ти думав, тільки тебе? Всіх, брат, усіх... Ну от бач! Приходь, я тобі солодких яблук натрушу... І свистун зроблю. То хоч свистітимеш, якщо вже Бог речі позбавив...</w:t>
      </w:r>
    </w:p>
    <w:p>
      <w:r>
        <w:br/>
        <w:t>По тому, як він улесливо сміявся та прицмокував товстими, мов кінські п'явки, губами, і по тому, як запобігливо зазирав йому в очі, німий зрозумів, що Шашло боїться його — тоді вже міцного, дебелого хлопчака — і хоче помиритися.</w:t>
      </w:r>
    </w:p>
    <w:p>
      <w:r>
        <w:br/>
        <w:t>З того часу він уже не позирав на Шашла спідлоба недобрими потайними очима. Тепер у них було більше зневаги. Але й усміхатися — єдине, чим німий виказував свою симпатію до знайомих і незнайомих,— теж не усміхавсь, а дивився здебільшого кудись мимо Шашла...</w:t>
      </w:r>
    </w:p>
    <w:p>
      <w:r>
        <w:br/>
        <w:t>На річку налягла ніч — суха і тепла, як перед грозою. Сміливіше почали скидатися соми, ляпаючи хвостами то там, то сям; зашелестіли крильми якісь пічні птахи, а німий сидів у човні, пильно вдивляючись у протилежний берег, увесь напружений і зіркий, як беркут на полюванні... Потім тихо причалив до лісникового човна, котрий ніколи ніким не приковувався, і, зіпхнувши його з берега, пустив за водою. Човен одразу зник у темряві, і було чути, як він лунко бився на перекаті об каміння, тріщав, а затим похлинувся водою, і на річці знову стало тихо. Німий пристав до свого берега, якраз напроти того місця, звідки мав з'явитися Шашло, і запалив цигарку.</w:t>
      </w:r>
    </w:p>
    <w:p>
      <w:r>
        <w:br/>
        <w:t>Невдовзі на протилежному боці шелеснули кущі, й на синювату при зорях піщану косу вийшла чітко окреслена людська постать. Німий одразу ж помітив її і рвучко, глибоко затягся цигаркою.</w:t>
      </w:r>
    </w:p>
    <w:p>
      <w:r>
        <w:br/>
        <w:t>— Х-ет, чорти! — пробубонів Шашло.— Знову зцибрили човна... Шукай тепер... Ей, хто там блискає? Ану, келиш перевези! Це я, Шашло, лісник!..</w:t>
      </w:r>
    </w:p>
    <w:p>
      <w:r>
        <w:br/>
        <w:t>Павлентій відчув, що його кличуть, проте не поспішав, а раз по раз пахкав димом і недобре посміхався в темряву.</w:t>
      </w:r>
    </w:p>
    <w:p>
      <w:r>
        <w:br/>
        <w:t>— Он ди', чи не німак, бува? — здогадався Шашло, підкинув рушницю і вистрелив.</w:t>
      </w:r>
    </w:p>
    <w:p>
      <w:r>
        <w:br/>
        <w:t>Тільки тоді німий відштовхнувся веслом од кручі і, беручи трохи проти течії, рушив до протилежного берега.</w:t>
      </w:r>
    </w:p>
    <w:p>
      <w:r>
        <w:br/>
        <w:t>— О, я ж бо й знав, що це ти!—зрадів Захарій.— Кричу, кричу, а ти, брат, ні гу-гу...</w:t>
      </w:r>
    </w:p>
    <w:p>
      <w:r>
        <w:br/>
        <w:t>Він ухопив човен за носок, стяг на косу, потім обережно вмостив у сіно глечик — Павлентій здогадався, що то мед,— укинув два кулики шелюгу, зв'язані тепер в один, і, розхитуючи човна, усівся сам.</w:t>
      </w:r>
    </w:p>
    <w:p>
      <w:r>
        <w:br/>
        <w:t>— Паняй,— махнув рукою.</w:t>
      </w:r>
    </w:p>
    <w:p>
      <w:r>
        <w:br/>
        <w:t>Німий вигріб на течію, поклав весло на коліна, і човен, набираючи швидкість, боком пішов на перекат.</w:t>
      </w:r>
    </w:p>
    <w:p>
      <w:r>
        <w:br/>
        <w:t>Сходив місяць, і було видно, як над водою струмує прозорими пасомцями молоденький туман, а в кущах зблискує дрібна, ще недорідна роса... Сомки вже не скидалися й не чмокали попід берегами — злякалися світла.</w:t>
      </w:r>
    </w:p>
    <w:p>
      <w:r>
        <w:br/>
        <w:t>Шашло спочатку сидів спокійно, гадаючи, що Павлентій хоче висадити його якнайближче до села, одначе, коли до перекату лишилося вже палицею докинути і вода під човном зловісно засичала, бо тут було мілко, став навколішки і накричав:</w:t>
      </w:r>
    </w:p>
    <w:p>
      <w:r>
        <w:br/>
        <w:t>— Ти що, здурів? Верни до берега! Верни, кажу, зараза німа! Павлентій спритно виплигнув з човна, хитнувся від натиску</w:t>
      </w:r>
    </w:p>
    <w:p>
      <w:r>
        <w:br/>
        <w:t>сильної течії, що аж підламувала йому ноги в колінах, проте не впав, а лише сперся на весло, відчуваючи, як ступні занурюються в холодний різучий пісок. Він бачив, як човен — його човен! — ударило кормою об валун, окрутнуло, знову вдарило і ще з більшою швидкістю понесло на цілу низку каміння, зеленкуватого при низькому місяці.</w:t>
      </w:r>
    </w:p>
    <w:p>
      <w:r>
        <w:br/>
        <w:t>— А-а-а... — несамовито заволав Шашло уже десь далеко внизу. Потім звідти долинув тріск, буйне, переможне завивання течії, котру ніби враз перетнули греблею, і все стихло.</w:t>
      </w:r>
    </w:p>
    <w:p>
      <w:r>
        <w:br/>
        <w:t>Німий вибрався на берег і сів на кручі.</w:t>
      </w:r>
    </w:p>
    <w:p>
      <w:r>
        <w:br/>
        <w:t>Трохи перегодом повз нього, тоскно підвиваючи і схлипуючи, пробіг Шашло. У цівках дробовика, що теліпався в нього за плечима, хлюпотіла вода.</w:t>
      </w:r>
    </w:p>
    <w:p>
      <w:r>
        <w:br/>
        <w:t>Незабаром у селі завалували собаки і довго ще не вгамовувалися. Але німий того не чув. Він дістав з картуза кисет, шматок газети і заходився крутити цигарку спокійними, безтрепетними пальцями.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перекаті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