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печі (українська патріотична дума)</w:t>
      </w:r>
    </w:p>
    <w:p>
      <w:r>
        <w:br/>
        <w:t xml:space="preserve"> &lt;p&gt;Хоч пролежав я цілий свій вік на печі,</w:t>
      </w:r>
    </w:p>
    <w:p>
      <w:r>
        <w:br/>
        <w:t>Але завше я був патріотом, —</w:t>
      </w:r>
    </w:p>
    <w:p>
      <w:r>
        <w:br/>
        <w:t>За Вкраїну мою, чи то вдень, чи вночі,</w:t>
      </w:r>
    </w:p>
    <w:p>
      <w:r>
        <w:br/>
        <w:t>Моє серце сповнялось клопотом.</w:t>
      </w:r>
    </w:p>
    <w:p>
      <w:r>
        <w:br/>
        <w:t>Бо та піч — не чужа, українська то піч,</w:t>
      </w:r>
    </w:p>
    <w:p>
      <w:r>
        <w:br/>
        <w:t>І думки надиха мені рідні;</w:t>
      </w:r>
    </w:p>
    <w:p>
      <w:r>
        <w:br/>
        <w:t>То мій Луг дорогий, Запорозька то Січ,</w:t>
      </w:r>
    </w:p>
    <w:p>
      <w:r>
        <w:br/>
        <w:t>Тільки в форми прибрались вигідні.</w:t>
      </w:r>
    </w:p>
    <w:p>
      <w:r>
        <w:br/>
        <w:t>Наші предки колись задля краю свого</w:t>
      </w:r>
    </w:p>
    <w:p>
      <w:r>
        <w:br/>
        <w:t>Труд важкий підіймали на плечі;</w:t>
      </w:r>
    </w:p>
    <w:p>
      <w:r>
        <w:br/>
        <w:t>Я ж умію тепер боронити його</w:t>
      </w:r>
    </w:p>
    <w:p>
      <w:r>
        <w:br/>
        <w:t>І служити, не злазячи з печі.</w:t>
      </w:r>
    </w:p>
    <w:p>
      <w:r>
        <w:br/>
        <w:t>Еволюція знАчна зайшла від часів,</w:t>
      </w:r>
    </w:p>
    <w:p>
      <w:r>
        <w:br/>
        <w:t>Як батьки боронились війною, —</w:t>
      </w:r>
    </w:p>
    <w:p>
      <w:r>
        <w:br/>
        <w:t>Замість куль і шабель у нових діячів</w:t>
      </w:r>
    </w:p>
    <w:p>
      <w:r>
        <w:br/>
        <w:t>Стало слово гаряче за зброю.</w:t>
      </w:r>
    </w:p>
    <w:p>
      <w:r>
        <w:br/>
        <w:t>Може, зброя така оборонить наш край,</w:t>
      </w:r>
    </w:p>
    <w:p>
      <w:r>
        <w:br/>
        <w:t>Але з нею прекепська робота:</w:t>
      </w:r>
    </w:p>
    <w:p>
      <w:r>
        <w:br/>
        <w:t>Ще підслухає слово якесь поліцай</w:t>
      </w:r>
    </w:p>
    <w:p>
      <w:r>
        <w:br/>
        <w:t>І в холодну завдасть патріота.</w:t>
      </w:r>
    </w:p>
    <w:p>
      <w:r>
        <w:br/>
        <w:t>Та мене почуття обов'Язків своїх</w:t>
      </w:r>
    </w:p>
    <w:p>
      <w:r>
        <w:br/>
        <w:t>Потягає служити народу;</w:t>
      </w:r>
    </w:p>
    <w:p>
      <w:r>
        <w:br/>
        <w:t>Щоб на душу не впав мені зрадництва гріх,</w:t>
      </w:r>
    </w:p>
    <w:p>
      <w:r>
        <w:br/>
        <w:t>Я знайшов собі добру методу.</w:t>
      </w:r>
    </w:p>
    <w:p>
      <w:r>
        <w:br/>
        <w:t>Так нехай же працюють словами й пером</w:t>
      </w:r>
    </w:p>
    <w:p>
      <w:r>
        <w:br/>
        <w:t>Ті, що мають дві шкури в запасі...</w:t>
      </w:r>
    </w:p>
    <w:p>
      <w:r>
        <w:br/>
        <w:t>І, розваживши так, я віддався цілком</w:t>
      </w:r>
    </w:p>
    <w:p>
      <w:r>
        <w:br/>
        <w:t>Праці тій, що єдина на часі.</w:t>
      </w:r>
    </w:p>
    <w:p>
      <w:r>
        <w:br/>
        <w:t>На таємних думках та на мріях палких</w:t>
      </w:r>
    </w:p>
    <w:p>
      <w:r>
        <w:br/>
        <w:t>Я роботу народну обмежу;</w:t>
      </w:r>
    </w:p>
    <w:p>
      <w:r>
        <w:br/>
        <w:t>Та зате ж для добра земляків дорогих</w:t>
      </w:r>
    </w:p>
    <w:p>
      <w:r>
        <w:br/>
        <w:t>Я без мрій і хвилини не влежу.</w:t>
      </w:r>
    </w:p>
    <w:p>
      <w:r>
        <w:br/>
        <w:t>І у мріях скликаю численні полки</w:t>
      </w:r>
    </w:p>
    <w:p>
      <w:r>
        <w:br/>
        <w:t>З тих, що стати за край свій охочі,</w:t>
      </w:r>
    </w:p>
    <w:p>
      <w:r>
        <w:br/>
        <w:t>Слово ж маю на те, щоб ховати думки,</w:t>
      </w:r>
    </w:p>
    <w:p>
      <w:r>
        <w:br/>
        <w:t>Якщо зраджують їх мої очі.</w:t>
      </w:r>
    </w:p>
    <w:p>
      <w:r>
        <w:br/>
        <w:t>До письменства я кличу, — звичайно, в думках,</w:t>
      </w:r>
    </w:p>
    <w:p>
      <w:r>
        <w:br/>
        <w:t>Щоб світило над нашою ніччю,</w:t>
      </w:r>
    </w:p>
    <w:p>
      <w:r>
        <w:br/>
        <w:t>Хоч, на жаль, мати книжку народну в руках</w:t>
      </w:r>
    </w:p>
    <w:p>
      <w:r>
        <w:br/>
        <w:t>Я признав небезпечною річчю.</w:t>
      </w:r>
    </w:p>
    <w:p>
      <w:r>
        <w:br/>
        <w:t>О країно моя! я зв'язав свій язик,</w:t>
      </w:r>
    </w:p>
    <w:p>
      <w:r>
        <w:br/>
        <w:t>Щоб кохати безпечно ідею;</w:t>
      </w:r>
    </w:p>
    <w:p>
      <w:r>
        <w:br/>
        <w:t>Але в грудях не можу я здержати крик</w:t>
      </w:r>
    </w:p>
    <w:p>
      <w:r>
        <w:br/>
        <w:t>У годину твого ювілею.</w:t>
      </w:r>
    </w:p>
    <w:p>
      <w:r>
        <w:br/>
        <w:t>"Ще стоїть Україна! Не вмерла вона</w:t>
      </w:r>
    </w:p>
    <w:p>
      <w:r>
        <w:br/>
        <w:t>І вмирати не має охоти.</w:t>
      </w:r>
    </w:p>
    <w:p>
      <w:r>
        <w:br/>
        <w:t>Кожна піч українська — фортеця міцна,</w:t>
      </w:r>
    </w:p>
    <w:p>
      <w:r>
        <w:br/>
        <w:t>Там на чатах лежать патріоти".</w:t>
      </w:r>
    </w:p>
    <w:p>
      <w:r>
        <w:br/>
        <w:t>Слава ж нам! бо коли б дух народу погас,</w:t>
      </w:r>
    </w:p>
    <w:p>
      <w:r>
        <w:br/>
        <w:t>Не стерпівши свого лихоліття,</w:t>
      </w:r>
    </w:p>
    <w:p>
      <w:r>
        <w:br/>
        <w:t>То по йому хоч зо два примірники з нас</w:t>
      </w:r>
    </w:p>
    <w:p>
      <w:r>
        <w:br/>
        <w:t>Дочекають нового століття.</w:t>
      </w:r>
    </w:p>
    <w:p>
      <w:r>
        <w:br/>
        <w:t>Слава нам! хоч би вмерла Вкраїна колись,</w:t>
      </w:r>
    </w:p>
    <w:p>
      <w:r>
        <w:br/>
        <w:t>Її слід буде легко шукати:</w:t>
      </w:r>
    </w:p>
    <w:p>
      <w:r>
        <w:br/>
        <w:t>А щоб краще навік ті сліди збереглись,</w:t>
      </w:r>
    </w:p>
    <w:p>
      <w:r>
        <w:br/>
        <w:t>Буде зроблено з нас препарати.</w:t>
      </w:r>
    </w:p>
    <w:p>
      <w:r>
        <w:br/>
        <w:t>1898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печі (українська патріотична дума)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