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новосіллі</w:t>
      </w:r>
    </w:p>
    <w:p>
      <w:r>
        <w:br/>
        <w:t xml:space="preserve"> &lt;p&gt;Рік тому Іван Соколюк стояв півживий на от-сьому ж полі, що й досі розчепірене проти неба чорними бовдурами ям і викрутів. Десь там на ньому находилася і його пайка-годувальниця, та провалля видерті стрільнами проглотили старі хлопські межі.</w:t>
      </w:r>
    </w:p>
    <w:p>
      <w:r>
        <w:br/>
        <w:t>Банував недовго. Каринтська ріка, що стала могилою його молодої жінки і двох дітей, котить свої зелені води над половиною його життя.</w:t>
      </w:r>
    </w:p>
    <w:p>
      <w:r>
        <w:br/>
        <w:t>Друга ж половина попереду.</w:t>
      </w:r>
    </w:p>
    <w:p>
      <w:r>
        <w:br/>
        <w:t>В тогідне літо між вирви і траншеї жбухнули тут з залізниці простоволосою юрбою поворотців... Якими ж хмільними обіймами заплели вони землю, злітаючи з чужими на її лоно! Яким дивовижним акафістом над страхіттям її ран!</w:t>
      </w:r>
    </w:p>
    <w:p>
      <w:r>
        <w:br/>
        <w:t>Сутеніло піднебесся, мов на останнім судищі, і далеч завивно стогнала.</w:t>
      </w:r>
    </w:p>
    <w:p>
      <w:r>
        <w:br/>
        <w:t>Вона ж простерлася їм до ніг, косовицею червоною запекла, як під богами на лаві.</w:t>
      </w:r>
    </w:p>
    <w:p>
      <w:r>
        <w:br/>
        <w:t>Рік тому.</w:t>
      </w:r>
    </w:p>
    <w:p>
      <w:r>
        <w:br/>
        <w:t>Обтер краплистий піт рукавом сорочки. Чоло знялося полум'ям міцного враження. Зі спокійною силою глянув перед себе.</w:t>
      </w:r>
    </w:p>
    <w:p>
      <w:r>
        <w:br/>
        <w:t>Після шумної липневої бурі, що пронеслася ніччю, над подільською рівнею ликував ранок без порока. Все в ньому було побідою: від перших летів бджіл і вигукування тріщуків у вирятуванім від загибелі яворовім гаю аж до з'ясованих доцільних голосів людського дужання з судьбою, що неслися по росі від землянок і траншей.</w:t>
      </w:r>
    </w:p>
    <w:p>
      <w:r>
        <w:br/>
        <w:t>Чоловік стояв сам один на просторій прилуці, опертий одним боком об колишню цісарську дорогу, зорану колесами тисячі фургонів. Ржавий пил чи трухла кров вказували, кудою недавно з реготом гнала смерть.</w:t>
      </w:r>
    </w:p>
    <w:p>
      <w:r>
        <w:br/>
        <w:t>Другий бік прилуки доторкав передмуханого гаю з ясним узбіччям. Місце було серединою втоптане, вирівняне й затягнене під новосілля.</w:t>
      </w:r>
    </w:p>
    <w:p>
      <w:r>
        <w:br/>
        <w:t>Зав'язано зруб. Трам'я з яворових ціляків, з прорізом, розіціпленим в проміння, ніби візерунком богомогутнього сонця, з підсуненими під прогалини гострицями кременю, очеркало хижу, комору й хороми. В шкалубинах, на кож­нім перехресті бервен палахкотіли під вітер чорні ладінки овечого руна й блискучим краєчком, як у старовину, блимав срібний гріш.</w:t>
      </w:r>
    </w:p>
    <w:p>
      <w:r>
        <w:br/>
        <w:t>Осторонь попеліло спаленисько. Між вовчі ягоди і тою стріляв чорний силует димаря. Челюсть печі обірвана до половини, як зубом собаки, розчертожилася на всю ера­тичну ширину. У челюсті повис клаптями бородатий копоть і так остав.</w:t>
      </w:r>
    </w:p>
    <w:p>
      <w:r>
        <w:br/>
        <w:t>Оподалік, посеред вогких від роси повісем лишків і дерлибану лежало дерево, звалене колись громом та обсмалене в небесному огні. Воно співало й собі про тріумф обновленого життя своїми молодими липкими гонами, що втішно паростилися з-під завмерлої кори.</w:t>
      </w:r>
    </w:p>
    <w:p>
      <w:r>
        <w:br/>
        <w:t>Тут же зараз із сутінку зозулиних черевичків, осетня й медульки світили білими пасмугами кетяги біждерев— ця. Своїм гострим церковним ароматом вони нагадували щось тужливе й любе, утрачене навіки. Історію сільського Успенія, як дише в отсім жалібно-пахливім зіллі, вирослім на жертвенній крові.</w:t>
      </w:r>
    </w:p>
    <w:p>
      <w:r>
        <w:br/>
        <w:t>Се був останок хатнього зільника, плеканого під купіль покійним дітям тими самими руками, що спочили в повазі вічної неділі між нетри каринтських глибин.</w:t>
      </w:r>
    </w:p>
    <w:p>
      <w:r>
        <w:br/>
        <w:t>Чоловік обернувся туди і наслухував. У нього було закурене злиднями обличчя, коротко стрижений вус, запалі щоки, а на них дві поздовжні вижолобини, різко намічені й зловорожі, як від ударів батога.</w:t>
      </w:r>
    </w:p>
    <w:p>
      <w:r>
        <w:br/>
        <w:t>Здавалося йому в одну хвилю, що з запущеного зільника йде на нього чулий подих, далекий шепіт, повість про когось, що томиться в пустці сам один.</w:t>
      </w:r>
    </w:p>
    <w:p>
      <w:r>
        <w:br/>
        <w:t>Ні — се тільки тоя моргнула сапфірно-жовтим оком, ніби натякнула про якесь особливе знання, заправлене смертю.</w:t>
      </w:r>
    </w:p>
    <w:p>
      <w:r>
        <w:br/>
        <w:t>Затужив болюче і подумав, чи не слід заглянути у хату? Теплим приливом чуття згадав свою другу, торік звін­чану, жінку. Безрідна, як він, весела, як птаха, з піснею на устах в'язала гніздо попліч нього.</w:t>
      </w:r>
    </w:p>
    <w:p>
      <w:r>
        <w:br/>
        <w:t>Глянув на світ: небо розгорталося з сизого у голубе. Кочовище гомоніло глухо відгуком нестримної роботи. На старих окопах, ржавою лінією виведених в простір, увихалися змаргані, напівобдерті та немов залізні люди. Вони возили й носили землю з сугорбів, що задержали ще сліди тупо вбитих у м'якоть гармат. Зсипували в ненаситні горла ям купи груди, перемішані з кістками мерців, з череп'ям і маками. Двигали клеци в три рази свого росту, самі розгойдані над вирвами, як стебла, носили за пазухами глину, тягнули у веретах пісок і каміння аж там, де край знівеченого села химерною полосою зелені чарувало безпечне місце.</w:t>
      </w:r>
    </w:p>
    <w:p>
      <w:r>
        <w:br/>
        <w:t>У той раз ясненька днина розсипала повні жмені жари. На убочі побіля землянок плигали, як іскри, крілики, колоколили овечки, розбивали мерву шурпаті ку­ри. Червонобока коровиця витала блакить протяжним ревом, відбитім високо в повітрі. Хтось співав з усіх щирих сил.</w:t>
      </w:r>
    </w:p>
    <w:p>
      <w:r>
        <w:br/>
        <w:t>За Соколюком була добра пайка роботи, коли із-за круглястого кертовиння горбів, оброслого лободою й пирієм, вихилилася чорноволоса жінка в зеленій квітчастій вибиванці. Білий ковнір сорочки світив гладдю вкруг її смаглої шиї.</w:t>
      </w:r>
    </w:p>
    <w:p>
      <w:r>
        <w:br/>
        <w:t>Вона йшла зовсім поволі, наче у застанові над чимось незвичайним. Малу голову, легко загорнену у хустку з голубою стрижкою, подала убік — трохи стомлено. На її плечах торчала верета, повна нажатої трави, ще у туго підітканій за стан запасчині несла щось, гей скло.</w:t>
      </w:r>
    </w:p>
    <w:p>
      <w:r>
        <w:br/>
        <w:t>Вертала, видно, з діброви за селом, із пашнею для корови. З важкого оберемка сипалося понад її рам'я зелене клоччя хабаззя і квіток.</w:t>
      </w:r>
    </w:p>
    <w:p>
      <w:r>
        <w:br/>
        <w:t>Чоловік вибіг квапно назустріч її, дивно торкнений у серце, але вона вже була на новосіллі, з щасливою вто­мою зовсім блідих уст говорила щось, чого ніяк не міг морозуміти, а тоді розвернула запаску й показувала оголомшеному... голісіньке, у м'ячик стулене дитя.</w:t>
      </w:r>
    </w:p>
    <w:p>
      <w:r>
        <w:br/>
        <w:t>Вибралася за травою зараз тоді, як він вийшов із хати, трохи далеко, правда, і воно вродилося там, у ялівці іа дібровою, як зайченя... Трави було шкода, закинула на себе, малого в подолок — і гайда!</w:t>
      </w:r>
    </w:p>
    <w:p>
      <w:r>
        <w:br/>
        <w:t>Сміялася мов крізь імлу — ні, се тільки її чорнокрилі очі сміялися крізь утому одною-однісінькою іскрою в глибині...</w:t>
      </w:r>
    </w:p>
    <w:p>
      <w:r>
        <w:br/>
        <w:t>Прочумався як стій, метнув собою спершу, гей сліпма, та аж тоді торопливим рухом помочі розплентав тугий узол верети, що звергла йому до ніг пахливий дощ. Тоді ж у дурмані несподіванки він пригорнув до своїх грудей тепле довірчиве жінчине лице, готов сміятися теж, але тільки заплакав одними судорогами уст, як чоловік сильний.</w:t>
      </w:r>
    </w:p>
    <w:p>
      <w:r>
        <w:br/>
        <w:t>Маріє... зозулько... перемого!</w:t>
      </w:r>
    </w:p>
    <w:p>
      <w:r>
        <w:br/>
        <w:t>Ймив хлопця у порепані руки чорнороба, підніс проти золотої ватри, що на небі, і п'янів суто чаром новосілля:</w:t>
      </w:r>
    </w:p>
    <w:p>
      <w:r>
        <w:br/>
        <w:t>До нас за стіл, гей, новісінький талане!</w:t>
      </w:r>
    </w:p>
    <w:p>
      <w:r>
        <w:br/>
        <w:t>Дитя кричало з усієї сили здорових, як дзвін, грудей.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новосіллі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