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могилі званого мого брата Михайла Дукача у Заставні</w:t>
      </w:r>
    </w:p>
    <w:p>
      <w:r>
        <w:br/>
        <w:t xml:space="preserve"> "Чого мовчить він, як могила? —&lt;br /&gt;</w:t>
        <w:br/>
        <w:t>Усі камраття говорили, —&lt;br /&gt;</w:t>
        <w:br/>
        <w:t>Чого він плаче уночі,&lt;br /&gt;</w:t>
        <w:br/>
        <w:t>Чого, на стойці стоячи,&lt;br /&gt;</w:t>
        <w:br/>
        <w:t>Скитається, як морська хвиля?&lt;br /&gt;</w:t>
        <w:br/>
        <w:t>Хіба ми всі єму немилі?&lt;br /&gt;</w:t>
        <w:br/>
        <w:t>Нехай же сам собі мовчить!.."</w:t>
      </w:r>
    </w:p>
    <w:p>
      <w:r>
        <w:br/>
        <w:t>І скеля висока, і море глибоке,&lt;br /&gt;</w:t>
        <w:br/>
        <w:t>І гордий Венедик — всьо спить,&lt;br /&gt;</w:t>
        <w:br/>
        <w:t>Лиш бранець в касарні високо-високо,&lt;br /&gt;</w:t>
        <w:br/>
        <w:t>Високо в віконці сидить.&lt;br /&gt;</w:t>
        <w:br/>
        <w:t>І як то човенце без китви, весельця&lt;br /&gt;</w:t>
        <w:br/>
        <w:t>Та буря туряє, мете,&lt;br /&gt;</w:t>
        <w:br/>
        <w:t>Так думка полоха зарізане серце,&lt;br /&gt;</w:t>
        <w:br/>
        <w:t>Терновий вінець му плете:&lt;br /&gt;</w:t>
        <w:br/>
        <w:t>"Чи ж перебреду я то солоне море,&lt;br /&gt;</w:t>
        <w:br/>
        <w:t>Чи тут мене срібними вб'ють?&lt;br /&gt;</w:t>
        <w:br/>
        <w:t>Бувайте здорові ви, гуцульські гори, —&lt;br /&gt;</w:t>
        <w:br/>
        <w:t>Тут глинов присипють, ох, тут!&lt;br /&gt;</w:t>
        <w:br/>
        <w:t>А шовком голівку ніхто тут не зв'яже,&lt;br /&gt;</w:t>
        <w:br/>
        <w:t>Ні груди не прийде укрить;&lt;br /&gt;</w:t>
        <w:br/>
        <w:t>Хто ревне заплаче, хто серце покаже? —&lt;br /&gt;</w:t>
        <w:br/>
        <w:t>Хіба лиш орев засипить!&lt;br /&gt;</w:t>
        <w:br/>
        <w:t>Коби-то хоть мати товариша свого,&lt;br /&gt;</w:t>
        <w:br/>
        <w:t>Щоб душу студену нагріть!&lt;br /&gt;</w:t>
        <w:br/>
        <w:t>Людей без рахуби, а серця й одного&lt;br /&gt;</w:t>
        <w:br/>
        <w:t>Немає між ними, ох, ніт!"&lt;br /&gt;</w:t>
        <w:br/>
        <w:t>І ревно заплакав некрут молоденький,&lt;br /&gt;</w:t>
        <w:br/>
        <w:t>На руку голівку склонив,&lt;br /&gt;</w:t>
        <w:br/>
        <w:t>Як габа по морі, так билось серденько,&lt;br /&gt;</w:t>
        <w:br/>
        <w:t>Князь-місяць за туром гонивсь, —</w:t>
      </w:r>
    </w:p>
    <w:p>
      <w:r>
        <w:br/>
        <w:t>Поховзся та й упав у море.&lt;br /&gt;</w:t>
        <w:br/>
        <w:t>...А ти так пишно, як та воля,&lt;br /&gt;</w:t>
        <w:br/>
        <w:t>Перед касарнев уночі,&lt;br /&gt;</w:t>
        <w:br/>
        <w:t>Касарську стойку стоячи,&lt;br /&gt;</w:t>
        <w:br/>
        <w:t>Слухав єси отсі глаголи,&lt;br /&gt;</w:t>
        <w:br/>
        <w:t>І знов походжував поволі,&lt;br /&gt;</w:t>
        <w:br/>
        <w:t>І тихо плакав ходячи.</w:t>
      </w:r>
    </w:p>
    <w:p>
      <w:r>
        <w:br/>
        <w:t>"Ходім, брате-новобранче,&lt;br /&gt;</w:t>
        <w:br/>
        <w:t>В сербський монстир&lt;br /&gt;</w:t>
        <w:br/>
        <w:t>Да найдімо двох ченчиків&lt;br /&gt;</w:t>
        <w:br/>
        <w:t>Читати пластир.&lt;br /&gt;</w:t>
        <w:br/>
        <w:t>І будуть нам два ченчики&lt;br /&gt;</w:t>
        <w:br/>
        <w:t>Псалтирю читать,&lt;br /&gt;</w:t>
        <w:br/>
        <w:t>І будуть нас на утрені&lt;br /&gt;</w:t>
        <w:br/>
        <w:t>В брати постригать;&lt;br /&gt;</w:t>
        <w:br/>
        <w:t>І будуть нас на утрені&lt;br /&gt;</w:t>
        <w:br/>
        <w:t>Перстнем ломить, —&lt;br /&gt;</w:t>
        <w:br/>
        <w:t>І будемо вовік віка,&lt;br /&gt;</w:t>
        <w:br/>
        <w:t>Як рідні, два жить.&lt;br /&gt;</w:t>
        <w:br/>
        <w:t>Ти у мені, я у тобі —&lt;br /&gt;</w:t>
        <w:br/>
        <w:t>Так будем тривать.&lt;br /&gt;</w:t>
        <w:br/>
        <w:t>А щоб люди не казали —&lt;br /&gt;</w:t>
        <w:br/>
        <w:t>Не будем казать.&lt;br /&gt;</w:t>
        <w:br/>
        <w:t>І буде нам одна слава&lt;br /&gt;</w:t>
        <w:br/>
        <w:t>І доля одна —&lt;br /&gt;</w:t>
        <w:br/>
        <w:t>І підем ї пошукати&lt;br /&gt;</w:t>
        <w:br/>
        <w:t>В неділю до дня...&lt;br /&gt;</w:t>
        <w:br/>
        <w:t>В неділеньку ранесенько&lt;br /&gt;</w:t>
        <w:br/>
        <w:t>Доля вставала,&lt;br /&gt;</w:t>
        <w:br/>
        <w:t>А як стало на всеношне,&lt;br /&gt;</w:t>
        <w:br/>
        <w:t>Вона купалась.&lt;br /&gt;</w:t>
        <w:br/>
        <w:t>Купалася вона в морі&lt;br /&gt;</w:t>
        <w:br/>
        <w:t>Да на камені,&lt;br /&gt;</w:t>
        <w:br/>
        <w:t>А ми оба закралися,&lt;br /&gt;</w:t>
        <w:br/>
        <w:t>Сукні забрали.&lt;br /&gt;</w:t>
        <w:br/>
        <w:t>А вна на мнов загналася,&lt;br /&gt;</w:t>
        <w:br/>
        <w:t>А я утікав,&lt;br /&gt;</w:t>
        <w:br/>
        <w:t>А як убіг у церкову,&lt;br /&gt;</w:t>
        <w:br/>
        <w:t>Піп нас повінчав.&lt;br /&gt;</w:t>
        <w:br/>
        <w:t>У п'ятницю з райських дверей&lt;br /&gt;</w:t>
        <w:br/>
        <w:t>Кровця да текла,&lt;br /&gt;</w:t>
        <w:br/>
        <w:t>А в суботу наша доля&lt;br /&gt;</w:t>
        <w:br/>
        <w:t>Проскури пекла.&lt;br /&gt;</w:t>
        <w:br/>
        <w:t>А проскура покотилась —&lt;br /&gt;</w:t>
        <w:br/>
        <w:t>Ми за нею йшли&lt;br /&gt;</w:t>
        <w:br/>
        <w:t>Та до зорі вечірньої&lt;br /&gt;</w:t>
        <w:br/>
        <w:t>На наніч зайшли.&lt;br /&gt;</w:t>
        <w:br/>
        <w:t>А зіронька про місяця&lt;br /&gt;</w:t>
        <w:br/>
        <w:t>У нас питала;&lt;br /&gt;</w:t>
        <w:br/>
        <w:t>Ми не вміли оповісти —&lt;br /&gt;</w:t>
        <w:br/>
        <w:t>Вона плакала.&lt;br /&gt;</w:t>
        <w:br/>
        <w:t>А шаблі нам поржавіли&lt;br /&gt;</w:t>
        <w:br/>
        <w:t>Від єї сльози...&lt;br /&gt;</w:t>
        <w:br/>
        <w:t>А ти, святий за райськими,&lt;br /&gt;</w:t>
        <w:br/>
        <w:t>Ти нам поможи!"&lt;br /&gt;</w:t>
        <w:br/>
        <w:t>І як казали, так і сталось:&lt;br /&gt;</w:t>
        <w:br/>
        <w:t>Пслатир і утреню наняли,&lt;br /&gt;</w:t>
        <w:br/>
        <w:t>По таляру попові дали,&lt;br /&gt;</w:t>
        <w:br/>
        <w:t>Аби їх перснем розламав.&lt;br /&gt;</w:t>
        <w:br/>
        <w:t>А як домів поодпущали —&lt;br /&gt;</w:t>
        <w:br/>
        <w:t>Вони гарненько попрощались,&lt;br /&gt;</w:t>
        <w:br/>
        <w:t>І тричі на рік обіцялись,&lt;br /&gt;</w:t>
        <w:br/>
        <w:t>Оден у одного бувають...</w:t>
      </w:r>
    </w:p>
    <w:p>
      <w:r>
        <w:br/>
        <w:t>"Чогось мені тяжко, чогось мені важко,&lt;br /&gt;</w:t>
        <w:br/>
        <w:t>Чогось в мене серце болить;&lt;br /&gt;</w:t>
        <w:br/>
        <w:t>В одно мені, любко-голубко, нанашко,&lt;br /&gt;</w:t>
        <w:br/>
        <w:t>В одно мені братик ся снить.&lt;br /&gt;</w:t>
        <w:br/>
        <w:t>І снить він мені ся в дворах на помості:&lt;br /&gt;</w:t>
        <w:br/>
        <w:t>Новая світлиця, столи,&lt;br /&gt;</w:t>
        <w:br/>
        <w:t>А поза столами весільнії гості —&lt;br /&gt;</w:t>
        <w:br/>
        <w:t>Ох, вайльо, як в серці болить!&lt;br /&gt;</w:t>
        <w:br/>
        <w:t>А перед столами чотири бояри&lt;br /&gt;</w:t>
        <w:br/>
        <w:t>У чорних киреях стоя, —&lt;br /&gt;</w:t>
        <w:br/>
        <w:t>Ох, стали вни, стали, як чорнії хмари,&lt;br /&gt;</w:t>
        <w:br/>
        <w:t>Нанашечко, утко моя!..&lt;br /&gt;</w:t>
        <w:br/>
        <w:t>А він мід не носить, а він їх не просить, —&lt;br /&gt;</w:t>
        <w:br/>
        <w:t>Ні оком не моргунть, німі...&lt;br /&gt;</w:t>
        <w:br/>
        <w:t>"Збирайся!" — гукнули, аж стіни здригнулись...&lt;br /&gt;</w:t>
        <w:br/>
        <w:t>Ох, дайте водиці мені!&lt;br /&gt;</w:t>
        <w:br/>
        <w:t>А другі під стіньми — все рижими кіньми —&lt;br /&gt;</w:t>
        <w:br/>
        <w:t>Собі знов: "Рушаймо, вже ніч!"&lt;br /&gt;</w:t>
        <w:br/>
        <w:t>"Ще писану хвильку, одну ще годинку..."&lt;br /&gt;</w:t>
        <w:br/>
        <w:t>"Не можна, не можна, — пріч, пріч!"&lt;br /&gt;</w:t>
        <w:br/>
        <w:t>І вхопили, кляті, насилу го з хати,&lt;br /&gt;</w:t>
        <w:br/>
        <w:t>Помчались хто знає, куди;&lt;br /&gt;</w:t>
        <w:br/>
        <w:t>Лиш чуть, як просився, як плакав, як бився...&lt;br /&gt;</w:t>
        <w:br/>
        <w:t>Водиці, нанашко, води!&lt;br /&gt;</w:t>
        <w:br/>
        <w:t>Нанашка мовчала, слівця не казала:&lt;br /&gt;</w:t>
        <w:br/>
        <w:t>"Не плач ти, мій милий, не плач!&lt;br /&gt;</w:t>
        <w:br/>
        <w:t>Я дам щось напиться — не буде вже сниться,&lt;br /&gt;</w:t>
        <w:br/>
        <w:t>Я куплю ти в місті колач,&lt;br /&gt;</w:t>
        <w:br/>
        <w:t>Лишень не плач ти, мій легіню!.."&lt;br /&gt;</w:t>
        <w:br/>
        <w:t>А він опівночі в неділю&lt;br /&gt;</w:t>
        <w:br/>
        <w:t>Без свічки коника сідлав,&lt;br /&gt;</w:t>
        <w:br/>
        <w:t>Без свічки кармазин вбирав,&lt;br /&gt;</w:t>
        <w:br/>
        <w:t>При зорі з двору виїжджав.&lt;br /&gt;</w:t>
        <w:br/>
        <w:t>Пішов товариша відвідать —&lt;br /&gt;</w:t>
        <w:br/>
        <w:t>Нанашці й слова не сказав.</w:t>
      </w:r>
    </w:p>
    <w:p>
      <w:r>
        <w:br/>
        <w:t>"Вийди, вийди, товаришу,&lt;br /&gt;</w:t>
        <w:br/>
        <w:t>До мене в двір,&lt;br /&gt;</w:t>
        <w:br/>
        <w:t>А що люди говорили,&lt;br /&gt;</w:t>
        <w:br/>
        <w:t>Ти людям не вір.&lt;br /&gt;</w:t>
        <w:br/>
        <w:t>Бо ті люди говорили,&lt;br /&gt;</w:t>
        <w:br/>
        <w:t>Що зоря німа&lt;br /&gt;</w:t>
        <w:br/>
        <w:t>Та що у нас в Чорногорі,&lt;br /&gt;</w:t>
        <w:br/>
        <w:t>Як місяць сходив,&lt;br /&gt;</w:t>
        <w:br/>
        <w:t>Наш отаман молоденький&lt;br /&gt;</w:t>
        <w:br/>
        <w:t>У зброї ходив,&lt;br /&gt;</w:t>
        <w:br/>
        <w:t>До місяця кривавії&lt;br /&gt;</w:t>
        <w:br/>
        <w:t>Ручки обзирав,&lt;br /&gt;</w:t>
        <w:br/>
        <w:t>А як зійшли косарики,&lt;br /&gt;</w:t>
        <w:br/>
        <w:t>Він їх умивав.&lt;br /&gt;</w:t>
        <w:br/>
        <w:t>І не міг він, молоденький,&lt;br /&gt;</w:t>
        <w:br/>
        <w:t>Криваві умить,&lt;br /&gt;</w:t>
        <w:br/>
        <w:t>А як зоря придивилась —&lt;br /&gt;</w:t>
        <w:br/>
        <w:t>Забула світить.&lt;br /&gt;</w:t>
        <w:br/>
        <w:t>...У Києві під Лаврою&lt;br /&gt;</w:t>
        <w:br/>
        <w:t>Там лірник сидів&lt;br /&gt;</w:t>
        <w:br/>
        <w:t>Да аж вісім же він пісень&lt;br /&gt;</w:t>
        <w:br/>
        <w:t>На ліру завів.&lt;br /&gt;</w:t>
        <w:br/>
        <w:t>А як же він вісім пісень&lt;br /&gt;</w:t>
        <w:br/>
        <w:t>На ліру заграв —&lt;br /&gt;</w:t>
        <w:br/>
        <w:t>З найстаршої маковиці&lt;br /&gt;</w:t>
        <w:br/>
        <w:t>Камінь ся зірвав;&lt;br /&gt;</w:t>
        <w:br/>
        <w:t>Упав єму перед ноги,&lt;br /&gt;</w:t>
        <w:br/>
        <w:t>Упав та й просив,&lt;br /&gt;</w:t>
        <w:br/>
        <w:t>Щоб не співав вісім пісень, —&lt;br /&gt;</w:t>
        <w:br/>
        <w:t>Урве монастир.&lt;br /&gt;</w:t>
        <w:br/>
        <w:t>...Три жовняри молоденькі&lt;br /&gt;</w:t>
        <w:br/>
        <w:t>З обозу да йшли,&lt;br /&gt;</w:t>
        <w:br/>
        <w:t>Да й дівчину заручену&lt;br /&gt;</w:t>
        <w:br/>
        <w:t>На лаві найшли.&lt;br /&gt;</w:t>
        <w:br/>
        <w:t>"Ох, боже мій милосердний,&lt;br /&gt;</w:t>
        <w:br/>
        <w:t>Коби вна жива,&lt;br /&gt;</w:t>
        <w:br/>
        <w:t>Я би з нею покохався&lt;br /&gt;</w:t>
        <w:br/>
        <w:t>Хоть рочок, хоть два".&lt;br /&gt;</w:t>
        <w:br/>
        <w:t>"Ох, боже мій милосердний,&lt;br /&gt;</w:t>
        <w:br/>
        <w:t>Коби вна жива,&lt;br /&gt;</w:t>
        <w:br/>
        <w:t>Я би з нею повінчався&lt;br /&gt;</w:t>
        <w:br/>
        <w:t>В неділю до дня".&lt;br /&gt;</w:t>
        <w:br/>
        <w:t>Лиш той третій молоденький&lt;br /&gt;</w:t>
        <w:br/>
        <w:t>Сказать не зумів:&lt;br /&gt;</w:t>
        <w:br/>
        <w:t>Поцілував біле личко —&lt;br /&gt;</w:t>
        <w:br/>
        <w:t>Упав та й умлів...&lt;br /&gt;</w:t>
        <w:br/>
        <w:t>Укупці ж їх і поховали:&lt;br /&gt;</w:t>
        <w:br/>
        <w:t>Єї у мирсі та в рукавах,&lt;br /&gt;</w:t>
        <w:br/>
        <w:t>Золотий перстень на руці;&lt;br /&gt;</w:t>
        <w:br/>
        <w:t>Єго в препишнім кресаці,&lt;br /&gt;</w:t>
        <w:br/>
        <w:t>У кармазинах да у павах!&lt;br /&gt;</w:t>
        <w:br/>
        <w:t>Отак обох і поховали&lt;br /&gt;</w:t>
        <w:br/>
        <w:t>У малиновім байраці..,"</w:t>
      </w:r>
    </w:p>
    <w:p>
      <w:r>
        <w:br/>
        <w:t>А я так щебечу, як пташка в калині,&lt;br /&gt;</w:t>
        <w:br/>
        <w:t>Як ластє у маю, кую, —&lt;br /&gt;</w:t>
        <w:br/>
        <w:t>Чому ж не виходиш, мій друже єдиний,&lt;br /&gt;</w:t>
        <w:br/>
        <w:t>Чого я вже добу стою?&lt;br /&gt;</w:t>
        <w:br/>
        <w:t>Чи, може, на мене нагнівався, брате,&lt;br /&gt;</w:t>
        <w:br/>
        <w:t>Що я не в реченець прийшов?&lt;br /&gt;</w:t>
        <w:br/>
        <w:t>Старая нанашка самая у хаті, —&lt;br /&gt;</w:t>
        <w:br/>
        <w:t>Я, брате, рубав єї дров.&lt;br /&gt;</w:t>
        <w:br/>
        <w:t>А може, ти думаш, що я без гостинців&lt;br /&gt;</w:t>
        <w:br/>
        <w:t>Заїхав у твої двори?&lt;br /&gt;</w:t>
        <w:br/>
        <w:t>Усім твоїм сестрам по павлянім пюрці,&lt;br /&gt;</w:t>
        <w:br/>
        <w:t>А браттям топори в дари;&lt;br /&gt;</w:t>
        <w:br/>
        <w:t>Для тебе ж самого коня вороного&lt;br /&gt;</w:t>
        <w:br/>
        <w:t>Із морського стада привів&lt;br /&gt;</w:t>
        <w:br/>
        <w:t>Під срібним коверцем, турецьким сідельцем, —&lt;br /&gt;</w:t>
        <w:br/>
        <w:t>Поїдемо, брате, на Львів.&lt;br /&gt;</w:t>
        <w:br/>
        <w:t>Лиш вийди стрічати, мій друже єдиний,&lt;br /&gt;</w:t>
        <w:br/>
        <w:t>Єдина порадо моя!&lt;br /&gt;</w:t>
        <w:br/>
        <w:t>Мій коник убився в моріг по коліна,&lt;br /&gt;</w:t>
        <w:br/>
        <w:t>У твоїх вороях стоя.&lt;br /&gt;</w:t>
        <w:br/>
        <w:t>Все тихо, все глухо — з покоїв ні слова;&lt;br /&gt;</w:t>
        <w:br/>
        <w:t>Великий на мене це гнів.&lt;br /&gt;</w:t>
        <w:br/>
        <w:t>Коли ж ти не ласкав — бувай ми здоровий,&lt;br /&gt;</w:t>
        <w:br/>
        <w:t>А я собі їду домів&lt;br /&gt;</w:t>
        <w:br/>
        <w:t>Та й більше в тебе вже не буду...&lt;br /&gt;</w:t>
        <w:br/>
        <w:t>"Аж на страшнім Христовім суді, —&lt;br /&gt;</w:t>
        <w:br/>
        <w:t>Стала зозуленька кувать, —&lt;br /&gt;</w:t>
        <w:br/>
        <w:t>Аж там він ме тебе вітать,&lt;br /&gt;</w:t>
        <w:br/>
        <w:t>Твій щирий брат, твій брат єдиний,&lt;br /&gt;</w:t>
        <w:br/>
        <w:t>Бо довелося в домовині&lt;br /&gt;</w:t>
        <w:br/>
        <w:t>З царської муштри спочивать".</w:t>
      </w:r>
    </w:p>
    <w:p>
      <w:r>
        <w:br/>
        <w:t>"Земле моя, нене моя,&lt;br /&gt;</w:t>
        <w:br/>
        <w:t>Голубко моя,&lt;br /&gt;</w:t>
        <w:br/>
        <w:t>Пахучими васильками&lt;br /&gt;</w:t>
        <w:br/>
        <w:t>Майованая,&lt;br /&gt;</w:t>
        <w:br/>
        <w:t>Дрібненькими слізоньками&lt;br /&gt;</w:t>
        <w:br/>
        <w:t>Поливаная!&lt;br /&gt;</w:t>
        <w:br/>
        <w:t>Ти вірного товариша&lt;br /&gt;</w:t>
        <w:br/>
        <w:t>Узяла єси, —&lt;br /&gt;</w:t>
        <w:br/>
        <w:t>Від вірного товариша&lt;br /&gt;</w:t>
        <w:br/>
        <w:t>Поклін понеси.&lt;br /&gt;</w:t>
        <w:br/>
        <w:t>І красно му уклонишся&lt;br /&gt;</w:t>
        <w:br/>
        <w:t>Добрий вечір дай,&lt;br /&gt;</w:t>
        <w:br/>
        <w:t>А як схоче серце спати,&lt;br /&gt;</w:t>
        <w:br/>
        <w:t>Ти го не займай.&lt;br /&gt;</w:t>
        <w:br/>
        <w:t>Із чирчиків та з ромену&lt;br /&gt;</w:t>
        <w:br/>
        <w:t>Кубелечко звий,&lt;br /&gt;</w:t>
        <w:br/>
        <w:t>Зозулиним синім пюрцем,&lt;br /&gt;</w:t>
        <w:br/>
        <w:t>Як мати, укрий,&lt;br /&gt;</w:t>
        <w:br/>
        <w:t>А з перстеня золотого&lt;br /&gt;</w:t>
        <w:br/>
        <w:t>Забавочку дай,&lt;br /&gt;</w:t>
        <w:br/>
        <w:t>Лебединим щебетанням&lt;br /&gt;</w:t>
        <w:br/>
        <w:t>До сну му співай.&lt;br /&gt;</w:t>
        <w:br/>
        <w:t>Співай єму, серце моє,&lt;br /&gt;</w:t>
        <w:br/>
        <w:t>Про сонячний світ&lt;br /&gt;</w:t>
        <w:br/>
        <w:t>Та як в садах красується&lt;br /&gt;</w:t>
        <w:br/>
        <w:t>Той маковий цвіт;&lt;br /&gt;</w:t>
        <w:br/>
        <w:t>Да як рожа стрільця кляла —&lt;br /&gt;</w:t>
        <w:br/>
        <w:t>Ти, доле моя!&lt;br /&gt;</w:t>
        <w:br/>
        <w:t>Як плакали товариші&lt;br /&gt;</w:t>
        <w:br/>
        <w:t>В неділю до дня;&lt;br /&gt;</w:t>
        <w:br/>
        <w:t>І як дівча на пречисту&lt;br /&gt;</w:t>
        <w:br/>
        <w:t>По воду ішло,&lt;br /&gt;</w:t>
        <w:br/>
        <w:t>І як воно, вертаючи,&lt;br /&gt;</w:t>
        <w:br/>
        <w:t>Золот хрест найшло,&lt;br /&gt;</w:t>
        <w:br/>
        <w:t>І як воно рано-рано&lt;br /&gt;</w:t>
        <w:br/>
        <w:t>Личко вмивало&lt;br /&gt;</w:t>
        <w:br/>
        <w:t>Ще й русою да косою&lt;br /&gt;</w:t>
        <w:br/>
        <w:t>Єго втирало,&lt;br /&gt;</w:t>
        <w:br/>
        <w:t>Да як воно чесалося&lt;br /&gt;</w:t>
        <w:br/>
        <w:t>Біглим гребінцем,&lt;br /&gt;</w:t>
        <w:br/>
        <w:t>Да як воно вінчалося&lt;br /&gt;</w:t>
        <w:br/>
        <w:t>З цвинтаря вінцем,&lt;br /&gt;</w:t>
        <w:br/>
        <w:t>І як воно голівоньку&lt;br /&gt;</w:t>
        <w:br/>
        <w:t>Клонило на стів;&lt;br /&gt;</w:t>
        <w:br/>
        <w:t>І як місяць молоденький&lt;br /&gt;</w:t>
        <w:br/>
        <w:t>За хмарою вмлів".&lt;br /&gt;</w:t>
        <w:br/>
        <w:t>Отак єму співатимеш,&lt;br /&gt;</w:t>
        <w:br/>
        <w:t>Рідна моя мати!&lt;br /&gt;</w:t>
        <w:br/>
        <w:t>Отак, врешті, довелося,&lt;br /&gt;</w:t>
        <w:br/>
        <w:t>Єдиний мій брате,&lt;br /&gt;</w:t>
        <w:br/>
        <w:t>Заспівати! Боже, боже,&lt;br /&gt;</w:t>
        <w:br/>
        <w:t>Да що вже й казати!..&lt;br /&gt;</w:t>
        <w:br/>
        <w:t>Доводиться поволеньки&lt;br /&gt;</w:t>
        <w:br/>
        <w:t>Усьо поховати,&lt;br /&gt;</w:t>
        <w:br/>
        <w:t>Що у світі любе, миле.&lt;br /&gt;</w:t>
        <w:br/>
        <w:t>Нехай і так буде!&lt;br /&gt;</w:t>
        <w:br/>
        <w:t>Може, й мене на сім світі&lt;br /&gt;</w:t>
        <w:br/>
        <w:t>Нечуй не забуде.&lt;br /&gt;</w:t>
        <w:br/>
        <w:t>Не барися ж, чорний друже, —&lt;br /&gt;</w:t>
        <w:br/>
        <w:t>Доста світом нудить,&lt;br /&gt;</w:t>
        <w:br/>
        <w:t>Доста уже насміялись&lt;br /&gt;</w:t>
        <w:br/>
        <w:t>Письменнії люде&lt;br /&gt;</w:t>
        <w:br/>
        <w:t>З моїх сльозей віршованих&lt;br /&gt;</w:t>
        <w:br/>
        <w:t>І кров'ю умитих!&lt;br /&gt;</w:t>
        <w:br/>
        <w:t>Веди ж мене, тихий друже,&lt;br /&gt;</w:t>
        <w:br/>
        <w:t>Туди, де би жити:&lt;br /&gt;</w:t>
        <w:br/>
        <w:t>У могилу глибокую,&lt;br /&gt;</w:t>
        <w:br/>
        <w:t>У могилі, може,&lt;br /&gt;</w:t>
        <w:br/>
        <w:t>Як у тих аравських ночах,&lt;br /&gt;</w:t>
        <w:br/>
        <w:t>Усьо понаходжу,&lt;br /&gt;</w:t>
        <w:br/>
        <w:t>Що у світі було любе:&lt;br /&gt;</w:t>
        <w:br/>
        <w:t>І добрії люде,&lt;br /&gt;</w:t>
        <w:br/>
        <w:t>І ненечку ріднесеньку,&lt;br /&gt;</w:t>
        <w:br/>
        <w:t>І батька-голуба,&lt;br /&gt;</w:t>
        <w:br/>
        <w:t>І ті літа молодії —&lt;br /&gt;</w:t>
        <w:br/>
        <w:t>Маковії квіти,&lt;br /&gt;</w:t>
        <w:br/>
        <w:t>І ті сестри щебітливі —&lt;br /&gt;</w:t>
        <w:br/>
        <w:t>Невиннії діти,&lt;br /&gt;</w:t>
        <w:br/>
        <w:t>І тебе, ти, моя зоре,&lt;br /&gt;</w:t>
        <w:br/>
        <w:t>Чорнявая Цоре,&lt;br /&gt;</w:t>
        <w:br/>
        <w:t>Щось зоряла наді мною,&lt;br /&gt;</w:t>
        <w:br/>
        <w:t>Як ранішня зоря&lt;br /&gt;</w:t>
        <w:br/>
        <w:t>Місяцеві молодому&lt;br /&gt;</w:t>
        <w:br/>
        <w:t>Зоряла — зомліла...&lt;br /&gt;</w:t>
        <w:br/>
        <w:t>Там ми, серце, звінчаємось:&lt;br /&gt;</w:t>
        <w:br/>
        <w:t>Досвіта в неділю&lt;br /&gt;</w:t>
        <w:br/>
        <w:t>На всеношній повінчають...&lt;br /&gt;</w:t>
        <w:br/>
        <w:t>Доле моя, доле!..&lt;br /&gt;</w:t>
        <w:br/>
        <w:t>А ти, брате Михалику,&lt;br /&gt;</w:t>
        <w:br/>
        <w:t>Брате мій, соколе,&lt;br /&gt;</w:t>
        <w:br/>
        <w:t>В дружби підеш молодому.&lt;br /&gt;</w:t>
        <w:br/>
        <w:t>О боже мій милий!..&lt;br /&gt;</w:t>
        <w:br/>
        <w:t>А може, нас попи твої&lt;br /&gt;</w:t>
        <w:br/>
        <w:t>Так тільки дурили,&lt;br /&gt;</w:t>
        <w:br/>
        <w:t>Що другий вік у могилі&lt;br /&gt;</w:t>
        <w:br/>
        <w:t>І луччая доля?&lt;br /&gt;</w:t>
        <w:br/>
        <w:t>Може, й нема, хто не знає!.. —&lt;br /&gt;</w:t>
        <w:br/>
        <w:t>А правда ж, а воля,&lt;br /&gt;</w:t>
        <w:br/>
        <w:t>А надія наша вічна?&lt;br /&gt;</w:t>
        <w:br/>
        <w:t>Ні, боже ти, світе;&lt;br /&gt;</w:t>
        <w:br/>
        <w:t>Ти праведний, ти живущий&lt;br /&gt;</w:t>
        <w:br/>
        <w:t>Вовіки і віки,&lt;br /&gt;</w:t>
        <w:br/>
        <w:t>А ми твої рідні діти!&lt;br /&gt;</w:t>
        <w:br/>
        <w:t>Хіба сиротині&lt;br /&gt;</w:t>
        <w:br/>
        <w:t>Вже не буде краща доля,&lt;br /&gt;</w:t>
        <w:br/>
        <w:t>Як плакать під тином?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могилі званого мого брата Михайла Дукача у Заставні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