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могилі Коцюбинського</w:t>
      </w:r>
    </w:p>
    <w:p>
      <w:r>
        <w:br/>
        <w:t xml:space="preserve"> Ще в горах Болдиних крізь сон&lt;br /&gt;</w:t>
        <w:br/>
        <w:t>Дрімають келії чернечі,&lt;br /&gt;</w:t>
        <w:br/>
        <w:t>Дзвіниці Троїцької плечі&lt;br /&gt;</w:t>
        <w:br/>
        <w:t>Орнаментують злами грон.&lt;br /&gt;</w:t>
        <w:br/>
        <w:t>І тиша сіється снігами,&lt;br /&gt;</w:t>
        <w:br/>
        <w:t>В ярах навколюшки стає,&lt;br /&gt;</w:t>
        <w:br/>
        <w:t>І навшпиньках іде за нами,&lt;br /&gt;</w:t>
        <w:br/>
        <w:t>Й шепоче тихо про своє…&lt;br /&gt;</w:t>
        <w:br/>
        <w:t>Ось тут, мов дим, пливли з долин&lt;br /&gt;</w:t>
        <w:br/>
        <w:t>Десенські піняві тумани,&lt;br /&gt;</w:t>
        <w:br/>
        <w:t>Інтимних далів рух і плин,&lt;br /&gt;</w:t>
        <w:br/>
        <w:t>Завіса вічної омани.&lt;br /&gt;</w:t>
        <w:br/>
        <w:t>…Убори скинуто з полів,&lt;br /&gt;</w:t>
        <w:br/>
        <w:t>Діброви золото вдягають.</w:t>
      </w:r>
    </w:p>
    <w:p>
      <w:r>
        <w:br/>
        <w:t>О, не злічити тих голів&lt;br /&gt;</w:t>
        <w:br/>
        <w:t>Спустошеного війська-гаю!&lt;br /&gt;</w:t>
        <w:br/>
        <w:t>О, не злічити тих змагань,&lt;br /&gt;</w:t>
        <w:br/>
        <w:t>Ракет небесного намету,&lt;br /&gt;</w:t>
        <w:br/>
        <w:t>Що осінь, костяна яга,&lt;br /&gt;</w:t>
        <w:br/>
        <w:t>Влучила в пісню кулемета…&lt;br /&gt;</w:t>
        <w:br/>
        <w:t>О, не злічити тих офір —&lt;br /&gt;</w:t>
        <w:br/>
        <w:t>Смертей одважних і веселих,&lt;br /&gt;</w:t>
        <w:br/>
        <w:t>Коли на іскру били зір&lt;br /&gt;</w:t>
        <w:br/>
        <w:t>Кресалодухі, горді зела!..&lt;br /&gt;</w:t>
        <w:br/>
        <w:t>Отут. Мов дим. І монастир&lt;br /&gt;</w:t>
        <w:br/>
        <w:t>Забув криваву січу й змову&lt;br /&gt;</w:t>
        <w:br/>
        <w:t>І в сніг, мов древній богатир,&lt;br /&gt;</w:t>
        <w:br/>
        <w:t>Встромив печаль свою зимову.&lt;br /&gt;</w:t>
        <w:br/>
        <w:t>Зима – снігурка срібнокоса.&lt;br /&gt;</w:t>
        <w:br/>
        <w:t>Який разючий сонця блиск.&lt;br /&gt;</w:t>
        <w:br/>
        <w:t>Вітрець кришталь сніжини носить&lt;br /&gt;</w:t>
        <w:br/>
        <w:t>Й кладе на білий обеліск…&lt;br /&gt;</w:t>
        <w:br/>
        <w:t>Любов загасла, встала шана.&lt;br /&gt;</w:t>
        <w:br/>
        <w:t>Минули страдницькі годи,&lt;br /&gt;</w:t>
        <w:br/>
        <w:t>І поржавів вінок бляшаний…&lt;br /&gt;</w:t>
        <w:br/>
        <w:t>О, я ходив тут молодий,&lt;br /&gt;</w:t>
        <w:br/>
        <w:t>Із серцем радісно-тривожним,&lt;br /&gt;</w:t>
        <w:br/>
        <w:t>Ловив прийдешніх кланів тінь&lt;br /&gt;</w:t>
        <w:br/>
        <w:t>І з кожним роком, роком кожним&lt;br /&gt;</w:t>
        <w:br/>
        <w:t>Втрачав огонь ясних хотінь.</w:t>
      </w:r>
    </w:p>
    <w:p>
      <w:r>
        <w:br/>
        <w:t>Та осінь – прозоріння ясне:&lt;br /&gt;</w:t>
        <w:br/>
        <w:t>Через сніги, дуби столітні —&lt;br /&gt;</w:t>
        <w:br/>
        <w:t>Не зрушить з варти і не засне&lt;br /&gt;</w:t>
        <w:br/>
        <w:t>Рук мозолястих твір новітній!&lt;br /&gt;</w:t>
        <w:br/>
        <w:t>Залізні ферми в дуг систему,&lt;br /&gt;</w:t>
        <w:br/>
        <w:t>Злютований склепінням зміст,&lt;br /&gt;</w:t>
        <w:br/>
        <w:t>Дзвінким єднанням ранить тему&lt;br /&gt;</w:t>
        <w:br/>
        <w:t>Через Десну потужний міст.</w:t>
      </w:r>
    </w:p>
    <w:p>
      <w:r>
        <w:br/>
        <w:t>Ще в горах Болдиних крізь сон&lt;br /&gt;</w:t>
        <w:br/>
        <w:t>Дрімають келії чернечі,&lt;br /&gt;</w:t>
        <w:br/>
        <w:t>Дзвіниці Троїцької плечі&lt;br /&gt;</w:t>
        <w:br/>
        <w:t>Орнаментують злами грон…&lt;br /&gt;</w:t>
        <w:br/>
        <w:t>Проте – даремно. Вік одмер,&lt;br /&gt;</w:t>
        <w:br/>
        <w:t>Сковзнув печерою і тінню&lt;br /&gt;</w:t>
        <w:br/>
        <w:t>Застиг в улозі. А тепер —&lt;br /&gt;</w:t>
        <w:br/>
        <w:t>І брость, і парості, й хотіння&lt;br /&gt;</w:t>
        <w:br/>
        <w:t>Під білим шаром цих снігів,&lt;br /&gt;</w:t>
        <w:br/>
        <w:t>Мов корінь дуба чи вільхи —&lt;br /&gt;</w:t>
        <w:br/>
        <w:t>Дрімають чуло та нервово.&lt;br /&gt;</w:t>
        <w:br/>
        <w:t>І не народжене ще слово&lt;br /&gt;</w:t>
        <w:br/>
        <w:t>Уже зростає, вже дзвенить,&lt;br /&gt;</w:t>
        <w:br/>
        <w:t>Уже в обіймах всесвіт тулить…&lt;br /&gt;</w:t>
        <w:br/>
        <w:t>Які ж незаймані вони,&lt;br /&gt;</w:t>
        <w:br/>
        <w:t>Як легко про віки забули!&lt;br /&gt;</w:t>
        <w:br/>
        <w:t>І, дивлячись на цих дівчаток,&lt;br /&gt;</w:t>
        <w:br/>
        <w:t>Що в сніжки грають, хочеш брать&lt;br /&gt;</w:t>
        <w:br/>
        <w:t>Руками сніг, на кулі м’яти:&lt;br /&gt;</w:t>
        <w:br/>
        <w:t>– Не ждіть від нас тепер добра!&lt;br /&gt;</w:t>
        <w:br/>
        <w:t>В чоло!&lt;br /&gt;</w:t>
        <w:br/>
        <w:t>За комір!&lt;br /&gt;</w:t>
        <w:br/>
        <w:t>Просто в скроню! —&lt;br /&gt;</w:t>
        <w:br/>
        <w:t>І сміх лунає без кінця…&lt;br /&gt;</w:t>
        <w:br/>
        <w:t>Горять намучені долоні,&lt;br /&gt;</w:t>
        <w:br/>
        <w:t>Блищать роз’ятрені серця!&lt;br /&gt;</w:t>
        <w:br/>
        <w:t>Серця палають, як походні:&lt;br /&gt;</w:t>
        <w:br/>
        <w:t>– За комір!&lt;br /&gt;</w:t>
        <w:br/>
        <w:t>В скроню!&lt;br /&gt;</w:t>
        <w:br/>
        <w:t>У чоло! —&lt;br /&gt;</w:t>
        <w:br/>
        <w:t>Набоєм вчора прогуло,&lt;br /&gt;</w:t>
        <w:br/>
        <w:t>Й любовно встало вже Сьогодні.&lt;br /&gt;</w:t>
        <w:br/>
        <w:t>Й любовно запалило ватру&lt;br /&gt;</w:t>
        <w:br/>
        <w:t>Снаги, змагання та хотінь.&lt;br /&gt;</w:t>
        <w:br/>
        <w:t>Ось поміж круч блукає тінь&lt;br /&gt;</w:t>
        <w:br/>
        <w:t>Передчуття палкого Завтра…&lt;br /&gt;</w:t>
        <w:br/>
        <w:t>Зростає радісна земля&lt;br /&gt;</w:t>
        <w:br/>
        <w:t>Моїх дідів – моїх онуків,&lt;br /&gt;</w:t>
        <w:br/>
        <w:t>І сніг бере в гарячі руки,&lt;br /&gt;</w:t>
        <w:br/>
        <w:t>І зір у далечінь встромля…&lt;br /&gt;</w:t>
        <w:br/>
        <w:t>Зима – снігурка срібнокоса,&lt;br /&gt;</w:t>
        <w:br/>
        <w:t>Який разючий сонця блиск!&lt;br /&gt;</w:t>
        <w:br/>
        <w:t>Вітрець кришталь сніжини носить&lt;br /&gt;</w:t>
        <w:br/>
        <w:t>Й кладе на мудрий обеліск.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могилі Коцюбинського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