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Купала – на Івана</w:t>
      </w:r>
    </w:p>
    <w:p>
      <w:r>
        <w:br/>
        <w:t xml:space="preserve"> &lt;p&gt;1.</w:t>
      </w:r>
    </w:p>
    <w:p>
      <w:r>
        <w:br/>
        <w:t>Хоть Купало, хоть Лопушник, але це є справедливий Іван.</w:t>
      </w:r>
    </w:p>
    <w:p>
      <w:r>
        <w:br/>
        <w:t>Відьми вночі на раду скликає, мушками світить перед русалками, рікою вінки долів пускає, лісами любість підкидає.</w:t>
      </w:r>
    </w:p>
    <w:p>
      <w:r>
        <w:br/>
        <w:t>Та полонинами ’д газдам присідається.</w:t>
      </w:r>
    </w:p>
    <w:p>
      <w:r>
        <w:br/>
        <w:t>Нашіптує Іванові Шепитарюкові у стаї при ватрі на полонинці на волоськім боці.</w:t>
      </w:r>
    </w:p>
    <w:p>
      <w:r>
        <w:br/>
        <w:t>– Зійдик-ко, тезку, на ляцький бік у село ід своїй газдині, бо тот ревізор білявенький не годен через ню ні спати, ні їсти!</w:t>
      </w:r>
    </w:p>
    <w:p>
      <w:r>
        <w:br/>
        <w:t>Шепитарюк не похочує маржину на наймита лишати:</w:t>
      </w:r>
    </w:p>
    <w:p>
      <w:r>
        <w:br/>
        <w:t>– Єк вона газдиня, то ревізорові хати не відтворит, а єк вона ніхто лиця, то єї я не всокочу.</w:t>
      </w:r>
    </w:p>
    <w:p>
      <w:r>
        <w:br/>
        <w:t>Але святий швидко перебиває:</w:t>
      </w:r>
    </w:p>
    <w:p>
      <w:r>
        <w:br/>
        <w:t>– Не сокоти, брате, жінки та й збудешся єї молодої. Пташка паруси з пташков, мушка з мушков, рибка з рибков, самець у лісі із сасмичков, а ти шлюбну жінку лишив саму на подушках під джерегами та й лінуєшся єї у таке велике свято відознати? Спам’ятайси, тезку, і сідай на коня та перебіжи нічма Черемош, єк ревізори муть спати, та й розвеселиш молоду жінку і мені завтра покладеш свічку на вівтарі.</w:t>
      </w:r>
    </w:p>
    <w:p>
      <w:r>
        <w:br/>
        <w:t>Шепитарюк хмарит чоло і передумує ще раз:</w:t>
      </w:r>
    </w:p>
    <w:p>
      <w:r>
        <w:br/>
        <w:t>– Молодиця Мочернакового роду, чей подивитси на лєнку, чей не осоромит роду. У неї робота жде на роботу, нема коли пустим требувати. Тай коби хоть образ, а то кривоустий!</w:t>
      </w:r>
    </w:p>
    <w:p>
      <w:r>
        <w:br/>
        <w:t>"Але той ревізор не з добра наймив собі на найближчім груні хату, не з добра вечерами на гармонії грає"</w:t>
      </w:r>
    </w:p>
    <w:p>
      <w:r>
        <w:br/>
        <w:t>Грай собі, зайдею, фартушанкам своїм, а моя газдиня твої гри не чує. А ти ш опротив неї?"</w:t>
      </w:r>
    </w:p>
    <w:p>
      <w:r>
        <w:br/>
        <w:t>"Таже у неї цвіт у личку горит, а ти єк надута кишка."</w:t>
      </w:r>
    </w:p>
    <w:p>
      <w:r>
        <w:br/>
        <w:t>"На твою кушка ту, закривлену твар не кине голубим оком моя Марічка, не покладе своєї весни під твоїми грузькими обцасами."</w:t>
      </w:r>
    </w:p>
    <w:p>
      <w:r>
        <w:br/>
        <w:t>"То годна та дужя, та красна у мене газдиня, то душя моя…"</w:t>
      </w:r>
    </w:p>
    <w:p>
      <w:r>
        <w:br/>
        <w:t>"Ше тепер мені жьиль, шо не зганьбив я мельничку за мою газдиню."</w:t>
      </w:r>
    </w:p>
    <w:p>
      <w:r>
        <w:br/>
        <w:t>"Насипаю я у кіш нараз мливо, а вона підсміхаєси:"</w:t>
      </w:r>
    </w:p>
    <w:p>
      <w:r>
        <w:br/>
        <w:t>– Не разуйте, Йванку, лиш питлюйте, брачіку, бо ваші гості разового хлібця в рот не возмут…</w:t>
      </w:r>
    </w:p>
    <w:p>
      <w:r>
        <w:br/>
        <w:t>– Єкі гості? – питаю, а вона вже відрікає:</w:t>
      </w:r>
    </w:p>
    <w:p>
      <w:r>
        <w:br/>
        <w:t>– Ніби ви не знаєте, таже тот присадкуватий ревізор кривоустий, тот Збишко Прушковский, шо за вашов газдинею пропадає.</w:t>
      </w:r>
    </w:p>
    <w:p>
      <w:r>
        <w:br/>
        <w:t>– Тот тереби люлька від грани чарів?</w:t>
      </w:r>
    </w:p>
    <w:p>
      <w:r>
        <w:br/>
        <w:t>– Той-той зеленюк із Попадюкового груня.</w:t>
      </w:r>
    </w:p>
    <w:p>
      <w:r>
        <w:br/>
        <w:t>– Я єк же він пропадає?</w:t>
      </w:r>
    </w:p>
    <w:p>
      <w:r>
        <w:br/>
        <w:t>– Каже, шо навіть би угинув, то відбере вам вашу газдиню.</w:t>
      </w:r>
    </w:p>
    <w:p>
      <w:r>
        <w:br/>
        <w:t>– Таж то не квітку урвати!</w:t>
      </w:r>
    </w:p>
    <w:p>
      <w:r>
        <w:br/>
        <w:t>– А такий бараба того питає?</w:t>
      </w:r>
    </w:p>
    <w:p>
      <w:r>
        <w:br/>
        <w:t>– А я де?</w:t>
      </w:r>
    </w:p>
    <w:p>
      <w:r>
        <w:br/>
        <w:t>– Ви, Йванку, граєте полонинами та зимарками на волоскім боці, а зеленюк попід вікна: добрий день душко!</w:t>
      </w:r>
    </w:p>
    <w:p>
      <w:r>
        <w:br/>
        <w:t>– А ви того чули?</w:t>
      </w:r>
    </w:p>
    <w:p>
      <w:r>
        <w:br/>
        <w:t>– Ей-га, чи лишень тото? Ти,к – Каже він, – молодичко, зриваєш мені очі, ріжеш моє серце. У чім, — каже, — красива квітко, та личко своє іскупала, шо воно мене з розуму ізводит? Увес широкий та довгий край, – каже, – переслідкував, а такої, єк ти, не надибав. Ой, возьму я тебе, — каже, — файна квітко, та й у свій рідний край пересаджу, шо би ти там межи Прушковскими цвіла їм і мені на славу!..</w:t>
      </w:r>
    </w:p>
    <w:p>
      <w:r>
        <w:br/>
        <w:t>– А моя шо йому відповіла?</w:t>
      </w:r>
    </w:p>
    <w:p>
      <w:r>
        <w:br/>
        <w:t>– У личко червоніла і сміялася.</w:t>
      </w:r>
    </w:p>
    <w:p>
      <w:r>
        <w:br/>
        <w:t>"Дес та смучу мельничка серед села сидит та й усе чує, та й знає"…</w:t>
      </w:r>
    </w:p>
    <w:p>
      <w:r>
        <w:br/>
        <w:t>Іваніі в вівчар Дмитро приніс овечий подій у стаю і божився, що зараз дістане від свого газди тютюну повну люльку, бо маєйому щось важливе сказати.</w:t>
      </w:r>
    </w:p>
    <w:p>
      <w:r>
        <w:br/>
        <w:t>Шепитарюк став його про тоту важність допитуватись, але вівчарне пускав з себе пари, доки не учув у жмені мар котку. Тоді розповів він газді, що у явірнику здибав його тот низький, кривоустий зеленюк-ревізор і казав газді переказати, що його газдиня робить завтра за його дєдю обід і хоче, аби її газда цієї ночі збігу село до хати. Та й казав, аби газда переходив хітар Копилашевим плаєм, а він сам там буде на варті і газду миром перепустить через Черемош.</w:t>
      </w:r>
    </w:p>
    <w:p>
      <w:r>
        <w:br/>
        <w:t>Шепитарюк ніби сварив вівчаря за тото, що його здурив і задурно вигулив жменю тютюну, але всередині був вдоволений, бо під вагою тої новини рішився поїхати конем до своєї газдині і поминками за дєдеву душу, аби дєдя і сього року знав на тім світі, що доброго сина і добру невістку лишив у своїм дворі, на талані своїм.</w:t>
      </w:r>
    </w:p>
    <w:p>
      <w:r>
        <w:br/>
        <w:t>– Однако шос мене отік спирає, але я таки збіжу долів, а ти, Митрику, пантруй ватри і трембіти!</w:t>
      </w:r>
    </w:p>
    <w:p>
      <w:r>
        <w:br/>
        <w:t>І Шепитарюк осідлав коня, натерхав скоромою у бесагах і пропав у Коплашевім плаю…</w:t>
      </w:r>
    </w:p>
    <w:p>
      <w:r>
        <w:br/>
        <w:t>2.</w:t>
      </w:r>
    </w:p>
    <w:p>
      <w:r>
        <w:br/>
        <w:t>Ніч срібна, найдрібніша.</w:t>
      </w:r>
    </w:p>
    <w:p>
      <w:r>
        <w:br/>
        <w:t>Місяць везе у срібній чайці голого Івана Купала над горганами, а зорі примружились із стиду й у ліси порозбігалися боками.</w:t>
      </w:r>
    </w:p>
    <w:p>
      <w:r>
        <w:br/>
        <w:t>Небо гей на морі піна.</w:t>
      </w:r>
    </w:p>
    <w:p>
      <w:r>
        <w:br/>
        <w:t>А з тої піни срібна роса паде на ліси, на гори.</w:t>
      </w:r>
    </w:p>
    <w:p>
      <w:r>
        <w:br/>
        <w:t>А з того неба Купало любість по землі сіє…</w:t>
      </w:r>
    </w:p>
    <w:p>
      <w:r>
        <w:br/>
        <w:t>А де тота любість упаде, там білий вогонь на землі виростає.</w:t>
      </w:r>
    </w:p>
    <w:p>
      <w:r>
        <w:br/>
        <w:t>А за тим білим вогнем темна хмарка тінь розстелює.</w:t>
      </w:r>
    </w:p>
    <w:p>
      <w:r>
        <w:br/>
        <w:t>Бо любість одно крило біле, а друге темне має.</w:t>
      </w:r>
    </w:p>
    <w:p>
      <w:r>
        <w:br/>
        <w:t>А як той вогонь забрів у Черемош, тоді чорна тінь із берега йому межи очі з дубельтівки плюнула.</w:t>
      </w:r>
    </w:p>
    <w:p>
      <w:r>
        <w:br/>
        <w:t>Луснув стріл у зорі, погас вогонь у броді, розбігся смертельний гомін лісами.</w:t>
      </w:r>
    </w:p>
    <w:p>
      <w:r>
        <w:br/>
        <w:t>. . . . . . . . . .</w:t>
      </w:r>
    </w:p>
    <w:p>
      <w:r>
        <w:br/>
        <w:t>Купало на небі обігрівся і золотим пером записав котрусь душу у свої книги…</w:t>
      </w:r>
    </w:p>
    <w:p>
      <w:r>
        <w:br/>
        <w:t>. . . . . . . . . .</w:t>
      </w:r>
    </w:p>
    <w:p>
      <w:r>
        <w:br/>
        <w:t>Як оком кліпнути, нетлінні нявки урвали танець над рікою, а чугайстр шпурнув арідникові плитою у його чорні ребра.</w:t>
      </w:r>
    </w:p>
    <w:p>
      <w:r>
        <w:br/>
        <w:t>Черемош ударив скоками у скали, а скали застогнали…</w:t>
      </w:r>
    </w:p>
    <w:p>
      <w:r>
        <w:br/>
        <w:t>Ліси похитали головами і згійкали на тоту чорну тінь, що з берега стрілом найдрібнішу ніч прострілила…</w:t>
      </w:r>
    </w:p>
    <w:p>
      <w:r>
        <w:br/>
        <w:t>3.</w:t>
      </w:r>
    </w:p>
    <w:p>
      <w:r>
        <w:br/>
        <w:t>Хоть Купало, хоть Лопушник, але це є справедливий Іван.</w:t>
      </w:r>
    </w:p>
    <w:p>
      <w:r>
        <w:br/>
        <w:t>Бере та й сонцем зарінки сушить. Лісами холоди віником вимітає, у деревині соки переварює, запахами в перекотах дише.</w:t>
      </w:r>
    </w:p>
    <w:p>
      <w:r>
        <w:br/>
        <w:t>Муху роями на сонце випускає, маржинку у зелену ліщину загонить, бджілку на солодкі меди веде.</w:t>
      </w:r>
    </w:p>
    <w:p>
      <w:r>
        <w:br/>
        <w:t>Птахам яєчка у гніздах вигріває, дівчатам ягоди у кошелі мече, дітвору грибами в росу гулить, зіллю силу дає, папоротин квіт збирає.</w:t>
      </w:r>
    </w:p>
    <w:p>
      <w:r>
        <w:br/>
        <w:t>Мисливцям звір множить, орлам зайчиків на конюшині показує, риба рикам рибку підкидає.</w:t>
      </w:r>
    </w:p>
    <w:p>
      <w:r>
        <w:br/>
        <w:t>Полонинами молока в береці наливає, скором пряче ід Петрі.</w:t>
      </w:r>
    </w:p>
    <w:p>
      <w:r>
        <w:br/>
        <w:t>Скали розпікає, гаддя на камінню гріє.</w:t>
      </w:r>
    </w:p>
    <w:p>
      <w:r>
        <w:br/>
        <w:t>Барабольку та й кукурудзу з землі на чівку на сонце витягає.</w:t>
      </w:r>
    </w:p>
    <w:p>
      <w:r>
        <w:br/>
        <w:t>Вітри в печерах запирає, аби світ був тихий та запашний, та ясний.</w:t>
      </w:r>
    </w:p>
    <w:p>
      <w:r>
        <w:br/>
        <w:t>Бере та й дівчатам личко красить, молодицям в очі принаду насипає, аби були гожі, як Шепитарюкова газдиня – тота, що зеленого ревізора з розуму ізводить.</w:t>
      </w:r>
    </w:p>
    <w:p>
      <w:r>
        <w:br/>
        <w:t>Тота, що очима потинає…</w:t>
      </w:r>
    </w:p>
    <w:p>
      <w:r>
        <w:br/>
        <w:t>В церкві жінки Іванів вівтар зіллям убирають,гей до шлюбу.</w:t>
      </w:r>
    </w:p>
    <w:p>
      <w:r>
        <w:br/>
        <w:t>– Гей, Іванічку божий, Іванічку чорнобривий, роздай діти межи молодиці, аби-с мав що шерстити, аби-с мав де у кумах бувати!</w:t>
      </w:r>
    </w:p>
    <w:p>
      <w:r>
        <w:br/>
        <w:t>Лиш Шепитарючки тут не видко. Віді, вона святим не требує, бо пишна та красна над усю челядь.</w:t>
      </w:r>
    </w:p>
    <w:p>
      <w:r>
        <w:br/>
        <w:t>Але перед Івановим вівтарем горить Шепитарюччина свічка, а вона сама ходить ід газдам і газдиням, і шепотом запрошує їх чемними словами на обід за душу чоловічого дєді. Навіть панотець прошений. Будуть газди і газдині харчувати, будуть за панотцем молитви відмовляти. Буде покійникові душа радуватися…</w:t>
      </w:r>
    </w:p>
    <w:p>
      <w:r>
        <w:br/>
        <w:t>А святий Іван межи челяддю та межи свічками упріває.</w:t>
      </w:r>
    </w:p>
    <w:p>
      <w:r>
        <w:br/>
        <w:t>А панотець, що приязно службу править, що красно говорить:</w:t>
      </w:r>
    </w:p>
    <w:p>
      <w:r>
        <w:br/>
        <w:t>– Дивіться, – каже, – люди, сонечко пражить землю та й випрасує з неї ягідку і рожу, а з тебе, хлопе, не годно випражити навіть вужечки. Але не тоту вужечку, що ліси і дараби в’яже, але тоту вужечку, що усіх хлопів у один нарід в’яже!</w:t>
      </w:r>
    </w:p>
    <w:p>
      <w:r>
        <w:br/>
        <w:t>– Най же цес нарід кається, най свою Україну шанує!</w:t>
      </w:r>
    </w:p>
    <w:p>
      <w:r>
        <w:br/>
        <w:t>– Най хлоп хлопа тримається, най свою віру держить.</w:t>
      </w:r>
    </w:p>
    <w:p>
      <w:r>
        <w:br/>
        <w:t>– Най молиться за всіх Іванів, що за цю землю зі світа пішли!</w:t>
      </w:r>
    </w:p>
    <w:p>
      <w:r>
        <w:br/>
        <w:t>Нарід їсть панотцеві слова і росте високо.</w:t>
      </w:r>
    </w:p>
    <w:p>
      <w:r>
        <w:br/>
        <w:t>Та лишень закінчив панотець боже слово, а церква заметушилася.</w:t>
      </w:r>
    </w:p>
    <w:p>
      <w:r>
        <w:br/>
        <w:t>Став мир до дверей пхатися, стали люди виходити, бо пішла погана чутка, що до трупарні коло церкви привезли жандарі мерця пороти.</w:t>
      </w:r>
    </w:p>
    <w:p>
      <w:r>
        <w:br/>
        <w:t>Нарід глотиться, а жандарі кольбами у груди.</w:t>
      </w:r>
    </w:p>
    <w:p>
      <w:r>
        <w:br/>
        <w:t>– Ба, кого ви, паничики, в трупарні поклали?</w:t>
      </w:r>
    </w:p>
    <w:p>
      <w:r>
        <w:br/>
        <w:t>Жандарі здвигають плечима.</w:t>
      </w:r>
    </w:p>
    <w:p>
      <w:r>
        <w:br/>
        <w:t>Але челядь прилипла до стін і через шпари розпізнала:</w:t>
      </w:r>
    </w:p>
    <w:p>
      <w:r>
        <w:br/>
        <w:t>– Таже то твар Шепитарюкова!</w:t>
      </w:r>
    </w:p>
    <w:p>
      <w:r>
        <w:br/>
        <w:t>– Ба, варе котрого?</w:t>
      </w:r>
    </w:p>
    <w:p>
      <w:r>
        <w:br/>
        <w:t>– Івана Іванового.</w:t>
      </w:r>
    </w:p>
    <w:p>
      <w:r>
        <w:br/>
        <w:t>– Цего, шо напроти Паладюкового груня?</w:t>
      </w:r>
    </w:p>
    <w:p>
      <w:r>
        <w:br/>
        <w:t>– Того самого!</w:t>
      </w:r>
    </w:p>
    <w:p>
      <w:r>
        <w:br/>
        <w:t>А Шепитарючка, як тото почула, та як не заверещить, аж трупарня здригалася:</w:t>
      </w:r>
    </w:p>
    <w:p>
      <w:r>
        <w:br/>
        <w:t>– То його убив ревізор кривоустий!</w:t>
      </w:r>
    </w:p>
    <w:p>
      <w:r>
        <w:br/>
        <w:t>– Брешеш, жінко, – боронили жандарі.</w:t>
      </w:r>
    </w:p>
    <w:p>
      <w:r>
        <w:br/>
        <w:t>– Бігме, кривоустий, газду мені стратив!</w:t>
      </w:r>
    </w:p>
    <w:p>
      <w:r>
        <w:br/>
        <w:t>Та й скочила понад кольби до трупарні, як громом підкинена.</w:t>
      </w:r>
    </w:p>
    <w:p>
      <w:r>
        <w:br/>
        <w:t>Трупарня із жалю тріскає. А нарід ломить собі голову і руки.</w:t>
      </w:r>
    </w:p>
    <w:p>
      <w:r>
        <w:br/>
        <w:t>Вийшов панотець з церкви, а жандарі його хап попід пахи та й просто до міста.</w:t>
      </w:r>
    </w:p>
    <w:p>
      <w:r>
        <w:br/>
        <w:t>– Та за що нам панотця берете?</w:t>
      </w:r>
    </w:p>
    <w:p>
      <w:r>
        <w:br/>
        <w:t>– За його казання!</w:t>
      </w:r>
    </w:p>
    <w:p>
      <w:r>
        <w:br/>
        <w:t>– Того, що газду убив, на суд не ведете?</w:t>
      </w:r>
    </w:p>
    <w:p>
      <w:r>
        <w:br/>
        <w:t>– Вам засій від того, пся кров собача!..</w:t>
      </w:r>
    </w:p>
    <w:p>
      <w:r>
        <w:br/>
        <w:t>Приміточки (словничок) до новелі:</w:t>
      </w:r>
    </w:p>
    <w:p>
      <w:r>
        <w:br/>
        <w:t>Стая – тимчасове житло пастухів, курінь</w:t>
      </w:r>
    </w:p>
    <w:p>
      <w:r>
        <w:br/>
        <w:t>Ніхтолиця – ледащо</w:t>
      </w:r>
    </w:p>
    <w:p>
      <w:r>
        <w:br/>
        <w:t>Всокотити – встерегти</w:t>
      </w:r>
    </w:p>
    <w:p>
      <w:r>
        <w:br/>
        <w:t>Джерга – вовняне покривало</w:t>
      </w:r>
    </w:p>
    <w:p>
      <w:r>
        <w:br/>
        <w:t>Відознати – відвідати</w:t>
      </w:r>
    </w:p>
    <w:p>
      <w:r>
        <w:br/>
        <w:t>Зайдей – зайда</w:t>
      </w:r>
    </w:p>
    <w:p>
      <w:r>
        <w:br/>
        <w:t>Фартушанка – міщанка (іронічно)</w:t>
      </w:r>
    </w:p>
    <w:p>
      <w:r>
        <w:br/>
        <w:t>Теребилюлька – непотріб</w:t>
      </w:r>
    </w:p>
    <w:p>
      <w:r>
        <w:br/>
        <w:t>Граничар – прикордонний вартовий</w:t>
      </w:r>
    </w:p>
    <w:p>
      <w:r>
        <w:br/>
        <w:t>Жьиль – жаль</w:t>
      </w:r>
    </w:p>
    <w:p>
      <w:r>
        <w:br/>
        <w:t>Подій – надій молока(овечий)</w:t>
      </w:r>
    </w:p>
    <w:p>
      <w:r>
        <w:br/>
        <w:t>Маркотка – махорка</w:t>
      </w:r>
    </w:p>
    <w:p>
      <w:r>
        <w:br/>
        <w:t>Хітар – кордон</w:t>
      </w:r>
    </w:p>
    <w:p>
      <w:r>
        <w:br/>
        <w:t>Плай – гірська стежка</w:t>
      </w:r>
    </w:p>
    <w:p>
      <w:r>
        <w:br/>
        <w:t>Вигулити – видобути, видурити</w:t>
      </w:r>
    </w:p>
    <w:p>
      <w:r>
        <w:br/>
        <w:t>Спирати – стримувати</w:t>
      </w:r>
    </w:p>
    <w:p>
      <w:r>
        <w:br/>
        <w:t>Натерхати – навантажити</w:t>
      </w:r>
    </w:p>
    <w:p>
      <w:r>
        <w:br/>
        <w:t>Скорома – молоко</w:t>
      </w:r>
    </w:p>
    <w:p>
      <w:r>
        <w:br/>
        <w:t>Горгани – довгасті хребти гір, завали каміння на шпилях гір</w:t>
      </w:r>
    </w:p>
    <w:p>
      <w:r>
        <w:br/>
        <w:t>Нявка – мавка, лісова русалка</w:t>
      </w:r>
    </w:p>
    <w:p>
      <w:r>
        <w:br/>
        <w:t>Чугайстир – лісовий дух</w:t>
      </w:r>
    </w:p>
    <w:p>
      <w:r>
        <w:br/>
        <w:t>Арідник – чорт</w:t>
      </w:r>
    </w:p>
    <w:p>
      <w:r>
        <w:br/>
        <w:t>Бербениця – діжка, бочка</w:t>
      </w:r>
    </w:p>
    <w:p>
      <w:r>
        <w:br/>
        <w:t>Ерстити – хрестити</w:t>
      </w:r>
    </w:p>
    <w:p>
      <w:r>
        <w:br/>
        <w:t>Ліса – тин</w:t>
      </w:r>
    </w:p>
    <w:p>
      <w:r>
        <w:br/>
        <w:t>Дараба – пліт</w:t>
      </w:r>
    </w:p>
    <w:p>
      <w:r>
        <w:br/>
        <w:t>Кольба –приклад гвинтівки</w:t>
      </w:r>
    </w:p>
    <w:p>
      <w:r>
        <w:br/>
        <w:t>Бадіки – чоловіки</w:t>
      </w:r>
    </w:p>
    <w:p>
      <w:r>
        <w:br/>
        <w:t>Чілідина – люди, родина</w:t>
      </w:r>
    </w:p>
    <w:p>
      <w:r>
        <w:br/>
        <w:t>Маржинка – худоба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Купала – на Івана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