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крилах пісень</w:t>
      </w:r>
    </w:p>
    <w:p>
      <w:r>
        <w:br/>
        <w:t xml:space="preserve"> &lt;p&gt;ЗМІСТ</w:t>
      </w:r>
    </w:p>
    <w:p>
      <w:r>
        <w:br/>
        <w:t>Сім струн</w:t>
      </w:r>
    </w:p>
    <w:p>
      <w:r>
        <w:br/>
        <w:t>Do (Гімн. Grave)</w:t>
      </w:r>
    </w:p>
    <w:p>
      <w:r>
        <w:br/>
        <w:t>Re (Пісня. Brioso)</w:t>
      </w:r>
    </w:p>
    <w:p>
      <w:r>
        <w:br/>
        <w:t>Мi (Колискова. Arpeggio)</w:t>
      </w:r>
    </w:p>
    <w:p>
      <w:r>
        <w:br/>
        <w:t>Fa (Сонет) [перша редакція]</w:t>
      </w:r>
    </w:p>
    <w:p>
      <w:r>
        <w:br/>
        <w:t>Sol (Rondeau)</w:t>
      </w:r>
    </w:p>
    <w:p>
      <w:r>
        <w:br/>
        <w:t>La (Nocturno)</w:t>
      </w:r>
    </w:p>
    <w:p>
      <w:r>
        <w:br/>
        <w:t>Si (Settina)</w:t>
      </w:r>
    </w:p>
    <w:p>
      <w:r>
        <w:br/>
        <w:t>Зоряне небо</w:t>
      </w:r>
    </w:p>
    <w:p>
      <w:r>
        <w:br/>
        <w:t>"Зорі, очі весняної ночі!"</w:t>
      </w:r>
    </w:p>
    <w:p>
      <w:r>
        <w:br/>
        <w:t>"Єсть у мене одна…"</w:t>
      </w:r>
    </w:p>
    <w:p>
      <w:r>
        <w:br/>
        <w:t>"Моя люба зоря ронить в серце мені…"</w:t>
      </w:r>
    </w:p>
    <w:p>
      <w:r>
        <w:br/>
        <w:t>"Я сьогодні в тузі, в горі…"</w:t>
      </w:r>
    </w:p>
    <w:p>
      <w:r>
        <w:br/>
        <w:t>"В небі місяць зіходить смутний…"</w:t>
      </w:r>
    </w:p>
    <w:p>
      <w:r>
        <w:br/>
        <w:t>Конвалія</w:t>
      </w:r>
    </w:p>
    <w:p>
      <w:r>
        <w:br/>
        <w:t>Напровесні</w:t>
      </w:r>
    </w:p>
    <w:p>
      <w:r>
        <w:br/>
        <w:t>Contra spem spero !</w:t>
      </w:r>
    </w:p>
    <w:p>
      <w:r>
        <w:br/>
        <w:t>"Коли втомлюся я життям щоденним…"</w:t>
      </w:r>
    </w:p>
    <w:p>
      <w:r>
        <w:br/>
        <w:t>Мій шлях</w:t>
      </w:r>
    </w:p>
    <w:p>
      <w:r>
        <w:br/>
        <w:t>В’язень</w:t>
      </w:r>
    </w:p>
    <w:p>
      <w:r>
        <w:br/>
        <w:t>Співець</w:t>
      </w:r>
    </w:p>
    <w:p>
      <w:r>
        <w:br/>
        <w:t>Розбита чарка</w:t>
      </w:r>
    </w:p>
    <w:p>
      <w:r>
        <w:br/>
        <w:t>Сосна</w:t>
      </w:r>
    </w:p>
    <w:p>
      <w:r>
        <w:br/>
        <w:t>"Якщо прийде журба…"</w:t>
      </w:r>
    </w:p>
    <w:p>
      <w:r>
        <w:br/>
        <w:t>Сафо</w:t>
      </w:r>
    </w:p>
    <w:p>
      <w:r>
        <w:br/>
        <w:t>До мого фортепіано</w:t>
      </w:r>
    </w:p>
    <w:p>
      <w:r>
        <w:br/>
        <w:t>Досвітні огні</w:t>
      </w:r>
    </w:p>
    <w:p>
      <w:r>
        <w:br/>
        <w:t>В магазині квіток</w:t>
      </w:r>
    </w:p>
    <w:p>
      <w:r>
        <w:br/>
        <w:t>Надія</w:t>
      </w:r>
    </w:p>
    <w:p>
      <w:r>
        <w:br/>
        <w:t>Сльози-перли</w:t>
      </w:r>
    </w:p>
    <w:p>
      <w:r>
        <w:br/>
        <w:t>"Сторононько рідна! коханий мій краю!"</w:t>
      </w:r>
    </w:p>
    <w:p>
      <w:r>
        <w:br/>
        <w:t>"Україно! плачу слізьми над тобою…"</w:t>
      </w:r>
    </w:p>
    <w:p>
      <w:r>
        <w:br/>
        <w:t>"Всі наші сльози тугою палкою…"</w:t>
      </w:r>
    </w:p>
    <w:p>
      <w:r>
        <w:br/>
        <w:t>Сон</w:t>
      </w:r>
    </w:p>
    <w:p>
      <w:r>
        <w:br/>
        <w:t>Сон літньої ночі</w:t>
      </w:r>
    </w:p>
    <w:p>
      <w:r>
        <w:br/>
        <w:t>Сонет</w:t>
      </w:r>
    </w:p>
    <w:p>
      <w:r>
        <w:br/>
        <w:t>На роковини Шевченка</w:t>
      </w:r>
    </w:p>
    <w:p>
      <w:r>
        <w:br/>
        <w:t>"Скрізь плач, і стогін, і ридання…"</w:t>
      </w:r>
    </w:p>
    <w:p>
      <w:r>
        <w:br/>
        <w:t>До натури</w:t>
      </w:r>
    </w:p>
    <w:p>
      <w:r>
        <w:br/>
        <w:t>Вечірня година</w:t>
      </w:r>
    </w:p>
    <w:p>
      <w:r>
        <w:br/>
        <w:t>Завітання</w:t>
      </w:r>
    </w:p>
    <w:p>
      <w:r>
        <w:br/>
        <w:t>На давній мотив</w:t>
      </w:r>
    </w:p>
    <w:p>
      <w:r>
        <w:br/>
        <w:t>Пісня</w:t>
      </w:r>
    </w:p>
    <w:p>
      <w:r>
        <w:br/>
        <w:t>У путь</w:t>
      </w:r>
    </w:p>
    <w:p>
      <w:r>
        <w:br/>
        <w:t>Остання пісня Марії Стюарт</w:t>
      </w:r>
    </w:p>
    <w:p>
      <w:r>
        <w:br/>
        <w:t>Подорож до моря</w:t>
      </w:r>
    </w:p>
    <w:p>
      <w:r>
        <w:br/>
        <w:t>"Прощай, Волинь…"</w:t>
      </w:r>
    </w:p>
    <w:p>
      <w:r>
        <w:br/>
        <w:t>"Далі, все далі!"</w:t>
      </w:r>
    </w:p>
    <w:p>
      <w:r>
        <w:br/>
        <w:t>"Красо України, Подолля!"</w:t>
      </w:r>
    </w:p>
    <w:p>
      <w:r>
        <w:br/>
        <w:t>"Сонечко встало, прокинулось ясне…"</w:t>
      </w:r>
    </w:p>
    <w:p>
      <w:r>
        <w:br/>
        <w:t>"Великеє місто. Будинки високі…"</w:t>
      </w:r>
    </w:p>
    <w:p>
      <w:r>
        <w:br/>
        <w:t>"Далі, далі від душного міста!"</w:t>
      </w:r>
    </w:p>
    <w:p>
      <w:r>
        <w:br/>
        <w:t>"Ой високо сонце в яснім небі стало…"</w:t>
      </w:r>
    </w:p>
    <w:p>
      <w:r>
        <w:br/>
        <w:t>"Вже сонечко в море сіда…"</w:t>
      </w:r>
    </w:p>
    <w:p>
      <w:r>
        <w:br/>
        <w:t>"Кінець подорожі…"</w:t>
      </w:r>
    </w:p>
    <w:p>
      <w:r>
        <w:br/>
        <w:t>Кримські спогади</w:t>
      </w:r>
    </w:p>
    <w:p>
      <w:r>
        <w:br/>
        <w:t>Заспів</w:t>
      </w:r>
    </w:p>
    <w:p>
      <w:r>
        <w:br/>
        <w:t>1. Тиша морська</w:t>
      </w:r>
    </w:p>
    <w:p>
      <w:r>
        <w:br/>
        <w:t>2. Грай, моя пісне!..</w:t>
      </w:r>
    </w:p>
    <w:p>
      <w:r>
        <w:br/>
        <w:t>3. Безсонна ніч</w:t>
      </w:r>
    </w:p>
    <w:p>
      <w:r>
        <w:br/>
        <w:t>4. На човні</w:t>
      </w:r>
    </w:p>
    <w:p>
      <w:r>
        <w:br/>
        <w:t>5. Негода</w:t>
      </w:r>
    </w:p>
    <w:p>
      <w:r>
        <w:br/>
        <w:t>6. Мердвен</w:t>
      </w:r>
    </w:p>
    <w:p>
      <w:r>
        <w:br/>
        <w:t>7. Байдари</w:t>
      </w:r>
    </w:p>
    <w:p>
      <w:r>
        <w:br/>
        <w:t>8. Татарочка</w:t>
      </w:r>
    </w:p>
    <w:p>
      <w:r>
        <w:br/>
        <w:t>9. Бахчисарай</w:t>
      </w:r>
    </w:p>
    <w:p>
      <w:r>
        <w:br/>
        <w:t>10. Бахчисарайський дворець</w:t>
      </w:r>
    </w:p>
    <w:p>
      <w:r>
        <w:br/>
        <w:t>11. Бахчисарайська гробниця</w:t>
      </w:r>
    </w:p>
    <w:p>
      <w:r>
        <w:br/>
        <w:t>12. Надсонова домівка в Ялті</w:t>
      </w:r>
    </w:p>
    <w:p>
      <w:r>
        <w:br/>
        <w:t>В дитячому крузі</w:t>
      </w:r>
    </w:p>
    <w:p>
      <w:r>
        <w:br/>
        <w:t>"На зеленому горбочку…"</w:t>
      </w:r>
    </w:p>
    <w:p>
      <w:r>
        <w:br/>
        <w:t>"Літо краснеє минуло…"</w:t>
      </w:r>
    </w:p>
    <w:p>
      <w:r>
        <w:br/>
        <w:t>"Мамо, іде вже зима…"</w:t>
      </w:r>
    </w:p>
    <w:p>
      <w:r>
        <w:br/>
        <w:t>"Тішся, дитино, поки ще маленька…"</w:t>
      </w:r>
    </w:p>
    <w:p>
      <w:r>
        <w:br/>
        <w:t>Веснянка</w:t>
      </w:r>
    </w:p>
    <w:p>
      <w:r>
        <w:br/>
        <w:t>СIМ СТРУН</w:t>
      </w:r>
    </w:p>
    <w:p>
      <w:r>
        <w:br/>
        <w:t>(Посвята Михайловi Драгоманову)</w:t>
      </w:r>
    </w:p>
    <w:p>
      <w:r>
        <w:br/>
        <w:t>DO</w:t>
      </w:r>
    </w:p>
    <w:p>
      <w:r>
        <w:br/>
        <w:t>(Гiмн. G r a v e ) [1]</w:t>
      </w:r>
    </w:p>
    <w:p>
      <w:r>
        <w:br/>
        <w:t>До тебе, Україно, наша бездольная мати,</w:t>
      </w:r>
    </w:p>
    <w:p>
      <w:r>
        <w:br/>
        <w:t>Струна моя перша озветься.</w:t>
      </w:r>
    </w:p>
    <w:p>
      <w:r>
        <w:br/>
        <w:t>I буде струна урочисто i тихо лунати,</w:t>
      </w:r>
    </w:p>
    <w:p>
      <w:r>
        <w:br/>
        <w:t>I пiсня вiд серця поллється.</w:t>
      </w:r>
    </w:p>
    <w:p>
      <w:r>
        <w:br/>
        <w:t>По свiтi широкому буде та пiсня лiтати,</w:t>
      </w:r>
    </w:p>
    <w:p>
      <w:r>
        <w:br/>
        <w:t>А з нею надiя кохана</w:t>
      </w:r>
    </w:p>
    <w:p>
      <w:r>
        <w:br/>
        <w:t>Скрiзь буде лiтати, по свiтi мiж людьми питати,</w:t>
      </w:r>
    </w:p>
    <w:p>
      <w:r>
        <w:br/>
        <w:t>Де схована доля незнана?</w:t>
      </w:r>
    </w:p>
    <w:p>
      <w:r>
        <w:br/>
        <w:t>I, може, зустрiнеться пiсня моя самотная</w:t>
      </w:r>
    </w:p>
    <w:p>
      <w:r>
        <w:br/>
        <w:t>У свiтi з пташками-пiснями,</w:t>
      </w:r>
    </w:p>
    <w:p>
      <w:r>
        <w:br/>
        <w:t>То швидко полине тодi тая гучная зграя</w:t>
      </w:r>
    </w:p>
    <w:p>
      <w:r>
        <w:br/>
        <w:t>Далеко шляхами-тернами.</w:t>
      </w:r>
    </w:p>
    <w:p>
      <w:r>
        <w:br/>
        <w:t>Полине за синєє море, полине за гори,</w:t>
      </w:r>
    </w:p>
    <w:p>
      <w:r>
        <w:br/>
        <w:t>Лiтатиме в чистому полю,</w:t>
      </w:r>
    </w:p>
    <w:p>
      <w:r>
        <w:br/>
        <w:t>Здiйметься високо-високо в небеснi простори</w:t>
      </w:r>
    </w:p>
    <w:p>
      <w:r>
        <w:br/>
        <w:t>I, може, спiтка тую долю.</w:t>
      </w:r>
    </w:p>
    <w:p>
      <w:r>
        <w:br/>
        <w:t>I, може, тодi завiтає та доля жадана</w:t>
      </w:r>
    </w:p>
    <w:p>
      <w:r>
        <w:br/>
        <w:t>До нашої рiдної хати,</w:t>
      </w:r>
    </w:p>
    <w:p>
      <w:r>
        <w:br/>
        <w:t>До тебе, моя ти Україно мила, кохана,</w:t>
      </w:r>
    </w:p>
    <w:p>
      <w:r>
        <w:br/>
        <w:t>Моя безталанная мати!</w:t>
      </w:r>
    </w:p>
    <w:p>
      <w:r>
        <w:br/>
        <w:t>RЕ</w:t>
      </w:r>
    </w:p>
    <w:p>
      <w:r>
        <w:br/>
        <w:t>(Пiсня. В r i o s o) [2]</w:t>
      </w:r>
    </w:p>
    <w:p>
      <w:r>
        <w:br/>
        <w:t>Реве-гуде негодонька,</w:t>
      </w:r>
    </w:p>
    <w:p>
      <w:r>
        <w:br/>
        <w:t>Негодоньки не боюся,</w:t>
      </w:r>
    </w:p>
    <w:p>
      <w:r>
        <w:br/>
        <w:t>Хоч на мене пригодонька,</w:t>
      </w:r>
    </w:p>
    <w:p>
      <w:r>
        <w:br/>
        <w:t>Та я нею не журюся.</w:t>
      </w:r>
    </w:p>
    <w:p>
      <w:r>
        <w:br/>
        <w:t>Гей ви, грiзнi, чорнi хмари!</w:t>
      </w:r>
    </w:p>
    <w:p>
      <w:r>
        <w:br/>
        <w:t>Я на вас збираю чари,</w:t>
      </w:r>
    </w:p>
    <w:p>
      <w:r>
        <w:br/>
        <w:t>Чарiвну добуду зброю</w:t>
      </w:r>
    </w:p>
    <w:p>
      <w:r>
        <w:br/>
        <w:t>I пiснi свої узброю.</w:t>
      </w:r>
    </w:p>
    <w:p>
      <w:r>
        <w:br/>
        <w:t>Дощi вашi дрiбненькiї</w:t>
      </w:r>
    </w:p>
    <w:p>
      <w:r>
        <w:br/>
        <w:t>Обернуться в перли дрiбнi,</w:t>
      </w:r>
    </w:p>
    <w:p>
      <w:r>
        <w:br/>
        <w:t>Поломляться ясненькiї</w:t>
      </w:r>
    </w:p>
    <w:p>
      <w:r>
        <w:br/>
        <w:t>Блискавицi вашi срiбнi.</w:t>
      </w:r>
    </w:p>
    <w:p>
      <w:r>
        <w:br/>
        <w:t>Я ж пущу свою пригоду</w:t>
      </w:r>
    </w:p>
    <w:p>
      <w:r>
        <w:br/>
        <w:t>Геть на тую бистру воду,</w:t>
      </w:r>
    </w:p>
    <w:p>
      <w:r>
        <w:br/>
        <w:t>Я розвiю свою тугу</w:t>
      </w:r>
    </w:p>
    <w:p>
      <w:r>
        <w:br/>
        <w:t>Вiльним спiвом в темнiм лугу.</w:t>
      </w:r>
    </w:p>
    <w:p>
      <w:r>
        <w:br/>
        <w:t>Реве-гуде негодонька,</w:t>
      </w:r>
    </w:p>
    <w:p>
      <w:r>
        <w:br/>
        <w:t>Негодоньки не боюся,</w:t>
      </w:r>
    </w:p>
    <w:p>
      <w:r>
        <w:br/>
        <w:t>Хоч на мене пригодонька,</w:t>
      </w:r>
    </w:p>
    <w:p>
      <w:r>
        <w:br/>
        <w:t>Та я нею не журюся.</w:t>
      </w:r>
    </w:p>
    <w:p>
      <w:r>
        <w:br/>
        <w:t>МI</w:t>
      </w:r>
    </w:p>
    <w:p>
      <w:r>
        <w:br/>
        <w:t>(Колискова. A r p e g g i o) [3]</w:t>
      </w:r>
    </w:p>
    <w:p>
      <w:r>
        <w:br/>
        <w:t>Мiсяць яснесенький</w:t>
      </w:r>
    </w:p>
    <w:p>
      <w:r>
        <w:br/>
        <w:t>Промiнь тихесенький</w:t>
      </w:r>
    </w:p>
    <w:p>
      <w:r>
        <w:br/>
        <w:t>Кинув до нас.</w:t>
      </w:r>
    </w:p>
    <w:p>
      <w:r>
        <w:br/>
        <w:t>Спи ж ти, малесенький,</w:t>
      </w:r>
    </w:p>
    <w:p>
      <w:r>
        <w:br/>
        <w:t>Пiзнiй бо час.</w:t>
      </w:r>
    </w:p>
    <w:p>
      <w:r>
        <w:br/>
        <w:t>Любо ти спатимеш,</w:t>
      </w:r>
    </w:p>
    <w:p>
      <w:r>
        <w:br/>
        <w:t>Поки не знатимеш,</w:t>
      </w:r>
    </w:p>
    <w:p>
      <w:r>
        <w:br/>
        <w:t>Що то печаль;</w:t>
      </w:r>
    </w:p>
    <w:p>
      <w:r>
        <w:br/>
        <w:t>Хутко прийматимеш</w:t>
      </w:r>
    </w:p>
    <w:p>
      <w:r>
        <w:br/>
        <w:t>Лихо та жаль.</w:t>
      </w:r>
    </w:p>
    <w:p>
      <w:r>
        <w:br/>
        <w:t>Тяжка годинонько!</w:t>
      </w:r>
    </w:p>
    <w:p>
      <w:r>
        <w:br/>
        <w:t>Гiрка хвилинонько!</w:t>
      </w:r>
    </w:p>
    <w:p>
      <w:r>
        <w:br/>
        <w:t>Лихо не спить…</w:t>
      </w:r>
    </w:p>
    <w:p>
      <w:r>
        <w:br/>
        <w:t>Леле, дитинонько!</w:t>
      </w:r>
    </w:p>
    <w:p>
      <w:r>
        <w:br/>
        <w:t>Жить сльози лить.</w:t>
      </w:r>
    </w:p>
    <w:p>
      <w:r>
        <w:br/>
        <w:t>Сором хилитися,</w:t>
      </w:r>
    </w:p>
    <w:p>
      <w:r>
        <w:br/>
        <w:t>Долi коритися!</w:t>
      </w:r>
    </w:p>
    <w:p>
      <w:r>
        <w:br/>
        <w:t>Час твiй прийде</w:t>
      </w:r>
    </w:p>
    <w:p>
      <w:r>
        <w:br/>
        <w:t>З долею битися, —</w:t>
      </w:r>
    </w:p>
    <w:p>
      <w:r>
        <w:br/>
        <w:t>Сон пропаде…</w:t>
      </w:r>
    </w:p>
    <w:p>
      <w:r>
        <w:br/>
        <w:t>Мiсяць яснесенький</w:t>
      </w:r>
    </w:p>
    <w:p>
      <w:r>
        <w:br/>
        <w:t>Промiнь тихесенький</w:t>
      </w:r>
    </w:p>
    <w:p>
      <w:r>
        <w:br/>
        <w:t>Кинув до нас…</w:t>
      </w:r>
    </w:p>
    <w:p>
      <w:r>
        <w:br/>
        <w:t>Спи ж ти, малесенький,</w:t>
      </w:r>
    </w:p>
    <w:p>
      <w:r>
        <w:br/>
        <w:t>Поки є час!</w:t>
      </w:r>
    </w:p>
    <w:p>
      <w:r>
        <w:br/>
        <w:t>FA</w:t>
      </w:r>
    </w:p>
    <w:p>
      <w:r>
        <w:br/>
        <w:t>(Сонет)</w:t>
      </w:r>
    </w:p>
    <w:p>
      <w:r>
        <w:br/>
        <w:t>Фантазiє! ти, сило чарiвна,</w:t>
      </w:r>
    </w:p>
    <w:p>
      <w:r>
        <w:br/>
        <w:t>Що збудувала свiт в порожньому просторi,</w:t>
      </w:r>
    </w:p>
    <w:p>
      <w:r>
        <w:br/>
        <w:t>Вложила почуття в байдужий промiнь зорi,</w:t>
      </w:r>
    </w:p>
    <w:p>
      <w:r>
        <w:br/>
        <w:t>Що будиш мертвих з вiчного їх сна,</w:t>
      </w:r>
    </w:p>
    <w:p>
      <w:r>
        <w:br/>
        <w:t>Життя даєш холоднiй хвилi в морi!</w:t>
      </w:r>
    </w:p>
    <w:p>
      <w:r>
        <w:br/>
        <w:t>Де ти, фантазiє, там радощi й весна.</w:t>
      </w:r>
    </w:p>
    <w:p>
      <w:r>
        <w:br/>
        <w:t>Тебе вiтаючи, фантазiє ясна,</w:t>
      </w:r>
    </w:p>
    <w:p>
      <w:r>
        <w:br/>
        <w:t>Пiдводимо чоло, похиленеє в горi.</w:t>
      </w:r>
    </w:p>
    <w:p>
      <w:r>
        <w:br/>
        <w:t>Фантазiє, богине легкокрила,</w:t>
      </w:r>
    </w:p>
    <w:p>
      <w:r>
        <w:br/>
        <w:t>Ти свiт злотистих мрiй для нас одкрила</w:t>
      </w:r>
    </w:p>
    <w:p>
      <w:r>
        <w:br/>
        <w:t>I землю з ним веселкою з'єднала.</w:t>
      </w:r>
    </w:p>
    <w:p>
      <w:r>
        <w:br/>
        <w:t>Ти свiтове з'єднала з таємним,</w:t>
      </w:r>
    </w:p>
    <w:p>
      <w:r>
        <w:br/>
        <w:t>Якби тебе людська душа не знала,</w:t>
      </w:r>
    </w:p>
    <w:p>
      <w:r>
        <w:br/>
        <w:t>Було б життя, як темна нiч, сумним.</w:t>
      </w:r>
    </w:p>
    <w:p>
      <w:r>
        <w:br/>
        <w:t>SOL</w:t>
      </w:r>
    </w:p>
    <w:p>
      <w:r>
        <w:br/>
        <w:t>(R o n d e a u) [4]</w:t>
      </w:r>
    </w:p>
    <w:p>
      <w:r>
        <w:br/>
        <w:t>Соловейковий спiв навеснi</w:t>
      </w:r>
    </w:p>
    <w:p>
      <w:r>
        <w:br/>
        <w:t>Ллється в гаю, в зеленiм розмаю,</w:t>
      </w:r>
    </w:p>
    <w:p>
      <w:r>
        <w:br/>
        <w:t>Та пiсень тих я чуть не здолаю,</w:t>
      </w:r>
    </w:p>
    <w:p>
      <w:r>
        <w:br/>
        <w:t>I веснянi квiтки запашнi</w:t>
      </w:r>
    </w:p>
    <w:p>
      <w:r>
        <w:br/>
        <w:t>Не для мене розквiтли у гаю, —</w:t>
      </w:r>
    </w:p>
    <w:p>
      <w:r>
        <w:br/>
        <w:t>Я не бачу весняного раю;</w:t>
      </w:r>
    </w:p>
    <w:p>
      <w:r>
        <w:br/>
        <w:t>Тiї спiви та квiти яснi,</w:t>
      </w:r>
    </w:p>
    <w:p>
      <w:r>
        <w:br/>
        <w:t>Наче казку дивну, пригадаю —</w:t>
      </w:r>
    </w:p>
    <w:p>
      <w:r>
        <w:br/>
        <w:t>У снi!..</w:t>
      </w:r>
    </w:p>
    <w:p>
      <w:r>
        <w:br/>
        <w:t>Вiльнi спiви, гучнi, голоснi</w:t>
      </w:r>
    </w:p>
    <w:p>
      <w:r>
        <w:br/>
        <w:t>В рiднiм краю я чути бажаю, —</w:t>
      </w:r>
    </w:p>
    <w:p>
      <w:r>
        <w:br/>
        <w:t>Чую скрiзь голосiння сумнi!</w:t>
      </w:r>
    </w:p>
    <w:p>
      <w:r>
        <w:br/>
        <w:t>Ох, невже в тобi, рiдний мiй краю,</w:t>
      </w:r>
    </w:p>
    <w:p>
      <w:r>
        <w:br/>
        <w:t>Тiльки й чуються вiльнi пiснi —</w:t>
      </w:r>
    </w:p>
    <w:p>
      <w:r>
        <w:br/>
        <w:t>У снi?</w:t>
      </w:r>
    </w:p>
    <w:p>
      <w:r>
        <w:br/>
        <w:t>LА</w:t>
      </w:r>
    </w:p>
    <w:p>
      <w:r>
        <w:br/>
        <w:t>(N o c t u r n o) [5]</w:t>
      </w:r>
    </w:p>
    <w:p>
      <w:r>
        <w:br/>
        <w:t>Лагiднi веснянiї ночi зористi!</w:t>
      </w:r>
    </w:p>
    <w:p>
      <w:r>
        <w:br/>
        <w:t>Куди ви од нас полинули?</w:t>
      </w:r>
    </w:p>
    <w:p>
      <w:r>
        <w:br/>
        <w:t>Пiснi соловейковi дзвiнко-срiблистi!</w:t>
      </w:r>
    </w:p>
    <w:p>
      <w:r>
        <w:br/>
        <w:t>Невже ви замовкли, минули?</w:t>
      </w:r>
    </w:p>
    <w:p>
      <w:r>
        <w:br/>
        <w:t>О нi, ще не час! ще бо ми не дiзнали</w:t>
      </w:r>
    </w:p>
    <w:p>
      <w:r>
        <w:br/>
        <w:t>Всiх див чарiвливої ночi,</w:t>
      </w:r>
    </w:p>
    <w:p>
      <w:r>
        <w:br/>
        <w:t>Та ще бо лунають, як перше лунали,</w:t>
      </w:r>
    </w:p>
    <w:p>
      <w:r>
        <w:br/>
        <w:t>Веснянки чудовi дiвочi.</w:t>
      </w:r>
    </w:p>
    <w:p>
      <w:r>
        <w:br/>
        <w:t>Ще маревом легким над нами витає</w:t>
      </w:r>
    </w:p>
    <w:p>
      <w:r>
        <w:br/>
        <w:t>Блакитна весняная мрiя,</w:t>
      </w:r>
    </w:p>
    <w:p>
      <w:r>
        <w:br/>
        <w:t>А в серцi розкiшно цвiте-процвiтає</w:t>
      </w:r>
    </w:p>
    <w:p>
      <w:r>
        <w:br/>
        <w:t>Злотистая квiтка — надiя.</w:t>
      </w:r>
    </w:p>
    <w:p>
      <w:r>
        <w:br/>
        <w:t>На крилах фантазiї думки лiтають</w:t>
      </w:r>
    </w:p>
    <w:p>
      <w:r>
        <w:br/>
        <w:t>В країну таємної ночi,</w:t>
      </w:r>
    </w:p>
    <w:p>
      <w:r>
        <w:br/>
        <w:t>Там промiнням грають, там любо так сяють</w:t>
      </w:r>
    </w:p>
    <w:p>
      <w:r>
        <w:br/>
        <w:t>Лагiднi веснянiї очi.</w:t>
      </w:r>
    </w:p>
    <w:p>
      <w:r>
        <w:br/>
        <w:t>Там яснiї зорi i тихiї квiти</w:t>
      </w:r>
    </w:p>
    <w:p>
      <w:r>
        <w:br/>
        <w:t>Єднаються в дивнiй розмовi,</w:t>
      </w:r>
    </w:p>
    <w:p>
      <w:r>
        <w:br/>
        <w:t>Там стиха шепочуть зеленiї вiти,</w:t>
      </w:r>
    </w:p>
    <w:p>
      <w:r>
        <w:br/>
        <w:t>Там гiмни лунають любовi.</w:t>
      </w:r>
    </w:p>
    <w:p>
      <w:r>
        <w:br/>
        <w:t>I квiти, i зорi, й зеленiї вiти</w:t>
      </w:r>
    </w:p>
    <w:p>
      <w:r>
        <w:br/>
        <w:t>Провадять розмови коханi</w:t>
      </w:r>
    </w:p>
    <w:p>
      <w:r>
        <w:br/>
        <w:t>Про вiчную силу весни на сiм свiтi,</w:t>
      </w:r>
    </w:p>
    <w:p>
      <w:r>
        <w:br/>
        <w:t>Про чари потужнi веснянi.</w:t>
      </w:r>
    </w:p>
    <w:p>
      <w:r>
        <w:br/>
        <w:t>SI</w:t>
      </w:r>
    </w:p>
    <w:p>
      <w:r>
        <w:br/>
        <w:t>(S e t t i n a) [6]</w:t>
      </w:r>
    </w:p>
    <w:p>
      <w:r>
        <w:br/>
        <w:t>Сiм струн я торкаю, струна по струнi,</w:t>
      </w:r>
    </w:p>
    <w:p>
      <w:r>
        <w:br/>
        <w:t>Нехай мої струни лунають,</w:t>
      </w:r>
    </w:p>
    <w:p>
      <w:r>
        <w:br/>
        <w:t>Нехай мої спiви лiтають</w:t>
      </w:r>
    </w:p>
    <w:p>
      <w:r>
        <w:br/>
        <w:t>По рiднiй коханiй моїй сторонi.</w:t>
      </w:r>
    </w:p>
    <w:p>
      <w:r>
        <w:br/>
        <w:t>I, може, де кобза найдеться,</w:t>
      </w:r>
    </w:p>
    <w:p>
      <w:r>
        <w:br/>
        <w:t>Що гучно на струни озветься,</w:t>
      </w:r>
    </w:p>
    <w:p>
      <w:r>
        <w:br/>
        <w:t>На струни, на спiви мої негучнi.</w:t>
      </w:r>
    </w:p>
    <w:p>
      <w:r>
        <w:br/>
        <w:t>I, може, заграє та кобза вiльнiше,</w:t>
      </w:r>
    </w:p>
    <w:p>
      <w:r>
        <w:br/>
        <w:t>Нiж тихiї струни мої.</w:t>
      </w:r>
    </w:p>
    <w:p>
      <w:r>
        <w:br/>
        <w:t>I вiльнiї гуки її</w:t>
      </w:r>
    </w:p>
    <w:p>
      <w:r>
        <w:br/>
        <w:t>Знайдуть послухання у свiтi пильнiше;</w:t>
      </w:r>
    </w:p>
    <w:p>
      <w:r>
        <w:br/>
        <w:t>I буде та кобза — гучна,</w:t>
      </w:r>
    </w:p>
    <w:p>
      <w:r>
        <w:br/>
        <w:t>Та тiльки не може вона</w:t>
      </w:r>
    </w:p>
    <w:p>
      <w:r>
        <w:br/>
        <w:t>Лунати вiд струн моїх тихих щирiше.</w:t>
      </w:r>
    </w:p>
    <w:p>
      <w:r>
        <w:br/>
        <w:t>[1890]</w:t>
      </w:r>
    </w:p>
    <w:p>
      <w:r>
        <w:br/>
        <w:t>ЗОРЯНЕ НЕБО</w:t>
      </w:r>
    </w:p>
    <w:p>
      <w:r>
        <w:br/>
        <w:t>***</w:t>
      </w:r>
    </w:p>
    <w:p>
      <w:r>
        <w:br/>
        <w:t>Зорi, очi весняної ночi!</w:t>
      </w:r>
    </w:p>
    <w:p>
      <w:r>
        <w:br/>
        <w:t>Зорi, темряви погляди яснi!</w:t>
      </w:r>
    </w:p>
    <w:p>
      <w:r>
        <w:br/>
        <w:t>То лагiднi, як очi дiвочi,</w:t>
      </w:r>
    </w:p>
    <w:p>
      <w:r>
        <w:br/>
        <w:t>То палкiї, мов свiтла прекраснi.</w:t>
      </w:r>
    </w:p>
    <w:p>
      <w:r>
        <w:br/>
        <w:t>Одна зiрка палає, мов пломiнь,</w:t>
      </w:r>
    </w:p>
    <w:p>
      <w:r>
        <w:br/>
        <w:t>Бiлi хмари круг неї, мов гори,</w:t>
      </w:r>
    </w:p>
    <w:p>
      <w:r>
        <w:br/>
        <w:t>Не до нас посила вона промiнь,</w:t>
      </w:r>
    </w:p>
    <w:p>
      <w:r>
        <w:br/>
        <w:t>Вона дивиться в iншi простори…</w:t>
      </w:r>
    </w:p>
    <w:p>
      <w:r>
        <w:br/>
        <w:t>Iнша зiронька личко ховає</w:t>
      </w:r>
    </w:p>
    <w:p>
      <w:r>
        <w:br/>
        <w:t>В покривало прозореє срiбне,</w:t>
      </w:r>
    </w:p>
    <w:p>
      <w:r>
        <w:br/>
        <w:t>Соромливо на дiл поглядає,</w:t>
      </w:r>
    </w:p>
    <w:p>
      <w:r>
        <w:br/>
        <w:t>Сипле блiдеє промiння дрiбне.</w:t>
      </w:r>
    </w:p>
    <w:p>
      <w:r>
        <w:br/>
        <w:t>Ти, прекрасна вечiрняя зоре!</w:t>
      </w:r>
    </w:p>
    <w:p>
      <w:r>
        <w:br/>
        <w:t>Урочисто й лагiдно ти сяєш,</w:t>
      </w:r>
    </w:p>
    <w:p>
      <w:r>
        <w:br/>
        <w:t>Ти на людське не дивишся горе,</w:t>
      </w:r>
    </w:p>
    <w:p>
      <w:r>
        <w:br/>
        <w:t>Тiльки щастя й кохання ти знаєш.</w:t>
      </w:r>
    </w:p>
    <w:p>
      <w:r>
        <w:br/>
        <w:t>Як горить i мигтить iнша зiрка!</w:t>
      </w:r>
    </w:p>
    <w:p>
      <w:r>
        <w:br/>
        <w:t>Срiблом мiниться iскра чудесна…</w:t>
      </w:r>
    </w:p>
    <w:p>
      <w:r>
        <w:br/>
        <w:t>Он зоря покотилась, — то гiрка</w:t>
      </w:r>
    </w:p>
    <w:p>
      <w:r>
        <w:br/>
        <w:t>Покотилась сльозина небесна.</w:t>
      </w:r>
    </w:p>
    <w:p>
      <w:r>
        <w:br/>
        <w:t>Так, сльозина то впала. То плаче</w:t>
      </w:r>
    </w:p>
    <w:p>
      <w:r>
        <w:br/>
        <w:t>Небо зорями-слiзьми над нами.</w:t>
      </w:r>
    </w:p>
    <w:p>
      <w:r>
        <w:br/>
        <w:t>Як тремтить теє свiтло! Неначе</w:t>
      </w:r>
    </w:p>
    <w:p>
      <w:r>
        <w:br/>
        <w:t>Промовля до нас небо вогнями.</w:t>
      </w:r>
    </w:p>
    <w:p>
      <w:r>
        <w:br/>
        <w:t>Горда, ясна, огнистая мова!</w:t>
      </w:r>
    </w:p>
    <w:p>
      <w:r>
        <w:br/>
        <w:t>Ллється промiнням рiч та велична!</w:t>
      </w:r>
    </w:p>
    <w:p>
      <w:r>
        <w:br/>
        <w:t>Та ми прагнем лиш людського слова,</w:t>
      </w:r>
    </w:p>
    <w:p>
      <w:r>
        <w:br/>
        <w:t>I нiма для нас книга одвiчна…</w:t>
      </w:r>
    </w:p>
    <w:p>
      <w:r>
        <w:br/>
        <w:t>***</w:t>
      </w:r>
    </w:p>
    <w:p>
      <w:r>
        <w:br/>
        <w:t>Єсть у мене одна</w:t>
      </w:r>
    </w:p>
    <w:p>
      <w:r>
        <w:br/>
        <w:t>Розпачлива, сумна,</w:t>
      </w:r>
    </w:p>
    <w:p>
      <w:r>
        <w:br/>
        <w:t>Одинокая зiрка ясная;</w:t>
      </w:r>
    </w:p>
    <w:p>
      <w:r>
        <w:br/>
        <w:t>Сеї ж ночi дарма</w:t>
      </w:r>
    </w:p>
    <w:p>
      <w:r>
        <w:br/>
        <w:t>Її кличу, — нема!</w:t>
      </w:r>
    </w:p>
    <w:p>
      <w:r>
        <w:br/>
        <w:t>Я стою у журбi самотная.</w:t>
      </w:r>
    </w:p>
    <w:p>
      <w:r>
        <w:br/>
        <w:t>I шукаю вгорi</w:t>
      </w:r>
    </w:p>
    <w:p>
      <w:r>
        <w:br/>
        <w:t>Я тiєї зорi:</w:t>
      </w:r>
    </w:p>
    <w:p>
      <w:r>
        <w:br/>
        <w:t>"Ох, зiйди, моя зiрко лагiдна!"</w:t>
      </w:r>
    </w:p>
    <w:p>
      <w:r>
        <w:br/>
        <w:t>Але зорi менi</w:t>
      </w:r>
    </w:p>
    <w:p>
      <w:r>
        <w:br/>
        <w:t>Шлють промiння сумнi:</w:t>
      </w:r>
    </w:p>
    <w:p>
      <w:r>
        <w:br/>
        <w:t>"Не шукай її, дiвчино бiдна!"</w:t>
      </w:r>
    </w:p>
    <w:p>
      <w:r>
        <w:br/>
        <w:t>***</w:t>
      </w:r>
    </w:p>
    <w:p>
      <w:r>
        <w:br/>
        <w:t>Моя люба зоря ронить в серце менi,</w:t>
      </w:r>
    </w:p>
    <w:p>
      <w:r>
        <w:br/>
        <w:t>Наче сльози, промiння тремтяче,</w:t>
      </w:r>
    </w:p>
    <w:p>
      <w:r>
        <w:br/>
        <w:t>Рвуть серденько моє тi промiння страшнi…</w:t>
      </w:r>
    </w:p>
    <w:p>
      <w:r>
        <w:br/>
        <w:t>Ох, чого моя зiронька плаче!</w:t>
      </w:r>
    </w:p>
    <w:p>
      <w:r>
        <w:br/>
        <w:t>***</w:t>
      </w:r>
    </w:p>
    <w:p>
      <w:r>
        <w:br/>
        <w:t>Я сьогоднi в тузi, в горi,</w:t>
      </w:r>
    </w:p>
    <w:p>
      <w:r>
        <w:br/>
        <w:t>Мов у тяжкiм снi, —</w:t>
      </w:r>
    </w:p>
    <w:p>
      <w:r>
        <w:br/>
        <w:t>Отруїли яснi зорi</w:t>
      </w:r>
    </w:p>
    <w:p>
      <w:r>
        <w:br/>
        <w:t>Серденько менi.</w:t>
      </w:r>
    </w:p>
    <w:p>
      <w:r>
        <w:br/>
        <w:t>***</w:t>
      </w:r>
    </w:p>
    <w:p>
      <w:r>
        <w:br/>
        <w:t>В небi мiсяць зiходить смутний,</w:t>
      </w:r>
    </w:p>
    <w:p>
      <w:r>
        <w:br/>
        <w:t>Помiж хмарами вид свiй ховає,</w:t>
      </w:r>
    </w:p>
    <w:p>
      <w:r>
        <w:br/>
        <w:t>Його промiнь червоний, сумний</w:t>
      </w:r>
    </w:p>
    <w:p>
      <w:r>
        <w:br/>
        <w:t>Поза хмарами свiтить-палає.</w:t>
      </w:r>
    </w:p>
    <w:p>
      <w:r>
        <w:br/>
        <w:t>Мов пожежа на небi горить,</w:t>
      </w:r>
    </w:p>
    <w:p>
      <w:r>
        <w:br/>
        <w:t>Землю ж темнiї тiнi вкривають,</w:t>
      </w:r>
    </w:p>
    <w:p>
      <w:r>
        <w:br/>
        <w:t>Ледве промiнь прорветься на мить,</w:t>
      </w:r>
    </w:p>
    <w:p>
      <w:r>
        <w:br/>
        <w:t>Знову хмари, мов дим, застилають.</w:t>
      </w:r>
    </w:p>
    <w:p>
      <w:r>
        <w:br/>
        <w:t>Крiзь темноту самотно зорить</w:t>
      </w:r>
    </w:p>
    <w:p>
      <w:r>
        <w:br/>
        <w:t>Одинокая зiрка ясная,</w:t>
      </w:r>
    </w:p>
    <w:p>
      <w:r>
        <w:br/>
        <w:t>Її промiнь так гордо горить,</w:t>
      </w:r>
    </w:p>
    <w:p>
      <w:r>
        <w:br/>
        <w:t>Не страшна їй темнота нiчная!</w:t>
      </w:r>
    </w:p>
    <w:p>
      <w:r>
        <w:br/>
        <w:t>Гордий промiнь в тiєї зорi,</w:t>
      </w:r>
    </w:p>
    <w:p>
      <w:r>
        <w:br/>
        <w:t>Та в нiм туга палає огниста,</w:t>
      </w:r>
    </w:p>
    <w:p>
      <w:r>
        <w:br/>
        <w:t>I сiяє та зiрка вгорi,</w:t>
      </w:r>
    </w:p>
    <w:p>
      <w:r>
        <w:br/>
        <w:t>Мов велика сльоза промениста.</w:t>
      </w:r>
    </w:p>
    <w:p>
      <w:r>
        <w:br/>
        <w:t>Чи над людьми та зiрка сумна</w:t>
      </w:r>
    </w:p>
    <w:p>
      <w:r>
        <w:br/>
        <w:t>Променистими слiзьми ридає?</w:t>
      </w:r>
    </w:p>
    <w:p>
      <w:r>
        <w:br/>
        <w:t>Чи того, що самотна вона</w:t>
      </w:r>
    </w:p>
    <w:p>
      <w:r>
        <w:br/>
        <w:t>По безмiрнiм просторi блукає?..</w:t>
      </w:r>
    </w:p>
    <w:p>
      <w:r>
        <w:br/>
        <w:t>КОНВАЛIЯ</w:t>
      </w:r>
    </w:p>
    <w:p>
      <w:r>
        <w:br/>
        <w:t>Росла в гаю конвалiя</w:t>
      </w:r>
    </w:p>
    <w:p>
      <w:r>
        <w:br/>
        <w:t>Пiд дубом високим,</w:t>
      </w:r>
    </w:p>
    <w:p>
      <w:r>
        <w:br/>
        <w:t>Захищалась вiд негоди</w:t>
      </w:r>
    </w:p>
    <w:p>
      <w:r>
        <w:br/>
        <w:t>Пiд вiттям широким.</w:t>
      </w:r>
    </w:p>
    <w:p>
      <w:r>
        <w:br/>
        <w:t>Та недовго навтiшалась</w:t>
      </w:r>
    </w:p>
    <w:p>
      <w:r>
        <w:br/>
        <w:t>Конвалiя бiла, —</w:t>
      </w:r>
    </w:p>
    <w:p>
      <w:r>
        <w:br/>
        <w:t>I їй рука чоловiча</w:t>
      </w:r>
    </w:p>
    <w:p>
      <w:r>
        <w:br/>
        <w:t>Вiку вкоротила.</w:t>
      </w:r>
    </w:p>
    <w:p>
      <w:r>
        <w:br/>
        <w:t>Ой понесли конвалiю</w:t>
      </w:r>
    </w:p>
    <w:p>
      <w:r>
        <w:br/>
        <w:t>У високу залу,</w:t>
      </w:r>
    </w:p>
    <w:p>
      <w:r>
        <w:br/>
        <w:t>Понесла її з собою</w:t>
      </w:r>
    </w:p>
    <w:p>
      <w:r>
        <w:br/>
        <w:t>Панночка до балу.</w:t>
      </w:r>
    </w:p>
    <w:p>
      <w:r>
        <w:br/>
        <w:t>Ой на балi веселая</w:t>
      </w:r>
    </w:p>
    <w:p>
      <w:r>
        <w:br/>
        <w:t>Музиченька грає,</w:t>
      </w:r>
    </w:p>
    <w:p>
      <w:r>
        <w:br/>
        <w:t>Конвалiї та музика</w:t>
      </w:r>
    </w:p>
    <w:p>
      <w:r>
        <w:br/>
        <w:t>Бiдне серце крає.</w:t>
      </w:r>
    </w:p>
    <w:p>
      <w:r>
        <w:br/>
        <w:t>То ж панночка в веселому</w:t>
      </w:r>
    </w:p>
    <w:p>
      <w:r>
        <w:br/>
        <w:t>Вальсi закрутилась,</w:t>
      </w:r>
    </w:p>
    <w:p>
      <w:r>
        <w:br/>
        <w:t>А в конвалiї головка</w:t>
      </w:r>
    </w:p>
    <w:p>
      <w:r>
        <w:br/>
        <w:t>Пов'яла, схилилась.</w:t>
      </w:r>
    </w:p>
    <w:p>
      <w:r>
        <w:br/>
        <w:t>Промовила конвалiя:</w:t>
      </w:r>
    </w:p>
    <w:p>
      <w:r>
        <w:br/>
        <w:t>"Прощай, гаю милий!</w:t>
      </w:r>
    </w:p>
    <w:p>
      <w:r>
        <w:br/>
        <w:t>I ти, дубе мiй високий,</w:t>
      </w:r>
    </w:p>
    <w:p>
      <w:r>
        <w:br/>
        <w:t>Друже мiй єдиний!"</w:t>
      </w:r>
    </w:p>
    <w:p>
      <w:r>
        <w:br/>
        <w:t>Та й замовкла. Байдужою</w:t>
      </w:r>
    </w:p>
    <w:p>
      <w:r>
        <w:br/>
        <w:t>Панночка рукою</w:t>
      </w:r>
    </w:p>
    <w:p>
      <w:r>
        <w:br/>
        <w:t>Тую квiточку зiв'ялу</w:t>
      </w:r>
    </w:p>
    <w:p>
      <w:r>
        <w:br/>
        <w:t>Кинула додолу.</w:t>
      </w:r>
    </w:p>
    <w:p>
      <w:r>
        <w:br/>
        <w:t>Може, й тобi, моя паяно.</w:t>
      </w:r>
    </w:p>
    <w:p>
      <w:r>
        <w:br/>
        <w:t>Колись доведеться</w:t>
      </w:r>
    </w:p>
    <w:p>
      <w:r>
        <w:br/>
        <w:t>Згадать тую конвалiю,</w:t>
      </w:r>
    </w:p>
    <w:p>
      <w:r>
        <w:br/>
        <w:t>Як щастя минеться.</w:t>
      </w:r>
    </w:p>
    <w:p>
      <w:r>
        <w:br/>
        <w:t>Недовго й ти, моя панно,</w:t>
      </w:r>
    </w:p>
    <w:p>
      <w:r>
        <w:br/>
        <w:t>Будеш утiшатись</w:t>
      </w:r>
    </w:p>
    <w:p>
      <w:r>
        <w:br/>
        <w:t>Та по балах у веселих</w:t>
      </w:r>
    </w:p>
    <w:p>
      <w:r>
        <w:br/>
        <w:t>Таночках звиватись.</w:t>
      </w:r>
    </w:p>
    <w:p>
      <w:r>
        <w:br/>
        <w:t>Може, колись оцей милий,</w:t>
      </w:r>
    </w:p>
    <w:p>
      <w:r>
        <w:br/>
        <w:t>Що так любить дуже,</w:t>
      </w:r>
    </w:p>
    <w:p>
      <w:r>
        <w:br/>
        <w:t>Тебе, квiточку зiв'ялу,</w:t>
      </w:r>
    </w:p>
    <w:p>
      <w:r>
        <w:br/>
        <w:t>Залишить байдуже!..</w:t>
      </w:r>
    </w:p>
    <w:p>
      <w:r>
        <w:br/>
        <w:t>[Волинь, 30/Х 1884]</w:t>
      </w:r>
    </w:p>
    <w:p>
      <w:r>
        <w:br/>
        <w:t>НАПРОВЕСНІ</w:t>
      </w:r>
    </w:p>
    <w:p>
      <w:r>
        <w:br/>
        <w:t>Не дивуйтесь, що квітом прекрасним</w:t>
      </w:r>
    </w:p>
    <w:p>
      <w:r>
        <w:br/>
        <w:t>Розцвілася дівчина несміла, –</w:t>
      </w:r>
    </w:p>
    <w:p>
      <w:r>
        <w:br/>
        <w:t>Так під промінням сонечка ясним</w:t>
      </w:r>
    </w:p>
    <w:p>
      <w:r>
        <w:br/>
        <w:t>Розцвітає первісточка біла.</w:t>
      </w:r>
    </w:p>
    <w:p>
      <w:r>
        <w:br/>
        <w:t>Не дивуйтесь, що думи глибокі</w:t>
      </w:r>
    </w:p>
    <w:p>
      <w:r>
        <w:br/>
        <w:t>Будять речі та сльози пекучі, –</w:t>
      </w:r>
    </w:p>
    <w:p>
      <w:r>
        <w:br/>
        <w:t>Так напровесні дзвінкі потоки</w:t>
      </w:r>
    </w:p>
    <w:p>
      <w:r>
        <w:br/>
        <w:t>Прудко, гучно збігають із кручі.</w:t>
      </w:r>
    </w:p>
    <w:p>
      <w:r>
        <w:br/>
        <w:t>Не дивуйтесь, що серце так рв’яно,</w:t>
      </w:r>
    </w:p>
    <w:p>
      <w:r>
        <w:br/>
        <w:t>Щиро прагне і волі, і діла, –</w:t>
      </w:r>
    </w:p>
    <w:p>
      <w:r>
        <w:br/>
        <w:t>Чули ви, як напровесні рано</w:t>
      </w:r>
    </w:p>
    <w:p>
      <w:r>
        <w:br/>
        <w:t>Жайворонкова пісня бриніла?..</w:t>
      </w:r>
    </w:p>
    <w:p>
      <w:r>
        <w:br/>
        <w:t>СОNТRА SРЕМ SРЕRО! [7]</w:t>
      </w:r>
    </w:p>
    <w:p>
      <w:r>
        <w:br/>
        <w:t>Гетьте, думи, ви хмари осiннi!</w:t>
      </w:r>
    </w:p>
    <w:p>
      <w:r>
        <w:br/>
        <w:t>То ж тепера весна золота!</w:t>
      </w:r>
    </w:p>
    <w:p>
      <w:r>
        <w:br/>
        <w:t>Чи то так у жалю, в голосiннi</w:t>
      </w:r>
    </w:p>
    <w:p>
      <w:r>
        <w:br/>
        <w:t>Проминуть молодiї лiта?</w:t>
      </w:r>
    </w:p>
    <w:p>
      <w:r>
        <w:br/>
        <w:t>Нi, я хочу крiзь сльози смiятись,</w:t>
      </w:r>
    </w:p>
    <w:p>
      <w:r>
        <w:br/>
        <w:t>Серед лиха спiвати пiснi,</w:t>
      </w:r>
    </w:p>
    <w:p>
      <w:r>
        <w:br/>
        <w:t>Без надiї таки сподiватись,</w:t>
      </w:r>
    </w:p>
    <w:p>
      <w:r>
        <w:br/>
        <w:t>Жити хочу! Геть, думи сумнi!</w:t>
      </w:r>
    </w:p>
    <w:p>
      <w:r>
        <w:br/>
        <w:t>Я на вбогiм сумнiм перелозi</w:t>
      </w:r>
    </w:p>
    <w:p>
      <w:r>
        <w:br/>
        <w:t>Буду сiять барвистi квiтки,</w:t>
      </w:r>
    </w:p>
    <w:p>
      <w:r>
        <w:br/>
        <w:t>Буду сiять квiтки на морозi,</w:t>
      </w:r>
    </w:p>
    <w:p>
      <w:r>
        <w:br/>
        <w:t>Буду лить на них сльози гiркi.</w:t>
      </w:r>
    </w:p>
    <w:p>
      <w:r>
        <w:br/>
        <w:t>I вiд слiз тих гарячих розтане</w:t>
      </w:r>
    </w:p>
    <w:p>
      <w:r>
        <w:br/>
        <w:t>Та кора льодовая, мiцна,</w:t>
      </w:r>
    </w:p>
    <w:p>
      <w:r>
        <w:br/>
        <w:t>Може, квiти зiйдуть — i настане</w:t>
      </w:r>
    </w:p>
    <w:p>
      <w:r>
        <w:br/>
        <w:t>Ще й для мене весела весна.</w:t>
      </w:r>
    </w:p>
    <w:p>
      <w:r>
        <w:br/>
        <w:t>Я на гору круту крем'яную</w:t>
      </w:r>
    </w:p>
    <w:p>
      <w:r>
        <w:br/>
        <w:t>Буду камiнь важкий пiдiймать</w:t>
      </w:r>
    </w:p>
    <w:p>
      <w:r>
        <w:br/>
        <w:t>I, несучи вагу ту страшную,</w:t>
      </w:r>
    </w:p>
    <w:p>
      <w:r>
        <w:br/>
        <w:t>Буду пiсню веселу спiвать.</w:t>
      </w:r>
    </w:p>
    <w:p>
      <w:r>
        <w:br/>
        <w:t>В довгу, темную нiчку невидну</w:t>
      </w:r>
    </w:p>
    <w:p>
      <w:r>
        <w:br/>
        <w:t>Не стулю нi на хвильку очей —</w:t>
      </w:r>
    </w:p>
    <w:p>
      <w:r>
        <w:br/>
        <w:t>Все шукатиму зiрку провiдну,</w:t>
      </w:r>
    </w:p>
    <w:p>
      <w:r>
        <w:br/>
        <w:t>Ясну владарку темних ночей.</w:t>
      </w:r>
    </w:p>
    <w:p>
      <w:r>
        <w:br/>
        <w:t>Так! я буду крiзь сльози смiятись,</w:t>
      </w:r>
    </w:p>
    <w:p>
      <w:r>
        <w:br/>
        <w:t>Серед лиха спiвати пiснi,</w:t>
      </w:r>
    </w:p>
    <w:p>
      <w:r>
        <w:br/>
        <w:t>Без надiї таки сподiватись,</w:t>
      </w:r>
    </w:p>
    <w:p>
      <w:r>
        <w:br/>
        <w:t>Буду жити! Геть, думи сумнi!</w:t>
      </w:r>
    </w:p>
    <w:p>
      <w:r>
        <w:br/>
        <w:t>[2 травня 1890 р.]</w:t>
      </w:r>
    </w:p>
    <w:p>
      <w:r>
        <w:br/>
        <w:t>КОЛИ ВТОМЛЮСЯ Я ЖИТТЯМ ЩОДЕННИМ</w:t>
      </w:r>
    </w:p>
    <w:p>
      <w:r>
        <w:br/>
        <w:t>Коли втомлюся я життям щоденним,</w:t>
      </w:r>
    </w:p>
    <w:p>
      <w:r>
        <w:br/>
        <w:t>Щоденним лихом, що навколо бачу,</w:t>
      </w:r>
    </w:p>
    <w:p>
      <w:r>
        <w:br/>
        <w:t>Тоді я думку шлю в світи далекі,</w:t>
      </w:r>
    </w:p>
    <w:p>
      <w:r>
        <w:br/>
        <w:t>Блукає погляд мій в країні мрії.</w:t>
      </w:r>
    </w:p>
    <w:p>
      <w:r>
        <w:br/>
        <w:t>Що бачу я в далекому просторі?</w:t>
      </w:r>
    </w:p>
    <w:p>
      <w:r>
        <w:br/>
        <w:t>Прийдешність бачу я, віки потомні.</w:t>
      </w:r>
    </w:p>
    <w:p>
      <w:r>
        <w:br/>
        <w:t>Мені ввижається, як в тихім, ріднім колі</w:t>
      </w:r>
    </w:p>
    <w:p>
      <w:r>
        <w:br/>
        <w:t>Старий дідусь навча своїх онуків,</w:t>
      </w:r>
    </w:p>
    <w:p>
      <w:r>
        <w:br/>
        <w:t>Про давнину справдешні байки править,</w:t>
      </w:r>
    </w:p>
    <w:p>
      <w:r>
        <w:br/>
        <w:t>Про те, що діялось на нашім світі.</w:t>
      </w:r>
    </w:p>
    <w:p>
      <w:r>
        <w:br/>
        <w:t>Родинне коло діда оточило,</w:t>
      </w:r>
    </w:p>
    <w:p>
      <w:r>
        <w:br/>
        <w:t>Сини та дочки, молоді онуки;</w:t>
      </w:r>
    </w:p>
    <w:p>
      <w:r>
        <w:br/>
        <w:t>Одні уважно, пильно вислухають,</w:t>
      </w:r>
    </w:p>
    <w:p>
      <w:r>
        <w:br/>
        <w:t>У других тиха мрія в очах сяє.</w:t>
      </w:r>
    </w:p>
    <w:p>
      <w:r>
        <w:br/>
        <w:t>Онук щонаймолодший сів близенько</w:t>
      </w:r>
    </w:p>
    <w:p>
      <w:r>
        <w:br/>
        <w:t>Край діда і слідкує його рухи</w:t>
      </w:r>
    </w:p>
    <w:p>
      <w:r>
        <w:br/>
        <w:t>Палким, уважним поглядом блискучим.</w:t>
      </w:r>
    </w:p>
    <w:p>
      <w:r>
        <w:br/>
        <w:t>Дідусь мовляє тихо, урочисто:</w:t>
      </w:r>
    </w:p>
    <w:p>
      <w:r>
        <w:br/>
        <w:t>"Щасливі, дітки, ви, що народились</w:t>
      </w:r>
    </w:p>
    <w:p>
      <w:r>
        <w:br/>
        <w:t>В лагідний час, в безпечную годину!</w:t>
      </w:r>
    </w:p>
    <w:p>
      <w:r>
        <w:br/>
        <w:t>Ви слухаєте, мов страшную казку,</w:t>
      </w:r>
    </w:p>
    <w:p>
      <w:r>
        <w:br/>
        <w:t>Сю розповідь про давні дикі часи.</w:t>
      </w:r>
    </w:p>
    <w:p>
      <w:r>
        <w:br/>
        <w:t>Так, дітки! світ наш красний, вільний</w:t>
      </w:r>
    </w:p>
    <w:p>
      <w:r>
        <w:br/>
        <w:t>Темницею здавався давнім людям;</w:t>
      </w:r>
    </w:p>
    <w:p>
      <w:r>
        <w:br/>
        <w:t>Та й справді, світ сей був тоді темниця:</w:t>
      </w:r>
    </w:p>
    <w:p>
      <w:r>
        <w:br/>
        <w:t>В кормигу запрягав народ народа,</w:t>
      </w:r>
    </w:p>
    <w:p>
      <w:r>
        <w:br/>
        <w:t>На вільне слово ковано кайдани.</w:t>
      </w:r>
    </w:p>
    <w:p>
      <w:r>
        <w:br/>
        <w:t>Півроду людського не звано людьми,</w:t>
      </w:r>
    </w:p>
    <w:p>
      <w:r>
        <w:br/>
        <w:t>Затято йшов війною брат на брата.</w:t>
      </w:r>
    </w:p>
    <w:p>
      <w:r>
        <w:br/>
        <w:t>Ви знаєте, що звалося війною?</w:t>
      </w:r>
    </w:p>
    <w:p>
      <w:r>
        <w:br/>
        <w:t>Тоді війною звали братовбійство</w:t>
      </w:r>
    </w:p>
    <w:p>
      <w:r>
        <w:br/>
        <w:t>Во ім’я правди, волі, віри, честі,</w:t>
      </w:r>
    </w:p>
    <w:p>
      <w:r>
        <w:br/>
        <w:t>А кроволиття звалося геройством;</w:t>
      </w:r>
    </w:p>
    <w:p>
      <w:r>
        <w:br/>
        <w:t>Убожеством там звали смерть голодну,</w:t>
      </w:r>
    </w:p>
    <w:p>
      <w:r>
        <w:br/>
        <w:t>Багатством – награбовані маєтки,</w:t>
      </w:r>
    </w:p>
    <w:p>
      <w:r>
        <w:br/>
        <w:t>Простотою – темноту безпросвітну,</w:t>
      </w:r>
    </w:p>
    <w:p>
      <w:r>
        <w:br/>
        <w:t>Ученістю – непевнеє блукання,</w:t>
      </w:r>
    </w:p>
    <w:p>
      <w:r>
        <w:br/>
        <w:t>Бездушну помсту звано правосуддям,</w:t>
      </w:r>
    </w:p>
    <w:p>
      <w:r>
        <w:br/>
        <w:t>А самоволю деспотичну – правом.</w:t>
      </w:r>
    </w:p>
    <w:p>
      <w:r>
        <w:br/>
        <w:t>Всім гордим-пишним честь була і слава,</w:t>
      </w:r>
    </w:p>
    <w:p>
      <w:r>
        <w:br/>
        <w:t>Зневаженим-ображеним погорда.</w:t>
      </w:r>
    </w:p>
    <w:p>
      <w:r>
        <w:br/>
        <w:t>Загинув би напевно люд нещасний,</w:t>
      </w:r>
    </w:p>
    <w:p>
      <w:r>
        <w:br/>
        <w:t>Якби погасла та маленька іскра</w:t>
      </w:r>
    </w:p>
    <w:p>
      <w:r>
        <w:br/>
        <w:t>Любові братньої, що поміж людьми</w:t>
      </w:r>
    </w:p>
    <w:p>
      <w:r>
        <w:br/>
        <w:t>У деяких серцях горіла тихо.</w:t>
      </w:r>
    </w:p>
    <w:p>
      <w:r>
        <w:br/>
        <w:t>Та іскра тиха тліла, не вгасала,</w:t>
      </w:r>
    </w:p>
    <w:p>
      <w:r>
        <w:br/>
        <w:t>І розгорілася багаттям ясним,</w:t>
      </w:r>
    </w:p>
    <w:p>
      <w:r>
        <w:br/>
        <w:t>І освітила темную темноту, –</w:t>
      </w:r>
    </w:p>
    <w:p>
      <w:r>
        <w:br/>
        <w:t>На нашім світі влада світла стала!..</w:t>
      </w:r>
    </w:p>
    <w:p>
      <w:r>
        <w:br/>
        <w:t>Се розповідали мені старії люди,</w:t>
      </w:r>
    </w:p>
    <w:p>
      <w:r>
        <w:br/>
        <w:t>Не за моєї пам’яті було те".</w:t>
      </w:r>
    </w:p>
    <w:p>
      <w:r>
        <w:br/>
        <w:t>Так говорив дідусь. Онук найменший,</w:t>
      </w:r>
    </w:p>
    <w:p>
      <w:r>
        <w:br/>
        <w:t>Підвівши чоло, ясно подивився,</w:t>
      </w:r>
    </w:p>
    <w:p>
      <w:r>
        <w:br/>
        <w:t>Уста тремтіли усміхом утішним.</w:t>
      </w:r>
    </w:p>
    <w:p>
      <w:r>
        <w:br/>
        <w:t>"Дідусю, ти страшні казав нам байки,</w:t>
      </w:r>
    </w:p>
    <w:p>
      <w:r>
        <w:br/>
        <w:t>Я радий, що не бачив лихоліття!"</w:t>
      </w:r>
    </w:p>
    <w:p>
      <w:r>
        <w:br/>
        <w:t>[10 липня 1890 р.]</w:t>
      </w:r>
    </w:p>
    <w:p>
      <w:r>
        <w:br/>
        <w:t>МІЙ ШЛЯХ</w:t>
      </w:r>
    </w:p>
    <w:p>
      <w:r>
        <w:br/>
        <w:t>На шлях я вийшла ранньою весною</w:t>
      </w:r>
    </w:p>
    <w:p>
      <w:r>
        <w:br/>
        <w:t>І тихий спів несмілий заспівала,</w:t>
      </w:r>
    </w:p>
    <w:p>
      <w:r>
        <w:br/>
        <w:t>А хто стрівався на шляху зо мною,</w:t>
      </w:r>
    </w:p>
    <w:p>
      <w:r>
        <w:br/>
        <w:t>Того я щирим серденьком вітала:</w:t>
      </w:r>
    </w:p>
    <w:p>
      <w:r>
        <w:br/>
        <w:t>"Самій не довго збитися з путі,</w:t>
      </w:r>
    </w:p>
    <w:p>
      <w:r>
        <w:br/>
        <w:t>Та трудно з неї збитись у гурті".</w:t>
      </w:r>
    </w:p>
    <w:p>
      <w:r>
        <w:br/>
        <w:t>Я йду шляхом, пісні свої співаю;</w:t>
      </w:r>
    </w:p>
    <w:p>
      <w:r>
        <w:br/>
        <w:t>Та не шукайте в них пророчої науки, –</w:t>
      </w:r>
    </w:p>
    <w:p>
      <w:r>
        <w:br/>
        <w:t>Ні, голосу я гучного не маю!</w:t>
      </w:r>
    </w:p>
    <w:p>
      <w:r>
        <w:br/>
        <w:t>Коли ж хто сльози ллє з тяжкої муки, –</w:t>
      </w:r>
    </w:p>
    <w:p>
      <w:r>
        <w:br/>
        <w:t>Скажу я: "Разом плачмо, брате мій!"</w:t>
      </w:r>
    </w:p>
    <w:p>
      <w:r>
        <w:br/>
        <w:t>З його плачем я спів з’єднаю свій,</w:t>
      </w:r>
    </w:p>
    <w:p>
      <w:r>
        <w:br/>
        <w:t>Бо не такі вже гіркі сльози – спільні.</w:t>
      </w:r>
    </w:p>
    <w:p>
      <w:r>
        <w:br/>
        <w:t>Коли ж на довгому шляху прийдеться</w:t>
      </w:r>
    </w:p>
    <w:p>
      <w:r>
        <w:br/>
        <w:t>Мені почути співи гучні, вільні, –</w:t>
      </w:r>
    </w:p>
    <w:p>
      <w:r>
        <w:br/>
        <w:t>В моїй душі для них луна знайдеться.</w:t>
      </w:r>
    </w:p>
    <w:p>
      <w:r>
        <w:br/>
        <w:t>Сховаю я тоді журбу свою</w:t>
      </w:r>
    </w:p>
    <w:p>
      <w:r>
        <w:br/>
        <w:t>І пісні вільної жалем не отрую.</w:t>
      </w:r>
    </w:p>
    <w:p>
      <w:r>
        <w:br/>
        <w:t>Коли я погляд свій на небо зводжу, –</w:t>
      </w:r>
    </w:p>
    <w:p>
      <w:r>
        <w:br/>
        <w:t>Нових зірок на йому не шукаю,</w:t>
      </w:r>
    </w:p>
    <w:p>
      <w:r>
        <w:br/>
        <w:t>Я там братерство, рівність, волю гожу</w:t>
      </w:r>
    </w:p>
    <w:p>
      <w:r>
        <w:br/>
        <w:t>Крізь чорні хмари вглядіти бажаю, –</w:t>
      </w:r>
    </w:p>
    <w:p>
      <w:r>
        <w:br/>
        <w:t>Тих три величні золоті зорі,</w:t>
      </w:r>
    </w:p>
    <w:p>
      <w:r>
        <w:br/>
        <w:t>Що людям сяють безліч літ вгорі…</w:t>
      </w:r>
    </w:p>
    <w:p>
      <w:r>
        <w:br/>
        <w:t>Чи тільки терни на шляху знайду,</w:t>
      </w:r>
    </w:p>
    <w:p>
      <w:r>
        <w:br/>
        <w:t>Чи стріну, може, де і квіт барвистий?</w:t>
      </w:r>
    </w:p>
    <w:p>
      <w:r>
        <w:br/>
        <w:t>Чи до мети я певної дійду,</w:t>
      </w:r>
    </w:p>
    <w:p>
      <w:r>
        <w:br/>
        <w:t>Чи без пори скінчу свій шлях тернистий, –</w:t>
      </w:r>
    </w:p>
    <w:p>
      <w:r>
        <w:br/>
        <w:t>Бажаю так скінчити я свій шлях,</w:t>
      </w:r>
    </w:p>
    <w:p>
      <w:r>
        <w:br/>
        <w:t>Як починала: з співом на устах!</w:t>
      </w:r>
    </w:p>
    <w:p>
      <w:r>
        <w:br/>
        <w:t>[22 травня 1890]</w:t>
      </w:r>
    </w:p>
    <w:p>
      <w:r>
        <w:br/>
        <w:t>В’ЯЗЕНЬ</w:t>
      </w:r>
    </w:p>
    <w:p>
      <w:r>
        <w:br/>
        <w:t>Сидить в темниці в’язень самотний</w:t>
      </w:r>
    </w:p>
    <w:p>
      <w:r>
        <w:br/>
        <w:t>І скрізь блукає поглядом, смутний:</w:t>
      </w:r>
    </w:p>
    <w:p>
      <w:r>
        <w:br/>
        <w:t>То по закуренім низькім склепінню,</w:t>
      </w:r>
    </w:p>
    <w:p>
      <w:r>
        <w:br/>
        <w:t>То по стіні, по брудному камінню.</w:t>
      </w:r>
    </w:p>
    <w:p>
      <w:r>
        <w:br/>
        <w:t>Над головою в нього розпустила</w:t>
      </w:r>
    </w:p>
    <w:p>
      <w:r>
        <w:br/>
        <w:t>Нудьга свої широкі сиві крила.</w:t>
      </w:r>
    </w:p>
    <w:p>
      <w:r>
        <w:br/>
        <w:t>А думка рветься в той широкий світ,</w:t>
      </w:r>
    </w:p>
    <w:p>
      <w:r>
        <w:br/>
        <w:t>Його вкрива тепер весняний цвіт…</w:t>
      </w:r>
    </w:p>
    <w:p>
      <w:r>
        <w:br/>
        <w:t>"Забудь той світ! міцна твоя темниця!"</w:t>
      </w:r>
    </w:p>
    <w:p>
      <w:r>
        <w:br/>
        <w:t>І думка пада, мов підбита птиця.</w:t>
      </w:r>
    </w:p>
    <w:p>
      <w:r>
        <w:br/>
        <w:t>Не плаче бідний в’язень, не ридає,</w:t>
      </w:r>
    </w:p>
    <w:p>
      <w:r>
        <w:br/>
        <w:t>Сумний, понурий, край вікна сідає.</w:t>
      </w:r>
    </w:p>
    <w:p>
      <w:r>
        <w:br/>
        <w:t>Перед вікном широка бита путь,</w:t>
      </w:r>
    </w:p>
    <w:p>
      <w:r>
        <w:br/>
        <w:t>По ній чужі байдужі люди йдуть.</w:t>
      </w:r>
    </w:p>
    <w:p>
      <w:r>
        <w:br/>
        <w:t>Хто йде, хто їде – на темницю гляне.</w:t>
      </w:r>
    </w:p>
    <w:p>
      <w:r>
        <w:br/>
        <w:t>Холодний погляд!.. Ох, як серце в’яне!</w:t>
      </w:r>
    </w:p>
    <w:p>
      <w:r>
        <w:br/>
        <w:t>В темниці тут жива душа конає,</w:t>
      </w:r>
    </w:p>
    <w:p>
      <w:r>
        <w:br/>
        <w:t>Ніхто про те не думає, не дбає…</w:t>
      </w:r>
    </w:p>
    <w:p>
      <w:r>
        <w:br/>
        <w:t>Дорогою йде жінка молода.</w:t>
      </w:r>
    </w:p>
    <w:p>
      <w:r>
        <w:br/>
        <w:t>Яка ж сумна, убога та бліда!</w:t>
      </w:r>
    </w:p>
    <w:p>
      <w:r>
        <w:br/>
        <w:t>І на руках несе малу дитину,</w:t>
      </w:r>
    </w:p>
    <w:p>
      <w:r>
        <w:br/>
        <w:t>Обгорнену в подерту сірячину.</w:t>
      </w:r>
    </w:p>
    <w:p>
      <w:r>
        <w:br/>
        <w:t>Яка ж вродлива, гарна, мов картина,</w:t>
      </w:r>
    </w:p>
    <w:p>
      <w:r>
        <w:br/>
        <w:t>Та безталанна вбогая дитина!</w:t>
      </w:r>
    </w:p>
    <w:p>
      <w:r>
        <w:br/>
        <w:t>Побачив в’язень пару ту й зрадів,</w:t>
      </w:r>
    </w:p>
    <w:p>
      <w:r>
        <w:br/>
        <w:t>А тільки вид йому як сніг збілів.</w:t>
      </w:r>
    </w:p>
    <w:p>
      <w:r>
        <w:br/>
        <w:t>Ох, се ж його дружина молодая!</w:t>
      </w:r>
    </w:p>
    <w:p>
      <w:r>
        <w:br/>
        <w:t>Ох, се ж його дитинонька малая!</w:t>
      </w:r>
    </w:p>
    <w:p>
      <w:r>
        <w:br/>
        <w:t>"Здоров був, любий!" – жінка говорила, –</w:t>
      </w:r>
    </w:p>
    <w:p>
      <w:r>
        <w:br/>
        <w:t>А в голосі її сльоза бриніла.</w:t>
      </w:r>
    </w:p>
    <w:p>
      <w:r>
        <w:br/>
        <w:t>Але весела й жвавенька була</w:t>
      </w:r>
    </w:p>
    <w:p>
      <w:r>
        <w:br/>
        <w:t>І щебетала дівчинка мала:</w:t>
      </w:r>
    </w:p>
    <w:p>
      <w:r>
        <w:br/>
        <w:t>"Ку-ку, ку-ку! а де ти? тут, татусю?</w:t>
      </w:r>
    </w:p>
    <w:p>
      <w:r>
        <w:br/>
        <w:t>Візьми на руці, поцілуй Марусю!"</w:t>
      </w:r>
    </w:p>
    <w:p>
      <w:r>
        <w:br/>
        <w:t>Здавалось, певне, бідному дитяті,</w:t>
      </w:r>
    </w:p>
    <w:p>
      <w:r>
        <w:br/>
        <w:t>Що татко жартами сховавсь за грати.</w:t>
      </w:r>
    </w:p>
    <w:p>
      <w:r>
        <w:br/>
        <w:t>А татко ручку доні цілував</w:t>
      </w:r>
    </w:p>
    <w:p>
      <w:r>
        <w:br/>
        <w:t>І гіркими сльозами обливав.</w:t>
      </w:r>
    </w:p>
    <w:p>
      <w:r>
        <w:br/>
        <w:t>"Ох, ти ж моє дитя кохане, рідне!.."</w:t>
      </w:r>
    </w:p>
    <w:p>
      <w:r>
        <w:br/>
        <w:t>А жінка мовила: "Радіє, бідне…</w:t>
      </w:r>
    </w:p>
    <w:p>
      <w:r>
        <w:br/>
        <w:t>Мале, – його ще лихо не діймає;</w:t>
      </w:r>
    </w:p>
    <w:p>
      <w:r>
        <w:br/>
        <w:t>Вже другий день, як хліба в нас немає.</w:t>
      </w:r>
    </w:p>
    <w:p>
      <w:r>
        <w:br/>
        <w:t>В неділю ще за той нещасний хліб</w:t>
      </w:r>
    </w:p>
    <w:p>
      <w:r>
        <w:br/>
        <w:t>Останнюю худобу жид загріб,</w:t>
      </w:r>
    </w:p>
    <w:p>
      <w:r>
        <w:br/>
        <w:t>Продав за довг остатнюю корову…"</w:t>
      </w:r>
    </w:p>
    <w:p>
      <w:r>
        <w:br/>
        <w:t>І сльози жінці перебили мову;</w:t>
      </w:r>
    </w:p>
    <w:p>
      <w:r>
        <w:br/>
        <w:t>До каменя холодного припала</w:t>
      </w:r>
    </w:p>
    <w:p>
      <w:r>
        <w:br/>
        <w:t>І гірко, розпачливо заридала.</w:t>
      </w:r>
    </w:p>
    <w:p>
      <w:r>
        <w:br/>
        <w:t>Мала дитина почала квилить</w:t>
      </w:r>
    </w:p>
    <w:p>
      <w:r>
        <w:br/>
        <w:t>І стиха їсти в матері просить.</w:t>
      </w:r>
    </w:p>
    <w:p>
      <w:r>
        <w:br/>
        <w:t>"Прощай!" – промовила понуро мила,</w:t>
      </w:r>
    </w:p>
    <w:p>
      <w:r>
        <w:br/>
        <w:t>Дитину до віконця підсадила.</w:t>
      </w:r>
    </w:p>
    <w:p>
      <w:r>
        <w:br/>
        <w:t>Татусь, цілуючи свою дитинку,</w:t>
      </w:r>
    </w:p>
    <w:p>
      <w:r>
        <w:br/>
        <w:t>Невільничого хліба дав скоринку…</w:t>
      </w:r>
    </w:p>
    <w:p>
      <w:r>
        <w:br/>
        <w:t>Він погляд свій услід їм посилав.</w:t>
      </w:r>
    </w:p>
    <w:p>
      <w:r>
        <w:br/>
        <w:t>Він і тепер не плакав, не ридав,</w:t>
      </w:r>
    </w:p>
    <w:p>
      <w:r>
        <w:br/>
        <w:t>На очах в його сльози не блищали, –</w:t>
      </w:r>
    </w:p>
    <w:p>
      <w:r>
        <w:br/>
        <w:t>Вони на серце каменем упали.</w:t>
      </w:r>
    </w:p>
    <w:p>
      <w:r>
        <w:br/>
        <w:t>І в’язень руки заломив з журбою:</w:t>
      </w:r>
    </w:p>
    <w:p>
      <w:r>
        <w:br/>
        <w:t>"Навіщо ми побралися з тобою!.."</w:t>
      </w:r>
    </w:p>
    <w:p>
      <w:r>
        <w:br/>
        <w:t>[1889]</w:t>
      </w:r>
    </w:p>
    <w:p>
      <w:r>
        <w:br/>
        <w:t>СПІВЕЦЬ</w:t>
      </w:r>
    </w:p>
    <w:p>
      <w:r>
        <w:br/>
        <w:t>Пишно займались багрянії зорі</w:t>
      </w:r>
    </w:p>
    <w:p>
      <w:r>
        <w:br/>
        <w:t>Колись навесні,</w:t>
      </w:r>
    </w:p>
    <w:p>
      <w:r>
        <w:br/>
        <w:t>Любо лилися в пташиному хорі</w:t>
      </w:r>
    </w:p>
    <w:p>
      <w:r>
        <w:br/>
        <w:t>Пісні голосні;</w:t>
      </w:r>
    </w:p>
    <w:p>
      <w:r>
        <w:br/>
        <w:t>Грала промінням, ясним самоцвітом</w:t>
      </w:r>
    </w:p>
    <w:p>
      <w:r>
        <w:br/>
        <w:t>Порання роса,</w:t>
      </w:r>
    </w:p>
    <w:p>
      <w:r>
        <w:br/>
        <w:t>І усміхалась весняним привітом</w:t>
      </w:r>
    </w:p>
    <w:p>
      <w:r>
        <w:br/>
        <w:t>Натури краса.</w:t>
      </w:r>
    </w:p>
    <w:p>
      <w:r>
        <w:br/>
        <w:t>Гордо палала троянда розкішна,</w:t>
      </w:r>
    </w:p>
    <w:p>
      <w:r>
        <w:br/>
        <w:t>Найкраща з квіток, –</w:t>
      </w:r>
    </w:p>
    <w:p>
      <w:r>
        <w:br/>
        <w:t>Барвою й пахом вродливиця пишна</w:t>
      </w:r>
    </w:p>
    <w:p>
      <w:r>
        <w:br/>
        <w:t>Красила садок.</w:t>
      </w:r>
    </w:p>
    <w:p>
      <w:r>
        <w:br/>
        <w:t>А соловейко троянді вродливій</w:t>
      </w:r>
    </w:p>
    <w:p>
      <w:r>
        <w:br/>
        <w:t>Так любо співав,</w:t>
      </w:r>
    </w:p>
    <w:p>
      <w:r>
        <w:br/>
        <w:t>Голосом дивним співець чарівливий</w:t>
      </w:r>
    </w:p>
    <w:p>
      <w:r>
        <w:br/>
        <w:t>Садки розвивав;</w:t>
      </w:r>
    </w:p>
    <w:p>
      <w:r>
        <w:br/>
        <w:t>Слав до вечірньої зорі прощання,</w:t>
      </w:r>
    </w:p>
    <w:p>
      <w:r>
        <w:br/>
        <w:t>Що гасла вгорі,</w:t>
      </w:r>
    </w:p>
    <w:p>
      <w:r>
        <w:br/>
        <w:t>Ще ж голосніше співав на вітання</w:t>
      </w:r>
    </w:p>
    <w:p>
      <w:r>
        <w:br/>
        <w:t>Поранній зорі…</w:t>
      </w:r>
    </w:p>
    <w:p>
      <w:r>
        <w:br/>
        <w:t>Вже пролетів, немов пташка зальотна,</w:t>
      </w:r>
    </w:p>
    <w:p>
      <w:r>
        <w:br/>
        <w:t>Весняний той час, –</w:t>
      </w:r>
    </w:p>
    <w:p>
      <w:r>
        <w:br/>
        <w:t>Осінь холодная, осінь вільготна</w:t>
      </w:r>
    </w:p>
    <w:p>
      <w:r>
        <w:br/>
        <w:t>Панує у нас.</w:t>
      </w:r>
    </w:p>
    <w:p>
      <w:r>
        <w:br/>
        <w:t>Тихо спускається нічка осіння, –</w:t>
      </w:r>
    </w:p>
    <w:p>
      <w:r>
        <w:br/>
        <w:t>Година сумна;</w:t>
      </w:r>
    </w:p>
    <w:p>
      <w:r>
        <w:br/>
        <w:t>Місяць холоднеє кида проміння;</w:t>
      </w:r>
    </w:p>
    <w:p>
      <w:r>
        <w:br/>
        <w:t>Здалека луна</w:t>
      </w:r>
    </w:p>
    <w:p>
      <w:r>
        <w:br/>
        <w:t>Пугача віщого крик – гук єдиний.</w:t>
      </w:r>
    </w:p>
    <w:p>
      <w:r>
        <w:br/>
        <w:t>Діброва німа.</w:t>
      </w:r>
    </w:p>
    <w:p>
      <w:r>
        <w:br/>
        <w:t>Де ж соловейко? де ж спів солов’їний?</w:t>
      </w:r>
    </w:p>
    <w:p>
      <w:r>
        <w:br/>
        <w:t>Ох, де ж він? Нема!</w:t>
      </w:r>
    </w:p>
    <w:p>
      <w:r>
        <w:br/>
        <w:t>В вирій полинув, де вічная весна,</w:t>
      </w:r>
    </w:p>
    <w:p>
      <w:r>
        <w:br/>
        <w:t>Натхненний співець.</w:t>
      </w:r>
    </w:p>
    <w:p>
      <w:r>
        <w:br/>
        <w:t>Вічно красує там рожа чудесна,</w:t>
      </w:r>
    </w:p>
    <w:p>
      <w:r>
        <w:br/>
        <w:t>Там теплий вітрець;</w:t>
      </w:r>
    </w:p>
    <w:p>
      <w:r>
        <w:br/>
        <w:t>Глухо і смутно кругом на просторі,</w:t>
      </w:r>
    </w:p>
    <w:p>
      <w:r>
        <w:br/>
        <w:t>Мій гаю сумний!</w:t>
      </w:r>
    </w:p>
    <w:p>
      <w:r>
        <w:br/>
        <w:t>Кинув співець тебе в тузі та в горі,</w:t>
      </w:r>
    </w:p>
    <w:p>
      <w:r>
        <w:br/>
        <w:t>Тебе й край рідний.</w:t>
      </w:r>
    </w:p>
    <w:p>
      <w:r>
        <w:br/>
        <w:t>Тиша така тепер всюди панує.</w:t>
      </w:r>
    </w:p>
    <w:p>
      <w:r>
        <w:br/>
        <w:t>Лиш в листі сухім</w:t>
      </w:r>
    </w:p>
    <w:p>
      <w:r>
        <w:br/>
        <w:t>Вітер зітха, мов дріада сумує,</w:t>
      </w:r>
    </w:p>
    <w:p>
      <w:r>
        <w:br/>
        <w:t>Із жалем глухим.</w:t>
      </w:r>
    </w:p>
    <w:p>
      <w:r>
        <w:br/>
        <w:t>Чом я не маю огнистого слова,</w:t>
      </w:r>
    </w:p>
    <w:p>
      <w:r>
        <w:br/>
        <w:t>Палкого, чому?</w:t>
      </w:r>
    </w:p>
    <w:p>
      <w:r>
        <w:br/>
        <w:t>Може б, та щира, гарячая мова</w:t>
      </w:r>
    </w:p>
    <w:p>
      <w:r>
        <w:br/>
        <w:t>Зломила зиму!</w:t>
      </w:r>
    </w:p>
    <w:p>
      <w:r>
        <w:br/>
        <w:t>І розлягалась би завжди по гаю</w:t>
      </w:r>
    </w:p>
    <w:p>
      <w:r>
        <w:br/>
        <w:t>Ясна-голосна</w:t>
      </w:r>
    </w:p>
    <w:p>
      <w:r>
        <w:br/>
        <w:t>Пісня, й розквітла б у рідному краю</w:t>
      </w:r>
    </w:p>
    <w:p>
      <w:r>
        <w:br/>
        <w:t>Новая весна.</w:t>
      </w:r>
    </w:p>
    <w:p>
      <w:r>
        <w:br/>
        <w:t>Та хоч би й крила мені солов’їні,</w:t>
      </w:r>
    </w:p>
    <w:p>
      <w:r>
        <w:br/>
        <w:t>І воля своя, –</w:t>
      </w:r>
    </w:p>
    <w:p>
      <w:r>
        <w:br/>
        <w:t>Я б не лишила тебе в самотині,</w:t>
      </w:r>
    </w:p>
    <w:p>
      <w:r>
        <w:br/>
        <w:t>Країно моя!</w:t>
      </w:r>
    </w:p>
    <w:p>
      <w:r>
        <w:br/>
        <w:t>[1889]</w:t>
      </w:r>
    </w:p>
    <w:p>
      <w:r>
        <w:br/>
        <w:t>РОЗБИТА ЧАРКА</w:t>
      </w:r>
    </w:p>
    <w:p>
      <w:r>
        <w:br/>
        <w:t>На весіллі бринять чарочки, –</w:t>
      </w:r>
    </w:p>
    <w:p>
      <w:r>
        <w:br/>
        <w:t>Хай здорові живуть молодята!</w:t>
      </w:r>
    </w:p>
    <w:p>
      <w:r>
        <w:br/>
        <w:t>Хай живуть, як в гніздечку пташки,</w:t>
      </w:r>
    </w:p>
    <w:p>
      <w:r>
        <w:br/>
        <w:t>Хай кохаються, мов голуб’ята!</w:t>
      </w:r>
    </w:p>
    <w:p>
      <w:r>
        <w:br/>
        <w:t>На весіллі хтось чарку розбив; –</w:t>
      </w:r>
    </w:p>
    <w:p>
      <w:r>
        <w:br/>
        <w:t>Молода на посаді сумує,</w:t>
      </w:r>
    </w:p>
    <w:p>
      <w:r>
        <w:br/>
        <w:t>Молодий смутно чоло схилив, –</w:t>
      </w:r>
    </w:p>
    <w:p>
      <w:r>
        <w:br/>
        <w:t>Не журіться, то щастя віщує!</w:t>
      </w:r>
    </w:p>
    <w:p>
      <w:r>
        <w:br/>
        <w:t>На весіллі музика гучна,</w:t>
      </w:r>
    </w:p>
    <w:p>
      <w:r>
        <w:br/>
        <w:t>Тож-то шпарко та весело грає!</w:t>
      </w:r>
    </w:p>
    <w:p>
      <w:r>
        <w:br/>
        <w:t>Ох, я знаю, комусь-то вона</w:t>
      </w:r>
    </w:p>
    <w:p>
      <w:r>
        <w:br/>
        <w:t>Безталаннеє серденько крає!..</w:t>
      </w:r>
    </w:p>
    <w:p>
      <w:r>
        <w:br/>
        <w:t>І розбилось від жалю свого</w:t>
      </w:r>
    </w:p>
    <w:p>
      <w:r>
        <w:br/>
        <w:t>Серце смутне… Чи хто теє чує?</w:t>
      </w:r>
    </w:p>
    <w:p>
      <w:r>
        <w:br/>
        <w:t>Чи не скаже хто часом того,</w:t>
      </w:r>
    </w:p>
    <w:p>
      <w:r>
        <w:br/>
        <w:t>Що розбитеє серце віщує?</w:t>
      </w:r>
    </w:p>
    <w:p>
      <w:r>
        <w:br/>
        <w:t>[1891]</w:t>
      </w:r>
    </w:p>
    <w:p>
      <w:r>
        <w:br/>
        <w:t>СОСНА</w:t>
      </w:r>
    </w:p>
    <w:p>
      <w:r>
        <w:br/>
        <w:t>З вітром весняним сосна розмовляла,</w:t>
      </w:r>
    </w:p>
    <w:p>
      <w:r>
        <w:br/>
        <w:t>Вічно зелена сосна.</w:t>
      </w:r>
    </w:p>
    <w:p>
      <w:r>
        <w:br/>
        <w:t>Там я ходила і все вислухала,</w:t>
      </w:r>
    </w:p>
    <w:p>
      <w:r>
        <w:br/>
        <w:t>Що говорила вона.</w:t>
      </w:r>
    </w:p>
    <w:p>
      <w:r>
        <w:br/>
        <w:t>Ой, не "зеленого шума" співала</w:t>
      </w:r>
    </w:p>
    <w:p>
      <w:r>
        <w:br/>
        <w:t>Вічно смутная сосна…</w:t>
      </w:r>
    </w:p>
    <w:p>
      <w:r>
        <w:br/>
        <w:t>Ні, не "зеленого шума"!</w:t>
      </w:r>
    </w:p>
    <w:p>
      <w:r>
        <w:br/>
        <w:t>Чулася в гомоні тяжка зимовая дума.</w:t>
      </w:r>
    </w:p>
    <w:p>
      <w:r>
        <w:br/>
        <w:t>Ранком зимовим діброва мовчала,</w:t>
      </w:r>
    </w:p>
    <w:p>
      <w:r>
        <w:br/>
        <w:t>Наче замерла сумна,</w:t>
      </w:r>
    </w:p>
    <w:p>
      <w:r>
        <w:br/>
        <w:t>Тільки рясним верховіттям шептала</w:t>
      </w:r>
    </w:p>
    <w:p>
      <w:r>
        <w:br/>
        <w:t>Вічно зелена сосна;</w:t>
      </w:r>
    </w:p>
    <w:p>
      <w:r>
        <w:br/>
        <w:t>Там я ходила і все вислухала,</w:t>
      </w:r>
    </w:p>
    <w:p>
      <w:r>
        <w:br/>
        <w:t>Що говорила вона, –</w:t>
      </w:r>
    </w:p>
    <w:p>
      <w:r>
        <w:br/>
        <w:t>Та не веселая дума</w:t>
      </w:r>
    </w:p>
    <w:p>
      <w:r>
        <w:br/>
        <w:t>Чулася в гомоні того "зеленого шума"!</w:t>
      </w:r>
    </w:p>
    <w:p>
      <w:r>
        <w:br/>
        <w:t>[1892]</w:t>
      </w:r>
    </w:p>
    <w:p>
      <w:r>
        <w:br/>
        <w:t>"ЯКЩО ПРИЙДЕ ЖУРБА…"</w:t>
      </w:r>
    </w:p>
    <w:p>
      <w:r>
        <w:br/>
        <w:t>Якщо прийде журба, то не думай її</w:t>
      </w:r>
    </w:p>
    <w:p>
      <w:r>
        <w:br/>
        <w:t>Рознести у веселощах бучних</w:t>
      </w:r>
    </w:p>
    <w:p>
      <w:r>
        <w:br/>
        <w:t>За столом, де веселії друзі твої</w:t>
      </w:r>
    </w:p>
    <w:p>
      <w:r>
        <w:br/>
        <w:t>П’ють-гуляють при покликах гучних.</w:t>
      </w:r>
    </w:p>
    <w:p>
      <w:r>
        <w:br/>
        <w:t>Ти не йди в пишний дім, де музика бринить,</w:t>
      </w:r>
    </w:p>
    <w:p>
      <w:r>
        <w:br/>
        <w:t>Де танцюють веселії пари, –</w:t>
      </w:r>
    </w:p>
    <w:p>
      <w:r>
        <w:br/>
        <w:t>Там ще гірше серденько тобі заболить,</w:t>
      </w:r>
    </w:p>
    <w:p>
      <w:r>
        <w:br/>
        <w:t>Чоло вкриють ще тяжчії хмари.</w:t>
      </w:r>
    </w:p>
    <w:p>
      <w:r>
        <w:br/>
        <w:t>І в людську течію ти не важся іти,</w:t>
      </w:r>
    </w:p>
    <w:p>
      <w:r>
        <w:br/>
        <w:t>Де юрба стоголова, як море,</w:t>
      </w:r>
    </w:p>
    <w:p>
      <w:r>
        <w:br/>
        <w:t>Йде, хвилює, шумить, – в ній поринеш і ти,</w:t>
      </w:r>
    </w:p>
    <w:p>
      <w:r>
        <w:br/>
        <w:t>Не розійдеться ж там твоє горе.</w:t>
      </w:r>
    </w:p>
    <w:p>
      <w:r>
        <w:br/>
        <w:t>Краще йди в темний гай, у зелений розмай</w:t>
      </w:r>
    </w:p>
    <w:p>
      <w:r>
        <w:br/>
        <w:t>Або в поле, де вітер гуляє,</w:t>
      </w:r>
    </w:p>
    <w:p>
      <w:r>
        <w:br/>
        <w:t>На дозвіллі із лихом собі розмовляй,</w:t>
      </w:r>
    </w:p>
    <w:p>
      <w:r>
        <w:br/>
        <w:t>Може, там його вітром розмає.</w:t>
      </w:r>
    </w:p>
    <w:p>
      <w:r>
        <w:br/>
        <w:t>Або пісню утни голосну, не смутну,</w:t>
      </w:r>
    </w:p>
    <w:p>
      <w:r>
        <w:br/>
        <w:t>Щоб, мовляв, засміялося лихо,</w:t>
      </w:r>
    </w:p>
    <w:p>
      <w:r>
        <w:br/>
        <w:t>Проженеш тоді, певне, потвору страшну,</w:t>
      </w:r>
    </w:p>
    <w:p>
      <w:r>
        <w:br/>
        <w:t>І на серденьку знов стане тихо…</w:t>
      </w:r>
    </w:p>
    <w:p>
      <w:r>
        <w:br/>
        <w:t>САФО</w:t>
      </w:r>
    </w:p>
    <w:p>
      <w:r>
        <w:br/>
        <w:t>Над хвилями моря, на скелі,</w:t>
      </w:r>
    </w:p>
    <w:p>
      <w:r>
        <w:br/>
        <w:t>Хороша дівчина сидить,</w:t>
      </w:r>
    </w:p>
    <w:p>
      <w:r>
        <w:br/>
        <w:t>В лавровім вінку вона сяє,</w:t>
      </w:r>
    </w:p>
    <w:p>
      <w:r>
        <w:br/>
        <w:t>Співецькую ліру держить.</w:t>
      </w:r>
    </w:p>
    <w:p>
      <w:r>
        <w:br/>
        <w:t>До пісні своєї сумної</w:t>
      </w:r>
    </w:p>
    <w:p>
      <w:r>
        <w:br/>
        <w:t>На лірі вона приграє.</w:t>
      </w:r>
    </w:p>
    <w:p>
      <w:r>
        <w:br/>
        <w:t>І з піснею тою у серці</w:t>
      </w:r>
    </w:p>
    <w:p>
      <w:r>
        <w:br/>
        <w:t>Велика їй туга встає.</w:t>
      </w:r>
    </w:p>
    <w:p>
      <w:r>
        <w:br/>
        <w:t>В тій пісні згадала і славу</w:t>
      </w:r>
    </w:p>
    <w:p>
      <w:r>
        <w:br/>
        <w:t>Величну свою, красний світ,</w:t>
      </w:r>
    </w:p>
    <w:p>
      <w:r>
        <w:br/>
        <w:t>Лукавих людей, і кохання,</w:t>
      </w:r>
    </w:p>
    <w:p>
      <w:r>
        <w:br/>
        <w:t>І зраду, печаль своїх літ,</w:t>
      </w:r>
    </w:p>
    <w:p>
      <w:r>
        <w:br/>
        <w:t>Надії і розпач… Дівчина</w:t>
      </w:r>
    </w:p>
    <w:p>
      <w:r>
        <w:br/>
        <w:t>Зірвала лавровий вінець</w:t>
      </w:r>
    </w:p>
    <w:p>
      <w:r>
        <w:br/>
        <w:t>І в хвилях шумливого моря</w:t>
      </w:r>
    </w:p>
    <w:p>
      <w:r>
        <w:br/>
        <w:t>Знайшла своїй пісні кінець.</w:t>
      </w:r>
    </w:p>
    <w:p>
      <w:r>
        <w:br/>
        <w:t>[с. Колодяжне, 1884, 3 листопада]</w:t>
      </w:r>
    </w:p>
    <w:p>
      <w:r>
        <w:br/>
        <w:t>ДО МОГО ФОРТЕПІАНО</w:t>
      </w:r>
    </w:p>
    <w:p>
      <w:r>
        <w:br/>
        <w:t>Елегія</w:t>
      </w:r>
    </w:p>
    <w:p>
      <w:r>
        <w:br/>
        <w:t>Мій давній друже! мушу я з тобою</w:t>
      </w:r>
    </w:p>
    <w:p>
      <w:r>
        <w:br/>
        <w:t>Розстатися надовго… Жаль мені!</w:t>
      </w:r>
    </w:p>
    <w:p>
      <w:r>
        <w:br/>
        <w:t>З тобою звикла я ділитися журбою,</w:t>
      </w:r>
    </w:p>
    <w:p>
      <w:r>
        <w:br/>
        <w:t>Вповідувать думки веселі і сумні.</w:t>
      </w:r>
    </w:p>
    <w:p>
      <w:r>
        <w:br/>
        <w:t>То ж при тобі, мій друже давній, вірний,</w:t>
      </w:r>
    </w:p>
    <w:p>
      <w:r>
        <w:br/>
        <w:t>Пройшло життя дитячеє моє.</w:t>
      </w:r>
    </w:p>
    <w:p>
      <w:r>
        <w:br/>
        <w:t>Як сяду при тобі я в час вечірній,</w:t>
      </w:r>
    </w:p>
    <w:p>
      <w:r>
        <w:br/>
        <w:t>Багато спогадів тоді встає!</w:t>
      </w:r>
    </w:p>
    <w:p>
      <w:r>
        <w:br/>
        <w:t>Картина повстає: зібравсь гурточок,</w:t>
      </w:r>
    </w:p>
    <w:p>
      <w:r>
        <w:br/>
        <w:t>Провадить речі, і співа, й гука,</w:t>
      </w:r>
    </w:p>
    <w:p>
      <w:r>
        <w:br/>
        <w:t>На клавішах твоїх швидкий, гучний таночок</w:t>
      </w:r>
    </w:p>
    <w:p>
      <w:r>
        <w:br/>
        <w:t>Чиясь весела виграва рука.</w:t>
      </w:r>
    </w:p>
    <w:p>
      <w:r>
        <w:br/>
        <w:t>Та хто се плаче там, в другій хатині?</w:t>
      </w:r>
    </w:p>
    <w:p>
      <w:r>
        <w:br/>
        <w:t>Чиє ридання стримане, тяжке?..</w:t>
      </w:r>
    </w:p>
    <w:p>
      <w:r>
        <w:br/>
        <w:t>Несила тугу крить такій малій дитині,</w:t>
      </w:r>
    </w:p>
    <w:p>
      <w:r>
        <w:br/>
        <w:t>Здавило серце почуття гірке.</w:t>
      </w:r>
    </w:p>
    <w:p>
      <w:r>
        <w:br/>
        <w:t>Чого я плакала тоді, чого ридала?</w:t>
      </w:r>
    </w:p>
    <w:p>
      <w:r>
        <w:br/>
        <w:t>Тоді ж кругом так весело було…</w:t>
      </w:r>
    </w:p>
    <w:p>
      <w:r>
        <w:br/>
        <w:t>Ох, певне, лихо серцем почувала,</w:t>
      </w:r>
    </w:p>
    <w:p>
      <w:r>
        <w:br/>
        <w:t>Що на мене, мов хмара грізна, йшло!</w:t>
      </w:r>
    </w:p>
    <w:p>
      <w:r>
        <w:br/>
        <w:t>Коли я смуток свій на струни клала,</w:t>
      </w:r>
    </w:p>
    <w:p>
      <w:r>
        <w:br/>
        <w:t>З’являлась ціла зграя красних мрій,</w:t>
      </w:r>
    </w:p>
    <w:p>
      <w:r>
        <w:br/>
        <w:t>Веселкою моя надія грала,</w:t>
      </w:r>
    </w:p>
    <w:p>
      <w:r>
        <w:br/>
        <w:t>Далеко линув думок легкий рій.</w:t>
      </w:r>
    </w:p>
    <w:p>
      <w:r>
        <w:br/>
        <w:t>Розстаємось надовго ми з тобою!</w:t>
      </w:r>
    </w:p>
    <w:p>
      <w:r>
        <w:br/>
        <w:t>Зостанешся ти в самоті німій,</w:t>
      </w:r>
    </w:p>
    <w:p>
      <w:r>
        <w:br/>
        <w:t>А я не матиму де дітися з журбою…</w:t>
      </w:r>
    </w:p>
    <w:p>
      <w:r>
        <w:br/>
        <w:t>Прощай же, давній, любий друже мій!</w:t>
      </w:r>
    </w:p>
    <w:p>
      <w:r>
        <w:br/>
        <w:t>[15 березня 1890 p.]</w:t>
      </w:r>
    </w:p>
    <w:p>
      <w:r>
        <w:br/>
        <w:t>ДОСВІТНІ ОГНІ</w:t>
      </w:r>
    </w:p>
    <w:p>
      <w:r>
        <w:br/>
        <w:t>Ніч темна людей всіх потомлених скрила</w:t>
      </w:r>
    </w:p>
    <w:p>
      <w:r>
        <w:br/>
        <w:t>Під чорні, широкії крила.</w:t>
      </w:r>
    </w:p>
    <w:p>
      <w:r>
        <w:br/>
        <w:t>Погасли вечірні огні;</w:t>
      </w:r>
    </w:p>
    <w:p>
      <w:r>
        <w:br/>
        <w:t>Усі спочивають у сні.</w:t>
      </w:r>
    </w:p>
    <w:p>
      <w:r>
        <w:br/>
        <w:t>Всіх владарка ніч покорила.</w:t>
      </w:r>
    </w:p>
    <w:p>
      <w:r>
        <w:br/>
        <w:t>Хто спить, хто не спить, – покорись темній силі.</w:t>
      </w:r>
    </w:p>
    <w:p>
      <w:r>
        <w:br/>
        <w:t>Щасливий, хто сни має милі!</w:t>
      </w:r>
    </w:p>
    <w:p>
      <w:r>
        <w:br/>
        <w:t>Від мене сон милий тіка…</w:t>
      </w:r>
    </w:p>
    <w:p>
      <w:r>
        <w:br/>
        <w:t>Навколо темнота тяжка,</w:t>
      </w:r>
    </w:p>
    <w:p>
      <w:r>
        <w:br/>
        <w:t>Навколо все спить, як в могилі.</w:t>
      </w:r>
    </w:p>
    <w:p>
      <w:r>
        <w:br/>
        <w:t>Привиддя лихі мені душу гнітили,</w:t>
      </w:r>
    </w:p>
    <w:p>
      <w:r>
        <w:br/>
        <w:t>Повстати ж не мала я сили…</w:t>
      </w:r>
    </w:p>
    <w:p>
      <w:r>
        <w:br/>
        <w:t>Зненацька проміння ясне</w:t>
      </w:r>
    </w:p>
    <w:p>
      <w:r>
        <w:br/>
        <w:t>Од сну пробудило мене, –</w:t>
      </w:r>
    </w:p>
    <w:p>
      <w:r>
        <w:br/>
        <w:t>Досвітні огні засвітили!</w:t>
      </w:r>
    </w:p>
    <w:p>
      <w:r>
        <w:br/>
        <w:t>Досвітні огні, переможні, урочі,</w:t>
      </w:r>
    </w:p>
    <w:p>
      <w:r>
        <w:br/>
        <w:t>Прорізали темряву ночі,</w:t>
      </w:r>
    </w:p>
    <w:p>
      <w:r>
        <w:br/>
        <w:t>Ще сонячні промені сплять, –</w:t>
      </w:r>
    </w:p>
    <w:p>
      <w:r>
        <w:br/>
        <w:t>Досвітні огні вже горять.</w:t>
      </w:r>
    </w:p>
    <w:p>
      <w:r>
        <w:br/>
        <w:t>То світять їх люди робочі.</w:t>
      </w:r>
    </w:p>
    <w:p>
      <w:r>
        <w:br/>
        <w:t>Вставай, хто живий, в кого думка повстала!</w:t>
      </w:r>
    </w:p>
    <w:p>
      <w:r>
        <w:br/>
        <w:t>Година для праці настала!</w:t>
      </w:r>
    </w:p>
    <w:p>
      <w:r>
        <w:br/>
        <w:t>Не бійся досвітньої мли, –</w:t>
      </w:r>
    </w:p>
    <w:p>
      <w:r>
        <w:br/>
        <w:t>Досвітній огонь запали,</w:t>
      </w:r>
    </w:p>
    <w:p>
      <w:r>
        <w:br/>
        <w:t>Коли ще зоря не заграла.</w:t>
      </w:r>
    </w:p>
    <w:p>
      <w:r>
        <w:br/>
        <w:t>[1892]</w:t>
      </w:r>
    </w:p>
    <w:p>
      <w:r>
        <w:br/>
        <w:t>В МАГАЗИНІ КВІТОК</w:t>
      </w:r>
    </w:p>
    <w:p>
      <w:r>
        <w:br/>
        <w:t>В великому місті в розкішну теплицю</w:t>
      </w:r>
    </w:p>
    <w:p>
      <w:r>
        <w:br/>
        <w:t>Дівчина прийшла молода,</w:t>
      </w:r>
    </w:p>
    <w:p>
      <w:r>
        <w:br/>
        <w:t>Бо серцем почула весну-чарівницю,</w:t>
      </w:r>
    </w:p>
    <w:p>
      <w:r>
        <w:br/>
        <w:t>Шуміла весняна вода.</w:t>
      </w:r>
    </w:p>
    <w:p>
      <w:r>
        <w:br/>
        <w:t>І ледве струмки задзвеніли співочі,</w:t>
      </w:r>
    </w:p>
    <w:p>
      <w:r>
        <w:br/>
        <w:t>Пташки заспівали дрібні, –</w:t>
      </w:r>
    </w:p>
    <w:p>
      <w:r>
        <w:br/>
        <w:t>Вчувались дівчині веснянки дівочі,</w:t>
      </w:r>
    </w:p>
    <w:p>
      <w:r>
        <w:br/>
        <w:t>Ввижались діброви рідні.</w:t>
      </w:r>
    </w:p>
    <w:p>
      <w:r>
        <w:br/>
        <w:t>І ледве натуру зо сну зимового</w:t>
      </w:r>
    </w:p>
    <w:p>
      <w:r>
        <w:br/>
        <w:t>Збудив поцілунок весни, –</w:t>
      </w:r>
    </w:p>
    <w:p>
      <w:r>
        <w:br/>
        <w:t>Дівчина запрагнула рясту дрібного,</w:t>
      </w:r>
    </w:p>
    <w:p>
      <w:r>
        <w:br/>
        <w:t>Їй проліски снились ясні.</w:t>
      </w:r>
    </w:p>
    <w:p>
      <w:r>
        <w:br/>
        <w:t>Тепер вона тут, в сій розкішній світлиці…</w:t>
      </w:r>
    </w:p>
    <w:p>
      <w:r>
        <w:br/>
        <w:t>Ох, що се так серце стиска?</w:t>
      </w:r>
    </w:p>
    <w:p>
      <w:r>
        <w:br/>
        <w:t>Як душно, як тісно, немов у темниці!</w:t>
      </w:r>
    </w:p>
    <w:p>
      <w:r>
        <w:br/>
        <w:t>Сей пах, мов отрута яка!</w:t>
      </w:r>
    </w:p>
    <w:p>
      <w:r>
        <w:br/>
        <w:t>В теплиці між квітами скрізь походжає</w:t>
      </w:r>
    </w:p>
    <w:p>
      <w:r>
        <w:br/>
        <w:t>Гурток панночок і панів.</w:t>
      </w:r>
    </w:p>
    <w:p>
      <w:r>
        <w:br/>
        <w:t>Дівчина кругом погляда, уважає,</w:t>
      </w:r>
    </w:p>
    <w:p>
      <w:r>
        <w:br/>
        <w:t>І погляд її посмутнів.</w:t>
      </w:r>
    </w:p>
    <w:p>
      <w:r>
        <w:br/>
        <w:t>Всі квіти розкішні… Дівчина зітхнула.</w:t>
      </w:r>
    </w:p>
    <w:p>
      <w:r>
        <w:br/>
        <w:t>"Чим можу панянці служить?.." –</w:t>
      </w:r>
    </w:p>
    <w:p>
      <w:r>
        <w:br/>
        <w:t>Зненацька чийсь голос дівчина почула, –</w:t>
      </w:r>
    </w:p>
    <w:p>
      <w:r>
        <w:br/>
        <w:t>То крамар паничик біжить.</w:t>
      </w:r>
    </w:p>
    <w:p>
      <w:r>
        <w:br/>
        <w:t>"Чи є в сій теплиці веснянії квіти?" –</w:t>
      </w:r>
    </w:p>
    <w:p>
      <w:r>
        <w:br/>
        <w:t>Питає дівчина його.</w:t>
      </w:r>
    </w:p>
    <w:p>
      <w:r>
        <w:br/>
        <w:t>"Аякже! є різні, – чим маю служити?</w:t>
      </w:r>
    </w:p>
    <w:p>
      <w:r>
        <w:br/>
        <w:t>Тут можна набути всього:</w:t>
      </w:r>
    </w:p>
    <w:p>
      <w:r>
        <w:br/>
        <w:t>Ось є гіацинти, нарциси і рожі,</w:t>
      </w:r>
    </w:p>
    <w:p>
      <w:r>
        <w:br/>
        <w:t>Азалії є запашні,</w:t>
      </w:r>
    </w:p>
    <w:p>
      <w:r>
        <w:br/>
        <w:t>Конвалії свіжі, фіалочки гожі…" –</w:t>
      </w:r>
    </w:p>
    <w:p>
      <w:r>
        <w:br/>
        <w:t>"Ні, пролісків треба мені!.."</w:t>
      </w:r>
    </w:p>
    <w:p>
      <w:r>
        <w:br/>
        <w:t>Здивовано глянув панич; зашарілось</w:t>
      </w:r>
    </w:p>
    <w:p>
      <w:r>
        <w:br/>
        <w:t>Дівчини обличчя бліде.</w:t>
      </w:r>
    </w:p>
    <w:p>
      <w:r>
        <w:br/>
        <w:t>"То панночці пролісків простих схотілось?</w:t>
      </w:r>
    </w:p>
    <w:p>
      <w:r>
        <w:br/>
        <w:t>їх в місті немає ніде!</w:t>
      </w:r>
    </w:p>
    <w:p>
      <w:r>
        <w:br/>
        <w:t>Тут тільки садові квітки". – "Дуже шкода".</w:t>
      </w:r>
    </w:p>
    <w:p>
      <w:r>
        <w:br/>
        <w:t>І вийшла дівчина смутна.</w:t>
      </w:r>
    </w:p>
    <w:p>
      <w:r>
        <w:br/>
        <w:t>"Тут міські розкоші! Тут міська вигода!"</w:t>
      </w:r>
    </w:p>
    <w:p>
      <w:r>
        <w:br/>
        <w:t>Вертає додому сумна.</w:t>
      </w:r>
    </w:p>
    <w:p>
      <w:r>
        <w:br/>
        <w:t>Зустрілась їй жінка, на плечах похилих</w:t>
      </w:r>
    </w:p>
    <w:p>
      <w:r>
        <w:br/>
        <w:t>Несе щось, убога така.</w:t>
      </w:r>
    </w:p>
    <w:p>
      <w:r>
        <w:br/>
        <w:t>"Чи купите, панночко, пролісків білих?" –</w:t>
      </w:r>
    </w:p>
    <w:p>
      <w:r>
        <w:br/>
        <w:t>Тремтить із квітками рука.</w:t>
      </w:r>
    </w:p>
    <w:p>
      <w:r>
        <w:br/>
        <w:t>"Звичайно! А звідки, я вас попитаю,</w:t>
      </w:r>
    </w:p>
    <w:p>
      <w:r>
        <w:br/>
        <w:t>Взяли ви сі квіти свої?" –</w:t>
      </w:r>
    </w:p>
    <w:p>
      <w:r>
        <w:br/>
        <w:t>"Та сила ж квіток тепер всюди по гаю!</w:t>
      </w:r>
    </w:p>
    <w:p>
      <w:r>
        <w:br/>
        <w:t>Се тут…" Та не чула її</w:t>
      </w:r>
    </w:p>
    <w:p>
      <w:r>
        <w:br/>
        <w:t>Дівчина. Згадала околиці рідні:</w:t>
      </w:r>
    </w:p>
    <w:p>
      <w:r>
        <w:br/>
        <w:t>Скрізь квіти, ряст, ясна роса…</w:t>
      </w:r>
    </w:p>
    <w:p>
      <w:r>
        <w:br/>
        <w:t>На проліски білі, на квіти лагідні</w:t>
      </w:r>
    </w:p>
    <w:p>
      <w:r>
        <w:br/>
        <w:t>Скотилася тихо сльоза…</w:t>
      </w:r>
    </w:p>
    <w:p>
      <w:r>
        <w:br/>
        <w:t>НАДІЯ</w:t>
      </w:r>
    </w:p>
    <w:p>
      <w:r>
        <w:br/>
        <w:t>Ні долі, ні волі у мене нема,</w:t>
      </w:r>
    </w:p>
    <w:p>
      <w:r>
        <w:br/>
        <w:t>Зосталася тільки надія одна:</w:t>
      </w:r>
    </w:p>
    <w:p>
      <w:r>
        <w:br/>
        <w:t>Надія вернутись ще раз на Вкраїну,</w:t>
      </w:r>
    </w:p>
    <w:p>
      <w:r>
        <w:br/>
        <w:t>Поглянути ще раз на рідну країну,</w:t>
      </w:r>
    </w:p>
    <w:p>
      <w:r>
        <w:br/>
        <w:t>Поглянути ще раз на синій Дніпро, –</w:t>
      </w:r>
    </w:p>
    <w:p>
      <w:r>
        <w:br/>
        <w:t>Там жити чи вмерти, мені все одно;</w:t>
      </w:r>
    </w:p>
    <w:p>
      <w:r>
        <w:br/>
        <w:t>Поглянути ще раз на степ, могилки,</w:t>
      </w:r>
    </w:p>
    <w:p>
      <w:r>
        <w:br/>
        <w:t>Востаннє згадати палкії гадки…</w:t>
      </w:r>
    </w:p>
    <w:p>
      <w:r>
        <w:br/>
        <w:t>Ні долі, ні волі у мене нема,</w:t>
      </w:r>
    </w:p>
    <w:p>
      <w:r>
        <w:br/>
        <w:t>Зосталася тільки надія одна.</w:t>
      </w:r>
    </w:p>
    <w:p>
      <w:r>
        <w:br/>
        <w:t>[Луцьк, 1880]</w:t>
      </w:r>
    </w:p>
    <w:p>
      <w:r>
        <w:br/>
        <w:t>СЛЬОЗИ-ПЕРЛИ</w:t>
      </w:r>
    </w:p>
    <w:p>
      <w:r>
        <w:br/>
        <w:t>(Посвята Іванові Франкові)</w:t>
      </w:r>
    </w:p>
    <w:p>
      <w:r>
        <w:br/>
        <w:t>"СТОРОНОНЬКО РІДНА! КОХАНИЙ МІЙ КРАЮ!"</w:t>
      </w:r>
    </w:p>
    <w:p>
      <w:r>
        <w:br/>
        <w:t>Сторононько рідна! коханий мій краю!</w:t>
      </w:r>
    </w:p>
    <w:p>
      <w:r>
        <w:br/>
        <w:t>Чого все замовкло в тобі, заніміло?</w:t>
      </w:r>
    </w:p>
    <w:p>
      <w:r>
        <w:br/>
        <w:t>Де-не-де озветься пташина несміло,</w:t>
      </w:r>
    </w:p>
    <w:p>
      <w:r>
        <w:br/>
        <w:t>Немов перед бурею в темному гаю,</w:t>
      </w:r>
    </w:p>
    <w:p>
      <w:r>
        <w:br/>
        <w:t>І знову замовкне… як глухо, як тихо…</w:t>
      </w:r>
    </w:p>
    <w:p>
      <w:r>
        <w:br/>
        <w:t>Ой лихо!</w:t>
      </w:r>
    </w:p>
    <w:p>
      <w:r>
        <w:br/>
        <w:t>Ой, де ж бо ти, воле, ти, зоре таємна?</w:t>
      </w:r>
    </w:p>
    <w:p>
      <w:r>
        <w:br/>
        <w:t>Чому ти не зійдеш на землю із неба?</w:t>
      </w:r>
    </w:p>
    <w:p>
      <w:r>
        <w:br/>
        <w:t>Осяяти землю безщасную треба!</w:t>
      </w:r>
    </w:p>
    <w:p>
      <w:r>
        <w:br/>
        <w:t>Ти бачиш, як все в нас покрила ніч темна?</w:t>
      </w:r>
    </w:p>
    <w:p>
      <w:r>
        <w:br/>
        <w:t>Ти чуєш, як правду неправда скрізь боре?</w:t>
      </w:r>
    </w:p>
    <w:p>
      <w:r>
        <w:br/>
        <w:t>Ой горе!</w:t>
      </w:r>
    </w:p>
    <w:p>
      <w:r>
        <w:br/>
        <w:t>О люде мій бідний, моя ти родино,</w:t>
      </w:r>
    </w:p>
    <w:p>
      <w:r>
        <w:br/>
        <w:t>Брати мої вбогі, закуті в кайдани!</w:t>
      </w:r>
    </w:p>
    <w:p>
      <w:r>
        <w:br/>
        <w:t>Палають страшні, незагойнії рани</w:t>
      </w:r>
    </w:p>
    <w:p>
      <w:r>
        <w:br/>
        <w:t>На лоні у тебе, моя Україно!</w:t>
      </w:r>
    </w:p>
    <w:p>
      <w:r>
        <w:br/>
        <w:t>Кормигу тяжку хто розбить нам поможе?</w:t>
      </w:r>
    </w:p>
    <w:p>
      <w:r>
        <w:br/>
        <w:t>Ой боже!</w:t>
      </w:r>
    </w:p>
    <w:p>
      <w:r>
        <w:br/>
        <w:t>Коли ж се минеться! Чи згинем без долі?</w:t>
      </w:r>
    </w:p>
    <w:p>
      <w:r>
        <w:br/>
        <w:t>Прокляття рукам, що спадають без сили!</w:t>
      </w:r>
    </w:p>
    <w:p>
      <w:r>
        <w:br/>
        <w:t>Навіщо родитись і жити в могилі?</w:t>
      </w:r>
    </w:p>
    <w:p>
      <w:r>
        <w:br/>
        <w:t>Як маємо жити в ганебній неволі,</w:t>
      </w:r>
    </w:p>
    <w:p>
      <w:r>
        <w:br/>
        <w:t>Хай смертна темнота нам очі застеле!</w:t>
      </w:r>
    </w:p>
    <w:p>
      <w:r>
        <w:br/>
        <w:t>Ой леле!</w:t>
      </w:r>
    </w:p>
    <w:p>
      <w:r>
        <w:br/>
        <w:t>"УКРАЇНО! ПЛАЧУ СЛІЗЬМИ НАД ТОБОЮ…"</w:t>
      </w:r>
    </w:p>
    <w:p>
      <w:r>
        <w:br/>
        <w:t>Україно! плачу слі</w:t>
      </w:r>
    </w:p>
    <w:p>
      <w:r>
        <w:br/>
        <w:t>зьми над тобою…</w:t>
      </w:r>
    </w:p>
    <w:p>
      <w:r>
        <w:br/>
        <w:t>Недоле моя! що поможе ся туга?</w:t>
      </w:r>
    </w:p>
    <w:p>
      <w:r>
        <w:br/>
        <w:t>Що вдію для тебе сією тяжкою журбою?</w:t>
      </w:r>
    </w:p>
    <w:p>
      <w:r>
        <w:br/>
        <w:t>Гай-гай, невелика послуга!</w:t>
      </w:r>
    </w:p>
    <w:p>
      <w:r>
        <w:br/>
        <w:t>Ох, сльози палкі – вони душу палили,</w:t>
      </w:r>
    </w:p>
    <w:p>
      <w:r>
        <w:br/>
        <w:t>Сліди полишили огнисті навіки.</w:t>
      </w:r>
    </w:p>
    <w:p>
      <w:r>
        <w:br/>
        <w:t>Ті жалі гіркії – вони мені серце зв’ялили!</w:t>
      </w:r>
    </w:p>
    <w:p>
      <w:r>
        <w:br/>
        <w:t>Даремні для нього всі ліки.</w:t>
      </w:r>
    </w:p>
    <w:p>
      <w:r>
        <w:br/>
        <w:t>Чи ж мало нас плаче такими сльозами?</w:t>
      </w:r>
    </w:p>
    <w:p>
      <w:r>
        <w:br/>
        <w:t>Чи можем ми, діти, веселими бути,</w:t>
      </w:r>
    </w:p>
    <w:p>
      <w:r>
        <w:br/>
        <w:t>Як ненька в недолі, в нужді побивається нами?</w:t>
      </w:r>
    </w:p>
    <w:p>
      <w:r>
        <w:br/>
        <w:t>Де ж тута веселого слова здобути?</w:t>
      </w:r>
    </w:p>
    <w:p>
      <w:r>
        <w:br/>
        <w:t>Говорять, що матері сльози гарячі</w:t>
      </w:r>
    </w:p>
    <w:p>
      <w:r>
        <w:br/>
        <w:t>І тверде, міцнеє каміння проймають;</w:t>
      </w:r>
    </w:p>
    <w:p>
      <w:r>
        <w:br/>
        <w:t>Невже найщиріші кривавії сльози дитячі</w:t>
      </w:r>
    </w:p>
    <w:p>
      <w:r>
        <w:br/>
        <w:t>Ніякої сили не мають?</w:t>
      </w:r>
    </w:p>
    <w:p>
      <w:r>
        <w:br/>
        <w:t>"ВСІ НАШІ СЛЬОЗИ ТУГОЮ ПАЛКОЮ…"</w:t>
      </w:r>
    </w:p>
    <w:p>
      <w:r>
        <w:br/>
        <w:t>Всі наші сльози тугою палкою</w:t>
      </w:r>
    </w:p>
    <w:p>
      <w:r>
        <w:br/>
        <w:t>Спадуть на серце, – серце запалає…</w:t>
      </w:r>
    </w:p>
    <w:p>
      <w:r>
        <w:br/>
        <w:t>Нехай палає, не дає спокою,</w:t>
      </w:r>
    </w:p>
    <w:p>
      <w:r>
        <w:br/>
        <w:t>Поки душа терпіти силу має.</w:t>
      </w:r>
    </w:p>
    <w:p>
      <w:r>
        <w:br/>
        <w:t>Коли ж не стане сили, коли туга</w:t>
      </w:r>
    </w:p>
    <w:p>
      <w:r>
        <w:br/>
        <w:t>Вразить украй те серденько замліле,</w:t>
      </w:r>
    </w:p>
    <w:p>
      <w:r>
        <w:br/>
        <w:t>Тоді душа повстане недолуга,</w:t>
      </w:r>
    </w:p>
    <w:p>
      <w:r>
        <w:br/>
        <w:t>Її розбудить серденько зболіле.</w:t>
      </w:r>
    </w:p>
    <w:p>
      <w:r>
        <w:br/>
        <w:t>Як же повстане – їй не буде впину,</w:t>
      </w:r>
    </w:p>
    <w:p>
      <w:r>
        <w:br/>
        <w:t>Заснути знов, як перш, вона не зможе,</w:t>
      </w:r>
    </w:p>
    <w:p>
      <w:r>
        <w:br/>
        <w:t>Вона боротись буде до загину:</w:t>
      </w:r>
    </w:p>
    <w:p>
      <w:r>
        <w:br/>
        <w:t>Або загине, або переможе.</w:t>
      </w:r>
    </w:p>
    <w:p>
      <w:r>
        <w:br/>
        <w:t>Або погибель, або перемога –</w:t>
      </w:r>
    </w:p>
    <w:p>
      <w:r>
        <w:br/>
        <w:t>Сі дві дороги перед нами стане…</w:t>
      </w:r>
    </w:p>
    <w:p>
      <w:r>
        <w:br/>
        <w:t>Котра з сих двох нам судиться дорога?</w:t>
      </w:r>
    </w:p>
    <w:p>
      <w:r>
        <w:br/>
        <w:t>Дарма! повстанем, бо душа повстане.</w:t>
      </w:r>
    </w:p>
    <w:p>
      <w:r>
        <w:br/>
        <w:t>Так, плачмо, браття! мало ще наруги.</w:t>
      </w:r>
    </w:p>
    <w:p>
      <w:r>
        <w:br/>
        <w:t>Бо ще душа терпіти силу має;</w:t>
      </w:r>
    </w:p>
    <w:p>
      <w:r>
        <w:br/>
        <w:t>Хай серце плаче, б’ється, рветься з туги,</w:t>
      </w:r>
    </w:p>
    <w:p>
      <w:r>
        <w:br/>
        <w:t>Хай не дає спокою, хай палає!</w:t>
      </w:r>
    </w:p>
    <w:p>
      <w:r>
        <w:br/>
        <w:t>СОН</w:t>
      </w:r>
    </w:p>
    <w:p>
      <w:r>
        <w:br/>
        <w:t>(Посвята Александрі С-вій)</w:t>
      </w:r>
    </w:p>
    <w:p>
      <w:r>
        <w:br/>
        <w:t>Був сон мені колись: богиню ясну</w:t>
      </w:r>
    </w:p>
    <w:p>
      <w:r>
        <w:br/>
        <w:t>Фантазії вбачали мої очі,</w:t>
      </w:r>
    </w:p>
    <w:p>
      <w:r>
        <w:br/>
        <w:t>І друга любого подобу красну</w:t>
      </w:r>
    </w:p>
    <w:p>
      <w:r>
        <w:br/>
        <w:t>Богиня прийняла тієї ночі.</w:t>
      </w:r>
    </w:p>
    <w:p>
      <w:r>
        <w:br/>
        <w:t>Той самий вираз і усмішка мила,</w:t>
      </w:r>
    </w:p>
    <w:p>
      <w:r>
        <w:br/>
        <w:t>Той самий погляд довгий, розумливий,</w:t>
      </w:r>
    </w:p>
    <w:p>
      <w:r>
        <w:br/>
        <w:t>На плечах лиш барвисті мала крила,</w:t>
      </w:r>
    </w:p>
    <w:p>
      <w:r>
        <w:br/>
        <w:t>Вінець над чолом з лавру святобливий.</w:t>
      </w:r>
    </w:p>
    <w:p>
      <w:r>
        <w:br/>
        <w:t>Вона іде! Непереможна сила</w:t>
      </w:r>
    </w:p>
    <w:p>
      <w:r>
        <w:br/>
        <w:t>Мене примушує за нею простувати</w:t>
      </w:r>
    </w:p>
    <w:p>
      <w:r>
        <w:br/>
        <w:t>По темних, тісних хідниках. Вступила</w:t>
      </w:r>
    </w:p>
    <w:p>
      <w:r>
        <w:br/>
        <w:t>Вона в якісь таємнії палати.</w:t>
      </w:r>
    </w:p>
    <w:p>
      <w:r>
        <w:br/>
        <w:t>Чи то свята будова, чи темниця?</w:t>
      </w:r>
    </w:p>
    <w:p>
      <w:r>
        <w:br/>
        <w:t>Високеє і темнеє склепіння,</w:t>
      </w:r>
    </w:p>
    <w:p>
      <w:r>
        <w:br/>
        <w:t>Одно віконце вузьке, мов стрільниця, –</w:t>
      </w:r>
    </w:p>
    <w:p>
      <w:r>
        <w:br/>
        <w:t>Крізь нього сиплеться бліде проміння</w:t>
      </w:r>
    </w:p>
    <w:p>
      <w:r>
        <w:br/>
        <w:t>І падає на стіну; височенний</w:t>
      </w:r>
    </w:p>
    <w:p>
      <w:r>
        <w:br/>
        <w:t>Орган стоїть там, наче скеля дика,</w:t>
      </w:r>
    </w:p>
    <w:p>
      <w:r>
        <w:br/>
        <w:t>Де був прикований Титан страшенний,</w:t>
      </w:r>
    </w:p>
    <w:p>
      <w:r>
        <w:br/>
        <w:t>Що забажав освіти чоловіка.</w:t>
      </w:r>
    </w:p>
    <w:p>
      <w:r>
        <w:br/>
        <w:t>Спинилася богиня, і за руку</w:t>
      </w:r>
    </w:p>
    <w:p>
      <w:r>
        <w:br/>
        <w:t>Взяла мене, і словом говорила:</w:t>
      </w:r>
    </w:p>
    <w:p>
      <w:r>
        <w:br/>
        <w:t>"Вважай і пам’ятай мої слова й науку:</w:t>
      </w:r>
    </w:p>
    <w:p>
      <w:r>
        <w:br/>
        <w:t>То світовий орган, і доля так судила,</w:t>
      </w:r>
    </w:p>
    <w:p>
      <w:r>
        <w:br/>
        <w:t>Що тільки раз він має гук подати,</w:t>
      </w:r>
    </w:p>
    <w:p>
      <w:r>
        <w:br/>
        <w:t>Страшний той гук, потужний і величний,</w:t>
      </w:r>
    </w:p>
    <w:p>
      <w:r>
        <w:br/>
        <w:t>По всіх країнах має залунати</w:t>
      </w:r>
    </w:p>
    <w:p>
      <w:r>
        <w:br/>
        <w:t>І перекинути світовий стрій одвічний.</w:t>
      </w:r>
    </w:p>
    <w:p>
      <w:r>
        <w:br/>
        <w:t>Страшне повстане скрізь землі рушення.</w:t>
      </w:r>
    </w:p>
    <w:p>
      <w:r>
        <w:br/>
        <w:t>І в громом упадуть міцні будови.</w:t>
      </w:r>
    </w:p>
    <w:p>
      <w:r>
        <w:br/>
        <w:t>Великий буде жах, велике й визволення!</w:t>
      </w:r>
    </w:p>
    <w:p>
      <w:r>
        <w:br/>
        <w:t>Тоді спадуть всесвітнії окови.</w:t>
      </w:r>
    </w:p>
    <w:p>
      <w:r>
        <w:br/>
        <w:t>І правда лавром чоло уквітчає.</w:t>
      </w:r>
    </w:p>
    <w:p>
      <w:r>
        <w:br/>
        <w:t>І згине зло, укриване віками.</w:t>
      </w:r>
    </w:p>
    <w:p>
      <w:r>
        <w:br/>
        <w:t>В честь волі нової хвалу співець заграє</w:t>
      </w:r>
    </w:p>
    <w:p>
      <w:r>
        <w:br/>
        <w:t>На вільних струнах вільними руками.</w:t>
      </w:r>
    </w:p>
    <w:p>
      <w:r>
        <w:br/>
        <w:t>Тож слухай: ти орган порушить можеш</w:t>
      </w:r>
    </w:p>
    <w:p>
      <w:r>
        <w:br/>
        <w:t>Не дужою, та смілою рукою,</w:t>
      </w:r>
    </w:p>
    <w:p>
      <w:r>
        <w:br/>
        <w:t>Всесвітнє зло тим гуком переможеш,</w:t>
      </w:r>
    </w:p>
    <w:p>
      <w:r>
        <w:br/>
        <w:t>Здобудеш для землі і щастя, і спокою.</w:t>
      </w:r>
    </w:p>
    <w:p>
      <w:r>
        <w:br/>
        <w:t>Та знай: твоє життя так миттю згасне,</w:t>
      </w:r>
    </w:p>
    <w:p>
      <w:r>
        <w:br/>
        <w:t>Як блискавка, що перед громом свіне:</w:t>
      </w:r>
    </w:p>
    <w:p>
      <w:r>
        <w:br/>
        <w:t>Не для тебе те світло правди ясне,</w:t>
      </w:r>
    </w:p>
    <w:p>
      <w:r>
        <w:br/>
        <w:t>Що світ осяє, ні! життя твоє загине!</w:t>
      </w:r>
    </w:p>
    <w:p>
      <w:r>
        <w:br/>
        <w:t>І вільні струни славити не будуть</w:t>
      </w:r>
    </w:p>
    <w:p>
      <w:r>
        <w:br/>
        <w:t>Ні твого ймення, ані твого діла,</w:t>
      </w:r>
    </w:p>
    <w:p>
      <w:r>
        <w:br/>
        <w:t>Щасливії нещасную забудуть,</w:t>
      </w:r>
    </w:p>
    <w:p>
      <w:r>
        <w:br/>
        <w:t>Не буде вкрита лаврами могила!"</w:t>
      </w:r>
    </w:p>
    <w:p>
      <w:r>
        <w:br/>
        <w:t>Промовила і зникла. В самотині</w:t>
      </w:r>
    </w:p>
    <w:p>
      <w:r>
        <w:br/>
        <w:t>Я зостаюся розважать-гадати,</w:t>
      </w:r>
    </w:p>
    <w:p>
      <w:r>
        <w:br/>
        <w:t>Як визволить той гук, що замкнутий в скелині,</w:t>
      </w:r>
    </w:p>
    <w:p>
      <w:r>
        <w:br/>
        <w:t>Що має гучно в світі залунати?</w:t>
      </w:r>
    </w:p>
    <w:p>
      <w:r>
        <w:br/>
        <w:t>І я стою, неначе скам’яніла.</w:t>
      </w:r>
    </w:p>
    <w:p>
      <w:r>
        <w:br/>
        <w:t>Знебула думка вже не розважає…</w:t>
      </w:r>
    </w:p>
    <w:p>
      <w:r>
        <w:br/>
        <w:t>Що се? немовби пісня забриніла</w:t>
      </w:r>
    </w:p>
    <w:p>
      <w:r>
        <w:br/>
        <w:t>Здалека, мовби цілий хор ридає.</w:t>
      </w:r>
    </w:p>
    <w:p>
      <w:r>
        <w:br/>
        <w:t>Глибока, тиха, нерозважна туга</w:t>
      </w:r>
    </w:p>
    <w:p>
      <w:r>
        <w:br/>
        <w:t>Вникає в серце, каменем лягає;</w:t>
      </w:r>
    </w:p>
    <w:p>
      <w:r>
        <w:br/>
        <w:t>Ридає хор, мов дикий вітер з луга,</w:t>
      </w:r>
    </w:p>
    <w:p>
      <w:r>
        <w:br/>
        <w:t>А темрява склепіння застилає.</w:t>
      </w:r>
    </w:p>
    <w:p>
      <w:r>
        <w:br/>
        <w:t>З віконця ледве-ледве блисне промінь;</w:t>
      </w:r>
    </w:p>
    <w:p>
      <w:r>
        <w:br/>
        <w:t>Ті хмари темні давлять мою душу,</w:t>
      </w:r>
    </w:p>
    <w:p>
      <w:r>
        <w:br/>
        <w:t>А серце палять, мов жерущий пломінь.</w:t>
      </w:r>
    </w:p>
    <w:p>
      <w:r>
        <w:br/>
        <w:t>Ні, гук страшний я видобути мушу!</w:t>
      </w:r>
    </w:p>
    <w:p>
      <w:r>
        <w:br/>
        <w:t>Хай я загину, та хай сяє мило</w:t>
      </w:r>
    </w:p>
    <w:p>
      <w:r>
        <w:br/>
        <w:t>Над людьми сонцем правда і надія!</w:t>
      </w:r>
    </w:p>
    <w:p>
      <w:r>
        <w:br/>
        <w:t>Зважливо простягаю руку, сміло –</w:t>
      </w:r>
    </w:p>
    <w:p>
      <w:r>
        <w:br/>
        <w:t>І прокидаюсь… Так! то сон був… мрія!</w:t>
      </w:r>
    </w:p>
    <w:p>
      <w:r>
        <w:br/>
        <w:t>СОН ЛІТНЬОЇ НОЧІ</w:t>
      </w:r>
    </w:p>
    <w:p>
      <w:r>
        <w:br/>
        <w:t>Присвячується М.Ставиському</w:t>
      </w:r>
    </w:p>
    <w:p>
      <w:r>
        <w:br/>
        <w:t>Сон літньої ночі колись мені снився,</w:t>
      </w:r>
    </w:p>
    <w:p>
      <w:r>
        <w:br/>
        <w:t>Коротка та літняя нічка була,</w:t>
      </w:r>
    </w:p>
    <w:p>
      <w:r>
        <w:br/>
        <w:t>І сон був короткий, – він хутко змінився</w:t>
      </w:r>
    </w:p>
    <w:p>
      <w:r>
        <w:br/>
        <w:t>І зник, як на сході зоря розсвіла.</w:t>
      </w:r>
    </w:p>
    <w:p>
      <w:r>
        <w:br/>
        <w:t>Чудовая мрія, розкішна та ясна,</w:t>
      </w:r>
    </w:p>
    <w:p>
      <w:r>
        <w:br/>
        <w:t>Кохано в ту ніч обгорнула мене,</w:t>
      </w:r>
    </w:p>
    <w:p>
      <w:r>
        <w:br/>
        <w:t>Приснилась мені люба доля прекрасна,</w:t>
      </w:r>
    </w:p>
    <w:p>
      <w:r>
        <w:br/>
        <w:t>Приснилось невидане щастя дивне.</w:t>
      </w:r>
    </w:p>
    <w:p>
      <w:r>
        <w:br/>
        <w:t>Була я щаслива, безмірно щаслива;</w:t>
      </w:r>
    </w:p>
    <w:p>
      <w:r>
        <w:br/>
        <w:t>Приснилось мені… та того не списать!</w:t>
      </w:r>
    </w:p>
    <w:p>
      <w:r>
        <w:br/>
        <w:t>Де в світі є мова така чарівлива,</w:t>
      </w:r>
    </w:p>
    <w:p>
      <w:r>
        <w:br/>
        <w:t>Щоб справжнєє щастя могла розказать?</w:t>
      </w:r>
    </w:p>
    <w:p>
      <w:r>
        <w:br/>
        <w:t>Та сон був короткий. Ранесенько-рано</w:t>
      </w:r>
    </w:p>
    <w:p>
      <w:r>
        <w:br/>
        <w:t>Вже зникла рожевая мрія моя, –</w:t>
      </w:r>
    </w:p>
    <w:p>
      <w:r>
        <w:br/>
        <w:t>Туди полинула, де грала кохано</w:t>
      </w:r>
    </w:p>
    <w:p>
      <w:r>
        <w:br/>
        <w:t>Злотисто-рожева світова зоря.</w:t>
      </w:r>
    </w:p>
    <w:p>
      <w:r>
        <w:br/>
        <w:t>Поглянула я, що вже нічка зникала, –</w:t>
      </w:r>
    </w:p>
    <w:p>
      <w:r>
        <w:br/>
        <w:t>І душу мою обгорнула печаль;</w:t>
      </w:r>
    </w:p>
    <w:p>
      <w:r>
        <w:br/>
        <w:t>І тихо-тихесенько я промовляла:</w:t>
      </w:r>
    </w:p>
    <w:p>
      <w:r>
        <w:br/>
        <w:t>"Сон літньої ночі! мені тебе жаль!.."</w:t>
      </w:r>
    </w:p>
    <w:p>
      <w:r>
        <w:br/>
        <w:t>Я щастя не маю і в мріях не бачу,</w:t>
      </w:r>
    </w:p>
    <w:p>
      <w:r>
        <w:br/>
        <w:t>Бо іншії мрії у серці ношу;</w:t>
      </w:r>
    </w:p>
    <w:p>
      <w:r>
        <w:br/>
        <w:t>Коли я часами журюся і плачу, –</w:t>
      </w:r>
    </w:p>
    <w:p>
      <w:r>
        <w:br/>
        <w:t>Я щастя у долі тоді не прошу.</w:t>
      </w:r>
    </w:p>
    <w:p>
      <w:r>
        <w:br/>
        <w:t>Для інших і доля, і щастя хай буде,</w:t>
      </w:r>
    </w:p>
    <w:p>
      <w:r>
        <w:br/>
        <w:t>Собі я бажаю не сну, а життя, –</w:t>
      </w:r>
    </w:p>
    <w:p>
      <w:r>
        <w:br/>
        <w:t>Хто зо сну прокинувсь, хай щастя забуде,</w:t>
      </w:r>
    </w:p>
    <w:p>
      <w:r>
        <w:br/>
        <w:t>Йому вже до щастя нема вороття!</w:t>
      </w:r>
    </w:p>
    <w:p>
      <w:r>
        <w:br/>
        <w:t>[1892]</w:t>
      </w:r>
    </w:p>
    <w:p>
      <w:r>
        <w:br/>
        <w:t>СОНЕТ</w:t>
      </w:r>
    </w:p>
    <w:p>
      <w:r>
        <w:br/>
        <w:t>Натура гине – вся в оздобах, в злоті, –</w:t>
      </w:r>
    </w:p>
    <w:p>
      <w:r>
        <w:br/>
        <w:t>Останній усміх ясний посила</w:t>
      </w:r>
    </w:p>
    <w:p>
      <w:r>
        <w:br/>
        <w:t>І краскою непевною пала,</w:t>
      </w:r>
    </w:p>
    <w:p>
      <w:r>
        <w:br/>
        <w:t>Немов конаюча вродливиця в сухоті.</w:t>
      </w:r>
    </w:p>
    <w:p>
      <w:r>
        <w:br/>
        <w:t>Недавно ще була вона в турботі,</w:t>
      </w:r>
    </w:p>
    <w:p>
      <w:r>
        <w:br/>
        <w:t>Жила і працею щасливая була;</w:t>
      </w:r>
    </w:p>
    <w:p>
      <w:r>
        <w:br/>
        <w:t>Тепер останнії дарунки роздала</w:t>
      </w:r>
    </w:p>
    <w:p>
      <w:r>
        <w:br/>
        <w:t>І тихо умира… кінець її роботі!</w:t>
      </w:r>
    </w:p>
    <w:p>
      <w:r>
        <w:br/>
        <w:t>Спокійно умира і листом покриває</w:t>
      </w:r>
    </w:p>
    <w:p>
      <w:r>
        <w:br/>
        <w:t>Росинки білії, ті сльози самотні</w:t>
      </w:r>
    </w:p>
    <w:p>
      <w:r>
        <w:br/>
        <w:t>Від сонця ясного і від людей ховає.</w:t>
      </w:r>
    </w:p>
    <w:p>
      <w:r>
        <w:br/>
        <w:t>Натура ллє ті сльози таємні</w:t>
      </w:r>
    </w:p>
    <w:p>
      <w:r>
        <w:br/>
        <w:t>Того, що хутко ляже в смертнім сні,</w:t>
      </w:r>
    </w:p>
    <w:p>
      <w:r>
        <w:br/>
        <w:t>В холодній, білій сніговій труні.</w:t>
      </w:r>
    </w:p>
    <w:p>
      <w:r>
        <w:br/>
        <w:t>[4 – 20 листопада 1890]</w:t>
      </w:r>
    </w:p>
    <w:p>
      <w:r>
        <w:br/>
        <w:t>НА РОКОВИНИ ШЕВЧЕНКА</w:t>
      </w:r>
    </w:p>
    <w:p>
      <w:r>
        <w:br/>
        <w:t>Колись нашу рідну хату</w:t>
      </w:r>
    </w:p>
    <w:p>
      <w:r>
        <w:br/>
        <w:t>Темрява вкривала,</w:t>
      </w:r>
    </w:p>
    <w:p>
      <w:r>
        <w:br/>
        <w:t>А чужа сусідська хата</w:t>
      </w:r>
    </w:p>
    <w:p>
      <w:r>
        <w:br/>
        <w:t>Світлами сіяла.</w:t>
      </w:r>
    </w:p>
    <w:p>
      <w:r>
        <w:br/>
        <w:t>Та минав ти, наш Кобзарю,</w:t>
      </w:r>
    </w:p>
    <w:p>
      <w:r>
        <w:br/>
        <w:t>Чужії пороги,</w:t>
      </w:r>
    </w:p>
    <w:p>
      <w:r>
        <w:br/>
        <w:t>Орав свою вбогу ниву,</w:t>
      </w:r>
    </w:p>
    <w:p>
      <w:r>
        <w:br/>
        <w:t>Рідні перелоги.</w:t>
      </w:r>
    </w:p>
    <w:p>
      <w:r>
        <w:br/>
        <w:t>Гомоніла твоя кобза</w:t>
      </w:r>
    </w:p>
    <w:p>
      <w:r>
        <w:br/>
        <w:t>Гучною струною,</w:t>
      </w:r>
    </w:p>
    <w:p>
      <w:r>
        <w:br/>
        <w:t>В кожнім серці одбивалась</w:t>
      </w:r>
    </w:p>
    <w:p>
      <w:r>
        <w:br/>
        <w:t>Чистою луною.</w:t>
      </w:r>
    </w:p>
    <w:p>
      <w:r>
        <w:br/>
        <w:t>Спочиваєш ти, наш батьку,</w:t>
      </w:r>
    </w:p>
    <w:p>
      <w:r>
        <w:br/>
        <w:t>Тихо в домовині,</w:t>
      </w:r>
    </w:p>
    <w:p>
      <w:r>
        <w:br/>
        <w:t>Та збудила твоя пісня</w:t>
      </w:r>
    </w:p>
    <w:p>
      <w:r>
        <w:br/>
        <w:t>Думки на Вкраїні.</w:t>
      </w:r>
    </w:p>
    <w:p>
      <w:r>
        <w:br/>
        <w:t>Хай же промінь твоїх думок</w:t>
      </w:r>
    </w:p>
    <w:p>
      <w:r>
        <w:br/>
        <w:t>Поміж нами сяє, —</w:t>
      </w:r>
    </w:p>
    <w:p>
      <w:r>
        <w:br/>
        <w:t>"Огню іскра великого"</w:t>
      </w:r>
    </w:p>
    <w:p>
      <w:r>
        <w:br/>
        <w:t>Повік не згасає!</w:t>
      </w:r>
    </w:p>
    <w:p>
      <w:r>
        <w:br/>
        <w:t>Щоб між нами не вгасало</w:t>
      </w:r>
    </w:p>
    <w:p>
      <w:r>
        <w:br/>
        <w:t>Проміння величне,</w:t>
      </w:r>
    </w:p>
    <w:p>
      <w:r>
        <w:br/>
        <w:t>Ти поставив "на сторожі"</w:t>
      </w:r>
    </w:p>
    <w:p>
      <w:r>
        <w:br/>
        <w:t>Слово твоє вічне.</w:t>
      </w:r>
    </w:p>
    <w:p>
      <w:r>
        <w:br/>
        <w:t>Ми, як ти, минати будем</w:t>
      </w:r>
    </w:p>
    <w:p>
      <w:r>
        <w:br/>
        <w:t>Чужії пороги,</w:t>
      </w:r>
    </w:p>
    <w:p>
      <w:r>
        <w:br/>
        <w:t>Орать будем свої ниви,</w:t>
      </w:r>
    </w:p>
    <w:p>
      <w:r>
        <w:br/>
        <w:t>Рідні перелоги.</w:t>
      </w:r>
    </w:p>
    <w:p>
      <w:r>
        <w:br/>
        <w:t>"СКРІЗЬ ПЛАЧ, І СТОГІН, І РИДАННЯ..."</w:t>
      </w:r>
    </w:p>
    <w:p>
      <w:r>
        <w:br/>
        <w:t>Скрізь плач, і стогін, і ридання,</w:t>
      </w:r>
    </w:p>
    <w:p>
      <w:r>
        <w:br/>
        <w:t>Несмілі поклики, слабі,</w:t>
      </w:r>
    </w:p>
    <w:p>
      <w:r>
        <w:br/>
        <w:t>На долю марні нарікання</w:t>
      </w:r>
    </w:p>
    <w:p>
      <w:r>
        <w:br/>
        <w:t>І чола, схилені в журбі.</w:t>
      </w:r>
    </w:p>
    <w:p>
      <w:r>
        <w:br/>
        <w:t>Над давнім лихом України</w:t>
      </w:r>
    </w:p>
    <w:p>
      <w:r>
        <w:br/>
        <w:t>Жалкуєм-тужим в кожний час,</w:t>
      </w:r>
    </w:p>
    <w:p>
      <w:r>
        <w:br/>
        <w:t>З плачем ждемо тії години,</w:t>
      </w:r>
    </w:p>
    <w:p>
      <w:r>
        <w:br/>
        <w:t>Коли спадуть кайдани з нас.</w:t>
      </w:r>
    </w:p>
    <w:p>
      <w:r>
        <w:br/>
        <w:t>Ті сльози розтроюдять рани,</w:t>
      </w:r>
    </w:p>
    <w:p>
      <w:r>
        <w:br/>
        <w:t>Загоїтись їм не дадуть.</w:t>
      </w:r>
    </w:p>
    <w:p>
      <w:r>
        <w:br/>
        <w:t>Заржавіють від сліз кайдани,</w:t>
      </w:r>
    </w:p>
    <w:p>
      <w:r>
        <w:br/>
        <w:t>Самі ж ніколи не спадуть!</w:t>
      </w:r>
    </w:p>
    <w:p>
      <w:r>
        <w:br/>
        <w:t>Нащо даремнії скорботи?</w:t>
      </w:r>
    </w:p>
    <w:p>
      <w:r>
        <w:br/>
        <w:t>Назад нема нам воріття!</w:t>
      </w:r>
    </w:p>
    <w:p>
      <w:r>
        <w:br/>
        <w:t>Берімось краще до роботи,</w:t>
      </w:r>
    </w:p>
    <w:p>
      <w:r>
        <w:br/>
        <w:t>Змагаймось за нове життя!</w:t>
      </w:r>
    </w:p>
    <w:p>
      <w:r>
        <w:br/>
        <w:t>[1890]</w:t>
      </w:r>
    </w:p>
    <w:p>
      <w:r>
        <w:br/>
        <w:t>ДО НАТУРИ</w:t>
      </w:r>
    </w:p>
    <w:p>
      <w:r>
        <w:br/>
        <w:t>Натуро-матінко! я на твоєму лоні</w:t>
      </w:r>
    </w:p>
    <w:p>
      <w:r>
        <w:br/>
        <w:t>Дитячі радощі і горе виливала,</w:t>
      </w:r>
    </w:p>
    <w:p>
      <w:r>
        <w:br/>
        <w:t>І матір’ю тебе я щиро звала,</w:t>
      </w:r>
    </w:p>
    <w:p>
      <w:r>
        <w:br/>
        <w:t>З подякою складаючи долоні.</w:t>
      </w:r>
    </w:p>
    <w:p>
      <w:r>
        <w:br/>
        <w:t>Ти іскру божую збудила в моїх грудях;</w:t>
      </w:r>
    </w:p>
    <w:p>
      <w:r>
        <w:br/>
        <w:t>Надія, – їй же першу пісню я співала, –</w:t>
      </w:r>
    </w:p>
    <w:p>
      <w:r>
        <w:br/>
        <w:t>Мені провідною зорею стала,</w:t>
      </w:r>
    </w:p>
    <w:p>
      <w:r>
        <w:br/>
        <w:t>І з нею буду я добра шукати в людях.</w:t>
      </w:r>
    </w:p>
    <w:p>
      <w:r>
        <w:br/>
        <w:t>Коли ж почую я, що промінь погасає</w:t>
      </w:r>
    </w:p>
    <w:p>
      <w:r>
        <w:br/>
        <w:t>Надії милої, – тоді, Натуро-ненько,</w:t>
      </w:r>
    </w:p>
    <w:p>
      <w:r>
        <w:br/>
        <w:t>Прийми моє знебулеє серденько,</w:t>
      </w:r>
    </w:p>
    <w:p>
      <w:r>
        <w:br/>
        <w:t>І проміння нове нехай йому засяє!</w:t>
      </w:r>
    </w:p>
    <w:p>
      <w:r>
        <w:br/>
        <w:t>ВЕЧІРНЯ ГОДИНА</w:t>
      </w:r>
    </w:p>
    <w:p>
      <w:r>
        <w:br/>
        <w:t>(Коханій мамі)</w:t>
      </w:r>
    </w:p>
    <w:p>
      <w:r>
        <w:br/>
        <w:t>Уже скотилось із неба сонце,</w:t>
      </w:r>
    </w:p>
    <w:p>
      <w:r>
        <w:br/>
        <w:t>Заглянув місяць в моє віконце.</w:t>
      </w:r>
    </w:p>
    <w:p>
      <w:r>
        <w:br/>
        <w:t>Вже засвітились у небі зорі,</w:t>
      </w:r>
    </w:p>
    <w:p>
      <w:r>
        <w:br/>
        <w:t>Усе заснуло, заснуло й горе.</w:t>
      </w:r>
    </w:p>
    <w:p>
      <w:r>
        <w:br/>
        <w:t>Вийду в садочок та погуляю,</w:t>
      </w:r>
    </w:p>
    <w:p>
      <w:r>
        <w:br/>
        <w:t>При місяченьку та й заспіваю.</w:t>
      </w:r>
    </w:p>
    <w:p>
      <w:r>
        <w:br/>
        <w:t>Як же тут гарно, як же тут тихо,</w:t>
      </w:r>
    </w:p>
    <w:p>
      <w:r>
        <w:br/>
        <w:t>В таку годину забудеш лихо!</w:t>
      </w:r>
    </w:p>
    <w:p>
      <w:r>
        <w:br/>
        <w:t>Кругом садочки, біленькі хати,</w:t>
      </w:r>
    </w:p>
    <w:p>
      <w:r>
        <w:br/>
        <w:t>І соловейка в гаю чувати.</w:t>
      </w:r>
    </w:p>
    <w:p>
      <w:r>
        <w:br/>
        <w:t>Ой, чи так красно в якій країні,</w:t>
      </w:r>
    </w:p>
    <w:p>
      <w:r>
        <w:br/>
        <w:t>Як тут, на нашій рідній Волині!</w:t>
      </w:r>
    </w:p>
    <w:p>
      <w:r>
        <w:br/>
        <w:t>Ніч обгорнула біленькі хати,</w:t>
      </w:r>
    </w:p>
    <w:p>
      <w:r>
        <w:br/>
        <w:t>Немов маленьких діточок мати,</w:t>
      </w:r>
    </w:p>
    <w:p>
      <w:r>
        <w:br/>
        <w:t>Вітрець весняний тихенько дише,</w:t>
      </w:r>
    </w:p>
    <w:p>
      <w:r>
        <w:br/>
        <w:t>Немов діток тих до сну колише.</w:t>
      </w:r>
    </w:p>
    <w:p>
      <w:r>
        <w:br/>
        <w:t>ЗАВІТАННЯ</w:t>
      </w:r>
    </w:p>
    <w:p>
      <w:r>
        <w:br/>
        <w:t>В темну безсонную ніч, в передсвітнюю чорну годину,</w:t>
      </w:r>
    </w:p>
    <w:p>
      <w:r>
        <w:br/>
        <w:t>Втомленим очам моїм вельми дивна поява з’явилась:</w:t>
      </w:r>
    </w:p>
    <w:p>
      <w:r>
        <w:br/>
        <w:t>Темно-червонеє світло, неначе той одблиск пожежі,</w:t>
      </w:r>
    </w:p>
    <w:p>
      <w:r>
        <w:br/>
        <w:t>Лихо віщуючий, темряву ночі розсунув.</w:t>
      </w:r>
    </w:p>
    <w:p>
      <w:r>
        <w:br/>
        <w:t>В світлі з’явилася генія темная постать.</w:t>
      </w:r>
    </w:p>
    <w:p>
      <w:r>
        <w:br/>
        <w:t>Довга та чорная шата, мов хмара, його покривала</w:t>
      </w:r>
    </w:p>
    <w:p>
      <w:r>
        <w:br/>
        <w:t>І хвилювала в повітрі, як море в негоду,</w:t>
      </w:r>
    </w:p>
    <w:p>
      <w:r>
        <w:br/>
        <w:t>Сталі холодної полиском крила широкі ясніли;</w:t>
      </w:r>
    </w:p>
    <w:p>
      <w:r>
        <w:br/>
        <w:t>Кучері чорні та довгі спадали на плечі.</w:t>
      </w:r>
    </w:p>
    <w:p>
      <w:r>
        <w:br/>
        <w:t>В темних та гострих очах його погляд непевний світився, –</w:t>
      </w:r>
    </w:p>
    <w:p>
      <w:r>
        <w:br/>
        <w:t>Сумно дивився в простор, і палкії лилися з них сльози.</w:t>
      </w:r>
    </w:p>
    <w:p>
      <w:r>
        <w:br/>
        <w:t>Горе тому, в чиє серце ті сльози огнистії кануть:</w:t>
      </w:r>
    </w:p>
    <w:p>
      <w:r>
        <w:br/>
        <w:t>Лихо та горе, всесвітню нікчемність побачить він разом,</w:t>
      </w:r>
    </w:p>
    <w:p>
      <w:r>
        <w:br/>
        <w:t>В серці в його запалає той пломінь страшенний, жерущий,</w:t>
      </w:r>
    </w:p>
    <w:p>
      <w:r>
        <w:br/>
        <w:t>Що у тім погляді жевріє, – і безнадійність,</w:t>
      </w:r>
    </w:p>
    <w:p>
      <w:r>
        <w:br/>
        <w:t>Тяжка, понура, обгорне його, наче хмара осіння.</w:t>
      </w:r>
    </w:p>
    <w:p>
      <w:r>
        <w:br/>
        <w:t>Скована жахом, я погляд спустила додолу.</w:t>
      </w:r>
    </w:p>
    <w:p>
      <w:r>
        <w:br/>
        <w:t>Він же промчав, наче вітер, і зник у просторі.</w:t>
      </w:r>
    </w:p>
    <w:p>
      <w:r>
        <w:br/>
        <w:t>Темрява знов залягла, ще чорніша, ще глибша.</w:t>
      </w:r>
    </w:p>
    <w:p>
      <w:r>
        <w:br/>
        <w:t>Вечір був місячний, ясний, і зорі лагідно сіяли;</w:t>
      </w:r>
    </w:p>
    <w:p>
      <w:r>
        <w:br/>
        <w:t>Тихо було у повітрі, вітрець тільки часом</w:t>
      </w:r>
    </w:p>
    <w:p>
      <w:r>
        <w:br/>
        <w:t>Легким крильцем повівав – і далеко, далеко</w:t>
      </w:r>
    </w:p>
    <w:p>
      <w:r>
        <w:br/>
        <w:t>Із-за гори десь доносився гук від вечірнього дзвона.</w:t>
      </w:r>
    </w:p>
    <w:p>
      <w:r>
        <w:br/>
        <w:t>Довгая біла стяга простелилась від срібного сяйва</w:t>
      </w:r>
    </w:p>
    <w:p>
      <w:r>
        <w:br/>
        <w:t>В хаті моїй, – надто ясно вже світач рогатий</w:t>
      </w:r>
    </w:p>
    <w:p>
      <w:r>
        <w:br/>
        <w:t>Ночі тієї світив. Якась тінь у тім сяйві з’явилась,</w:t>
      </w:r>
    </w:p>
    <w:p>
      <w:r>
        <w:br/>
        <w:t>Легка, блакитна, прозора і невиразна, як мрія.</w:t>
      </w:r>
    </w:p>
    <w:p>
      <w:r>
        <w:br/>
        <w:t>Геній то був, але геній не той, що з’являвся</w:t>
      </w:r>
    </w:p>
    <w:p>
      <w:r>
        <w:br/>
        <w:t>Темної ночі тоді, коли жахом скував мою душу.</w:t>
      </w:r>
    </w:p>
    <w:p>
      <w:r>
        <w:br/>
        <w:t>Тихо стояв він, і ледве що маяла шата прозора;</w:t>
      </w:r>
    </w:p>
    <w:p>
      <w:r>
        <w:br/>
        <w:t>Кучері яснії, легкі вилися над чолом лагідним,</w:t>
      </w:r>
    </w:p>
    <w:p>
      <w:r>
        <w:br/>
        <w:t>Білії крила сріблясті леліли у місячнім сяйві,</w:t>
      </w:r>
    </w:p>
    <w:p>
      <w:r>
        <w:br/>
        <w:t>Яснії очі були, і погляд їх був, наче промінь;</w:t>
      </w:r>
    </w:p>
    <w:p>
      <w:r>
        <w:br/>
        <w:t>Любо всміхався, від усміху того у серці</w:t>
      </w:r>
    </w:p>
    <w:p>
      <w:r>
        <w:br/>
        <w:t>Радісна, тиха надія, мов квітка лілеї, розквітла.</w:t>
      </w:r>
    </w:p>
    <w:p>
      <w:r>
        <w:br/>
        <w:t>Людська недоля будила не розпач в мені, а бажання</w:t>
      </w:r>
    </w:p>
    <w:p>
      <w:r>
        <w:br/>
        <w:t>Кращої долі, яснішої, – той ідеал мені сяяв</w:t>
      </w:r>
    </w:p>
    <w:p>
      <w:r>
        <w:br/>
        <w:t>В погляді яснім, і серце за ним поривалося линуть.</w:t>
      </w:r>
    </w:p>
    <w:p>
      <w:r>
        <w:br/>
        <w:t>Він подивився на мене журливо – і серцем я вчула,</w:t>
      </w:r>
    </w:p>
    <w:p>
      <w:r>
        <w:br/>
        <w:t>Що у небесні простори несила моя ще полинуть…</w:t>
      </w:r>
    </w:p>
    <w:p>
      <w:r>
        <w:br/>
        <w:t>Зник він, як мрія, як срібний туман проти сонця.</w:t>
      </w:r>
    </w:p>
    <w:p>
      <w:r>
        <w:br/>
        <w:t>Зоря на небі рожева уже починала займатись,</w:t>
      </w:r>
    </w:p>
    <w:p>
      <w:r>
        <w:br/>
        <w:t>Із-за гори десь доносився гук від далекого дзвона…</w:t>
      </w:r>
    </w:p>
    <w:p>
      <w:r>
        <w:br/>
        <w:t>НА ДАВНІЙ МОТИВ</w:t>
      </w:r>
    </w:p>
    <w:p>
      <w:r>
        <w:br/>
        <w:t>– На добридень, ти моя голубко!</w:t>
      </w:r>
    </w:p>
    <w:p>
      <w:r>
        <w:br/>
        <w:t>"На добридень, мій коханий друже!"</w:t>
      </w:r>
    </w:p>
    <w:p>
      <w:r>
        <w:br/>
        <w:t>– Що ж сьогодні снилось тобі, любко?</w:t>
      </w:r>
    </w:p>
    <w:p>
      <w:r>
        <w:br/>
        <w:t>"Сон приснився, та дивненький дуже".</w:t>
      </w:r>
    </w:p>
    <w:p>
      <w:r>
        <w:br/>
        <w:t>– Що ж за диво снилось тобі, мила?</w:t>
      </w:r>
    </w:p>
    <w:p>
      <w:r>
        <w:br/>
        <w:t>"Мені снились білії лелії…"</w:t>
      </w:r>
    </w:p>
    <w:p>
      <w:r>
        <w:br/>
        <w:t>– Тішся, мила, бо лелія біла –</w:t>
      </w:r>
    </w:p>
    <w:p>
      <w:r>
        <w:br/>
        <w:t>Квітка чистої та любої надії!</w:t>
      </w:r>
    </w:p>
    <w:p>
      <w:r>
        <w:br/>
        <w:t>"Мені снились білії лелії,</w:t>
      </w:r>
    </w:p>
    <w:p>
      <w:r>
        <w:br/>
        <w:t>Що хитались в місячному світлі,</w:t>
      </w:r>
    </w:p>
    <w:p>
      <w:r>
        <w:br/>
        <w:t>Мов гадали чарівнії мрії,</w:t>
      </w:r>
    </w:p>
    <w:p>
      <w:r>
        <w:br/>
        <w:t>І пишались гордії, розквітлі.</w:t>
      </w:r>
    </w:p>
    <w:p>
      <w:r>
        <w:br/>
        <w:t>І сіяли дивною красою,</w:t>
      </w:r>
    </w:p>
    <w:p>
      <w:r>
        <w:br/>
        <w:t>Мов непевні, чарівничі квіти,</w:t>
      </w:r>
    </w:p>
    <w:p>
      <w:r>
        <w:br/>
        <w:t>І блищали ясною росою,</w:t>
      </w:r>
    </w:p>
    <w:p>
      <w:r>
        <w:br/>
        <w:t>Що горіла, наче самоцвіти.</w:t>
      </w:r>
    </w:p>
    <w:p>
      <w:r>
        <w:br/>
        <w:t>Приступила я до квітів ближче, –</w:t>
      </w:r>
    </w:p>
    <w:p>
      <w:r>
        <w:br/>
        <w:t>Всі лелії раптом затремтіли,</w:t>
      </w:r>
    </w:p>
    <w:p>
      <w:r>
        <w:br/>
        <w:t>Почали хилитись нижче, нижче</w:t>
      </w:r>
    </w:p>
    <w:p>
      <w:r>
        <w:br/>
        <w:t>Та й пожовкли, далі почорніли.</w:t>
      </w:r>
    </w:p>
    <w:p>
      <w:r>
        <w:br/>
        <w:t>І з лелій тих чорних поспадали</w:t>
      </w:r>
    </w:p>
    <w:p>
      <w:r>
        <w:br/>
        <w:t>Всі блискучі самоцвітні роси,</w:t>
      </w:r>
    </w:p>
    <w:p>
      <w:r>
        <w:br/>
        <w:t>На травиці схиленій лежали,</w:t>
      </w:r>
    </w:p>
    <w:p>
      <w:r>
        <w:br/>
        <w:t>Наче дрібні та ряснії сльози…"</w:t>
      </w:r>
    </w:p>
    <w:p>
      <w:r>
        <w:br/>
        <w:t>– Дивний сон твій, любко моя гожа…</w:t>
      </w:r>
    </w:p>
    <w:p>
      <w:r>
        <w:br/>
        <w:t>А мені червоні снились рожі.</w:t>
      </w:r>
    </w:p>
    <w:p>
      <w:r>
        <w:br/>
        <w:t>"Тішся, милий, бо червона рожа –</w:t>
      </w:r>
    </w:p>
    <w:p>
      <w:r>
        <w:br/>
        <w:t>То кохання квітка та розкоші!"</w:t>
      </w:r>
    </w:p>
    <w:p>
      <w:r>
        <w:br/>
        <w:t>– Мені снилося: червоні рожі</w:t>
      </w:r>
    </w:p>
    <w:p>
      <w:r>
        <w:br/>
        <w:t>Пломеніли в промені злотистім</w:t>
      </w:r>
    </w:p>
    <w:p>
      <w:r>
        <w:br/>
        <w:t>І були на райські квіти схожі,</w:t>
      </w:r>
    </w:p>
    <w:p>
      <w:r>
        <w:br/>
        <w:t>Запашнії, з листячком барвистим.</w:t>
      </w:r>
    </w:p>
    <w:p>
      <w:r>
        <w:br/>
        <w:t>Так чудово рожі паленіли</w:t>
      </w:r>
    </w:p>
    <w:p>
      <w:r>
        <w:br/>
        <w:t>Від кохання й радості ясної</w:t>
      </w:r>
    </w:p>
    <w:p>
      <w:r>
        <w:br/>
        <w:t>І цвіли, тремтіли та горіли</w:t>
      </w:r>
    </w:p>
    <w:p>
      <w:r>
        <w:br/>
        <w:t>Від жаги палкої, таємної.</w:t>
      </w:r>
    </w:p>
    <w:p>
      <w:r>
        <w:br/>
        <w:t>Приступив я до одної рожі,</w:t>
      </w:r>
    </w:p>
    <w:p>
      <w:r>
        <w:br/>
        <w:t>Пригорнуть хотів я до серденька.</w:t>
      </w:r>
    </w:p>
    <w:p>
      <w:r>
        <w:br/>
        <w:t>Зблідли раптом рожі прехороші</w:t>
      </w:r>
    </w:p>
    <w:p>
      <w:r>
        <w:br/>
        <w:t>І найкраща роженька ясненька.</w:t>
      </w:r>
    </w:p>
    <w:p>
      <w:r>
        <w:br/>
        <w:t>Та й умилась буйною росою</w:t>
      </w:r>
    </w:p>
    <w:p>
      <w:r>
        <w:br/>
        <w:t>Та моя найкраща рожа мила,</w:t>
      </w:r>
    </w:p>
    <w:p>
      <w:r>
        <w:br/>
        <w:t>Мов підтята гострою косою,</w:t>
      </w:r>
    </w:p>
    <w:p>
      <w:r>
        <w:br/>
        <w:t>Полягла мені до ніг, змарніла…</w:t>
      </w:r>
    </w:p>
    <w:p>
      <w:r>
        <w:br/>
        <w:t>Засмутилась пара молоденька,</w:t>
      </w:r>
    </w:p>
    <w:p>
      <w:r>
        <w:br/>
        <w:t>Зрозуміти снів своїх не може</w:t>
      </w:r>
    </w:p>
    <w:p>
      <w:r>
        <w:br/>
        <w:t>І додому поверта смутненька.</w:t>
      </w:r>
    </w:p>
    <w:p>
      <w:r>
        <w:br/>
        <w:t>Дай їм, боже, щоб було все гоже!..</w:t>
      </w:r>
    </w:p>
    <w:p>
      <w:r>
        <w:br/>
        <w:t>[20 березня 1890 p.]</w:t>
      </w:r>
    </w:p>
    <w:p>
      <w:r>
        <w:br/>
        <w:t>ПІСНЯ</w:t>
      </w:r>
    </w:p>
    <w:p>
      <w:r>
        <w:br/>
        <w:t>Чи є кращі між квітками</w:t>
      </w:r>
    </w:p>
    <w:p>
      <w:r>
        <w:br/>
        <w:t>Та над веснянії?</w:t>
      </w:r>
    </w:p>
    <w:p>
      <w:r>
        <w:br/>
        <w:t>Чи є в житті кращі літа</w:t>
      </w:r>
    </w:p>
    <w:p>
      <w:r>
        <w:br/>
        <w:t>Та над молодії?</w:t>
      </w:r>
    </w:p>
    <w:p>
      <w:r>
        <w:br/>
        <w:t>Не всихайте, пишні квіти,</w:t>
      </w:r>
    </w:p>
    <w:p>
      <w:r>
        <w:br/>
        <w:t>Цвітіть хоч до літа!</w:t>
      </w:r>
    </w:p>
    <w:p>
      <w:r>
        <w:br/>
        <w:t>Пождіть літа, доля прийде,</w:t>
      </w:r>
    </w:p>
    <w:p>
      <w:r>
        <w:br/>
        <w:t>Не тікайте з світа!</w:t>
      </w:r>
    </w:p>
    <w:p>
      <w:r>
        <w:br/>
        <w:t>Двічі на рік пишні квіти</w:t>
      </w:r>
    </w:p>
    <w:p>
      <w:r>
        <w:br/>
        <w:t>Та не процвітають;</w:t>
      </w:r>
    </w:p>
    <w:p>
      <w:r>
        <w:br/>
        <w:t>В житті літа найкращії</w:t>
      </w:r>
    </w:p>
    <w:p>
      <w:r>
        <w:br/>
        <w:t>Двічі не бувають.</w:t>
      </w:r>
    </w:p>
    <w:p>
      <w:r>
        <w:br/>
        <w:t>Та ще ж квіти не посохли,</w:t>
      </w:r>
    </w:p>
    <w:p>
      <w:r>
        <w:br/>
        <w:t>Рута зелененька, –</w:t>
      </w:r>
    </w:p>
    <w:p>
      <w:r>
        <w:br/>
        <w:t>Не журися, дівчинонько,</w:t>
      </w:r>
    </w:p>
    <w:p>
      <w:r>
        <w:br/>
        <w:t>Ще ж ти молоденька!</w:t>
      </w:r>
    </w:p>
    <w:p>
      <w:r>
        <w:br/>
        <w:t>У ПУТЬ</w:t>
      </w:r>
    </w:p>
    <w:p>
      <w:r>
        <w:br/>
        <w:t>Хвилини йдуть,</w:t>
      </w:r>
    </w:p>
    <w:p>
      <w:r>
        <w:br/>
        <w:t>Пора у путь!</w:t>
      </w:r>
    </w:p>
    <w:p>
      <w:r>
        <w:br/>
        <w:t>Прощай, рідний краю!</w:t>
      </w:r>
    </w:p>
    <w:p>
      <w:r>
        <w:br/>
        <w:t>Вже хутко я піду.</w:t>
      </w:r>
    </w:p>
    <w:p>
      <w:r>
        <w:br/>
        <w:t>Тут долі не маю, –</w:t>
      </w:r>
    </w:p>
    <w:p>
      <w:r>
        <w:br/>
        <w:t>На чужині знайду.</w:t>
      </w:r>
    </w:p>
    <w:p>
      <w:r>
        <w:br/>
        <w:t>Шукатиму долі</w:t>
      </w:r>
    </w:p>
    <w:p>
      <w:r>
        <w:br/>
        <w:t>В далекій стороні!</w:t>
      </w:r>
    </w:p>
    <w:p>
      <w:r>
        <w:br/>
        <w:t>Вперед! прагну волі,</w:t>
      </w:r>
    </w:p>
    <w:p>
      <w:r>
        <w:br/>
        <w:t>У світ пора мені!</w:t>
      </w:r>
    </w:p>
    <w:p>
      <w:r>
        <w:br/>
        <w:t>Бо літа не ждуть…</w:t>
      </w:r>
    </w:p>
    <w:p>
      <w:r>
        <w:br/>
        <w:t>Пора мені в путь!</w:t>
      </w:r>
    </w:p>
    <w:p>
      <w:r>
        <w:br/>
        <w:t>Прощай, товариство, родино-рідна!</w:t>
      </w:r>
    </w:p>
    <w:p>
      <w:r>
        <w:br/>
        <w:t>Прощай, моя люба дружино смутна!</w:t>
      </w:r>
    </w:p>
    <w:p>
      <w:r>
        <w:br/>
        <w:t>Я, може, навіки іду в чужий край…</w:t>
      </w:r>
    </w:p>
    <w:p>
      <w:r>
        <w:br/>
        <w:t>Прощай, – добрим словом мене спогадай!</w:t>
      </w:r>
    </w:p>
    <w:p>
      <w:r>
        <w:br/>
        <w:t>Я йду, тверда звага</w:t>
      </w:r>
    </w:p>
    <w:p>
      <w:r>
        <w:br/>
        <w:t>Веде мене на шлях,</w:t>
      </w:r>
    </w:p>
    <w:p>
      <w:r>
        <w:br/>
        <w:t>У серці одвага,</w:t>
      </w:r>
    </w:p>
    <w:p>
      <w:r>
        <w:br/>
        <w:t>Хоч сльози на очах…</w:t>
      </w:r>
    </w:p>
    <w:p>
      <w:r>
        <w:br/>
        <w:t>В далекій чужині</w:t>
      </w:r>
    </w:p>
    <w:p>
      <w:r>
        <w:br/>
        <w:t>Я сил наберусь</w:t>
      </w:r>
    </w:p>
    <w:p>
      <w:r>
        <w:br/>
        <w:t>Служити країні</w:t>
      </w:r>
    </w:p>
    <w:p>
      <w:r>
        <w:br/>
        <w:t>Або – не вернусь…</w:t>
      </w:r>
    </w:p>
    <w:p>
      <w:r>
        <w:br/>
        <w:t>Я все покидаю: садочки рясні,</w:t>
      </w:r>
    </w:p>
    <w:p>
      <w:r>
        <w:br/>
        <w:t>І темні діброви, і ниви ясні,</w:t>
      </w:r>
    </w:p>
    <w:p>
      <w:r>
        <w:br/>
        <w:t>З собою несу я лиш рідні пісні.</w:t>
      </w:r>
    </w:p>
    <w:p>
      <w:r>
        <w:br/>
        <w:t>Пора у путь,</w:t>
      </w:r>
    </w:p>
    <w:p>
      <w:r>
        <w:br/>
        <w:t>Хвилини йдуть!</w:t>
      </w:r>
    </w:p>
    <w:p>
      <w:r>
        <w:br/>
        <w:t>Шумлять на прощання</w:t>
      </w:r>
    </w:p>
    <w:p>
      <w:r>
        <w:br/>
        <w:t>Зеленії луги,</w:t>
      </w:r>
    </w:p>
    <w:p>
      <w:r>
        <w:br/>
        <w:t>Летять розставання</w:t>
      </w:r>
    </w:p>
    <w:p>
      <w:r>
        <w:br/>
        <w:t>Хвилини дорогі!..</w:t>
      </w:r>
    </w:p>
    <w:p>
      <w:r>
        <w:br/>
        <w:t>Хоч тяжко країну</w:t>
      </w:r>
    </w:p>
    <w:p>
      <w:r>
        <w:br/>
        <w:t>Рідную покидать,</w:t>
      </w:r>
    </w:p>
    <w:p>
      <w:r>
        <w:br/>
        <w:t>Я йду на чужину,</w:t>
      </w:r>
    </w:p>
    <w:p>
      <w:r>
        <w:br/>
        <w:t>Я мушу поспішать.</w:t>
      </w:r>
    </w:p>
    <w:p>
      <w:r>
        <w:br/>
        <w:t>Далекая путь,</w:t>
      </w:r>
    </w:p>
    <w:p>
      <w:r>
        <w:br/>
        <w:t>Хвилини не ждуть !</w:t>
      </w:r>
    </w:p>
    <w:p>
      <w:r>
        <w:br/>
        <w:t>ОСТАННЯ ПІСНЯ МАРІЇ СТЮАРТ</w:t>
      </w:r>
    </w:p>
    <w:p>
      <w:r>
        <w:br/>
        <w:t>Que suis je, helas!..</w:t>
      </w:r>
    </w:p>
    <w:p>
      <w:r>
        <w:br/>
        <w:t>Що я тепер, о боже! жить мені для чого?</w:t>
      </w:r>
    </w:p>
    <w:p>
      <w:r>
        <w:br/>
        <w:t>Слаба, мов тіло, в котрім серця вже нема,</w:t>
      </w:r>
    </w:p>
    <w:p>
      <w:r>
        <w:br/>
        <w:t>Тінь марна я, мене жаль-туга обійма,</w:t>
      </w:r>
    </w:p>
    <w:p>
      <w:r>
        <w:br/>
        <w:t>Самої смерті прагну, більше вже нічого.</w:t>
      </w:r>
    </w:p>
    <w:p>
      <w:r>
        <w:br/>
        <w:t>Не будьте, вороги, ненависні до того,</w:t>
      </w:r>
    </w:p>
    <w:p>
      <w:r>
        <w:br/>
        <w:t>Хто в серці замірів владарних не здійма,</w:t>
      </w:r>
    </w:p>
    <w:p>
      <w:r>
        <w:br/>
        <w:t>Бо муку більшую, ніж має сил, прийма,</w:t>
      </w:r>
    </w:p>
    <w:p>
      <w:r>
        <w:br/>
        <w:t>Не довго втримувать вам лютість серця свого!</w:t>
      </w:r>
    </w:p>
    <w:p>
      <w:r>
        <w:br/>
        <w:t>Згадайте, друзі, – ви, котрі мене любили, –</w:t>
      </w:r>
    </w:p>
    <w:p>
      <w:r>
        <w:br/>
        <w:t>Що я без щастя-долі у житті сьому</w:t>
      </w:r>
    </w:p>
    <w:p>
      <w:r>
        <w:br/>
        <w:t>Нічого доброго зробить не мала сили;</w:t>
      </w:r>
    </w:p>
    <w:p>
      <w:r>
        <w:br/>
        <w:t>Кінця бажайте безталанню мойому,</w:t>
      </w:r>
    </w:p>
    <w:p>
      <w:r>
        <w:br/>
        <w:t>Бо вже коли я тут недолі досить маю,</w:t>
      </w:r>
    </w:p>
    <w:p>
      <w:r>
        <w:br/>
        <w:t>Хай буду я щаслива там, у іншім краю!</w:t>
      </w:r>
    </w:p>
    <w:p>
      <w:r>
        <w:br/>
        <w:t>ПОДОРОЖ ДО МОРЯ</w:t>
      </w:r>
    </w:p>
    <w:p>
      <w:r>
        <w:br/>
        <w:t>(Посвята сiм'ї Михайла Ф. Комарова) [8]</w:t>
      </w:r>
    </w:p>
    <w:p>
      <w:r>
        <w:br/>
        <w:t>I</w:t>
      </w:r>
    </w:p>
    <w:p>
      <w:r>
        <w:br/>
        <w:t>Прощай, Волинь! прощай, рiдний куточок!</w:t>
      </w:r>
    </w:p>
    <w:p>
      <w:r>
        <w:br/>
        <w:t>Мене вiд тебе доленька жене,</w:t>
      </w:r>
    </w:p>
    <w:p>
      <w:r>
        <w:br/>
        <w:t>Немов од дерева одiрваний листочок…</w:t>
      </w:r>
    </w:p>
    <w:p>
      <w:r>
        <w:br/>
        <w:t>I мчить залiзний велетень мене.</w:t>
      </w:r>
    </w:p>
    <w:p>
      <w:r>
        <w:br/>
        <w:t>Передо мною килими чудовi</w:t>
      </w:r>
    </w:p>
    <w:p>
      <w:r>
        <w:br/>
        <w:t>Натура стеле — темнiї луги,</w:t>
      </w:r>
    </w:p>
    <w:p>
      <w:r>
        <w:br/>
        <w:t>Славути красної бори сосновi</w:t>
      </w:r>
    </w:p>
    <w:p>
      <w:r>
        <w:br/>
        <w:t>I Случi рiдної веселi береги.</w:t>
      </w:r>
    </w:p>
    <w:p>
      <w:r>
        <w:br/>
        <w:t>Снується краєвидiв плетениця,</w:t>
      </w:r>
    </w:p>
    <w:p>
      <w:r>
        <w:br/>
        <w:t>Розтопленим срiблом блищать рiчки, —</w:t>
      </w:r>
    </w:p>
    <w:p>
      <w:r>
        <w:br/>
        <w:t>То ж матiнка-натура чарiвниця</w:t>
      </w:r>
    </w:p>
    <w:p>
      <w:r>
        <w:br/>
        <w:t>Розмотує свої стобарвнiї нитки.</w:t>
      </w:r>
    </w:p>
    <w:p>
      <w:r>
        <w:br/>
        <w:t>II</w:t>
      </w:r>
    </w:p>
    <w:p>
      <w:r>
        <w:br/>
        <w:t>Далi, все далi! он латанi ниви,</w:t>
      </w:r>
    </w:p>
    <w:p>
      <w:r>
        <w:br/>
        <w:t>Наче плахти, навкруги розляглись;</w:t>
      </w:r>
    </w:p>
    <w:p>
      <w:r>
        <w:br/>
        <w:t>Потiм укрили все хмари тi сивi</w:t>
      </w:r>
    </w:p>
    <w:p>
      <w:r>
        <w:br/>
        <w:t>Душного диму, з очей скрився лiс,</w:t>
      </w:r>
    </w:p>
    <w:p>
      <w:r>
        <w:br/>
        <w:t>Гори веселi й зеленi долини</w:t>
      </w:r>
    </w:p>
    <w:p>
      <w:r>
        <w:br/>
        <w:t>Згинули раптом, як любiї сни;</w:t>
      </w:r>
    </w:p>
    <w:p>
      <w:r>
        <w:br/>
        <w:t>Ще за годину, i ще за хвилину</w:t>
      </w:r>
    </w:p>
    <w:p>
      <w:r>
        <w:br/>
        <w:t>Будуть далеко, далеко вони!..</w:t>
      </w:r>
    </w:p>
    <w:p>
      <w:r>
        <w:br/>
        <w:t>Щастя колишнього хвилi злотистi</w:t>
      </w:r>
    </w:p>
    <w:p>
      <w:r>
        <w:br/>
        <w:t>Час так швидкий пожира, мов огонь, —</w:t>
      </w:r>
    </w:p>
    <w:p>
      <w:r>
        <w:br/>
        <w:t>Гинуть тi хвилi, мов квiти барвистi,</w:t>
      </w:r>
    </w:p>
    <w:p>
      <w:r>
        <w:br/>
        <w:t>Тiльки й згадаєш: "Ох, милий був сон!.."</w:t>
      </w:r>
    </w:p>
    <w:p>
      <w:r>
        <w:br/>
        <w:t>III</w:t>
      </w:r>
    </w:p>
    <w:p>
      <w:r>
        <w:br/>
        <w:t>Красо України, Подолля!</w:t>
      </w:r>
    </w:p>
    <w:p>
      <w:r>
        <w:br/>
        <w:t>Розкинулось мило, недбало!</w:t>
      </w:r>
    </w:p>
    <w:p>
      <w:r>
        <w:br/>
        <w:t>Здається, що зроду недоля,</w:t>
      </w:r>
    </w:p>
    <w:p>
      <w:r>
        <w:br/>
        <w:t>Що горе тебе не знавало!</w:t>
      </w:r>
    </w:p>
    <w:p>
      <w:r>
        <w:br/>
        <w:t>Онде балочка весела,</w:t>
      </w:r>
    </w:p>
    <w:p>
      <w:r>
        <w:br/>
        <w:t>В нiй хорошi, краснi села,</w:t>
      </w:r>
    </w:p>
    <w:p>
      <w:r>
        <w:br/>
        <w:t>Там хати садками вкритi,</w:t>
      </w:r>
    </w:p>
    <w:p>
      <w:r>
        <w:br/>
        <w:t>Срiбним маревом повитi,</w:t>
      </w:r>
    </w:p>
    <w:p>
      <w:r>
        <w:br/>
        <w:t>Коло сел стоять тополi,</w:t>
      </w:r>
    </w:p>
    <w:p>
      <w:r>
        <w:br/>
        <w:t>Розмовляють з вiтром в полi.</w:t>
      </w:r>
    </w:p>
    <w:p>
      <w:r>
        <w:br/>
        <w:t>Хвилюють лани золотiї,</w:t>
      </w:r>
    </w:p>
    <w:p>
      <w:r>
        <w:br/>
        <w:t>Здається, без краю, — аж знову</w:t>
      </w:r>
    </w:p>
    <w:p>
      <w:r>
        <w:br/>
        <w:t>Бори величезнi, густiї</w:t>
      </w:r>
    </w:p>
    <w:p>
      <w:r>
        <w:br/>
        <w:t>Провадять таємну розмову.</w:t>
      </w:r>
    </w:p>
    <w:p>
      <w:r>
        <w:br/>
        <w:t>Он ярочки зелененькi,</w:t>
      </w:r>
    </w:p>
    <w:p>
      <w:r>
        <w:br/>
        <w:t>Стежечки по них маленькi,</w:t>
      </w:r>
    </w:p>
    <w:p>
      <w:r>
        <w:br/>
        <w:t>Перевитi, мов стрiчечки,</w:t>
      </w:r>
    </w:p>
    <w:p>
      <w:r>
        <w:br/>
        <w:t>Збiгаються до рiчечки,</w:t>
      </w:r>
    </w:p>
    <w:p>
      <w:r>
        <w:br/>
        <w:t>Рiчка плине, берег рвучи,</w:t>
      </w:r>
    </w:p>
    <w:p>
      <w:r>
        <w:br/>
        <w:t>Далi, далi попiд кручi…</w:t>
      </w:r>
    </w:p>
    <w:p>
      <w:r>
        <w:br/>
        <w:t>Красо України, Подолля!</w:t>
      </w:r>
    </w:p>
    <w:p>
      <w:r>
        <w:br/>
        <w:t>Розкинулось мило, недбало!</w:t>
      </w:r>
    </w:p>
    <w:p>
      <w:r>
        <w:br/>
        <w:t>Здається, що зроду недоля,</w:t>
      </w:r>
    </w:p>
    <w:p>
      <w:r>
        <w:br/>
        <w:t>Що горе тебе не знавало!..</w:t>
      </w:r>
    </w:p>
    <w:p>
      <w:r>
        <w:br/>
        <w:t>IV</w:t>
      </w:r>
    </w:p>
    <w:p>
      <w:r>
        <w:br/>
        <w:t>Сонечко встало, прокинулось ясне,</w:t>
      </w:r>
    </w:p>
    <w:p>
      <w:r>
        <w:br/>
        <w:t>Грає вогнем, променiє</w:t>
      </w:r>
    </w:p>
    <w:p>
      <w:r>
        <w:br/>
        <w:t>I по степу розлива своє свiтлонько красне, —</w:t>
      </w:r>
    </w:p>
    <w:p>
      <w:r>
        <w:br/>
        <w:t>Степ вiд його червонiє.</w:t>
      </w:r>
    </w:p>
    <w:p>
      <w:r>
        <w:br/>
        <w:t>Свiтлом рожевим там степ паленiє,</w:t>
      </w:r>
    </w:p>
    <w:p>
      <w:r>
        <w:br/>
        <w:t>Промiнь де ллється iскристий,</w:t>
      </w:r>
    </w:p>
    <w:p>
      <w:r>
        <w:br/>
        <w:t>Тiльки туман на заходi суворо синiє,</w:t>
      </w:r>
    </w:p>
    <w:p>
      <w:r>
        <w:br/>
        <w:t>Там заляга вiн, росистий.</w:t>
      </w:r>
    </w:p>
    <w:p>
      <w:r>
        <w:br/>
        <w:t>Он степовеє село розляглося</w:t>
      </w:r>
    </w:p>
    <w:p>
      <w:r>
        <w:br/>
        <w:t>В балцi веселiй та милiй,</w:t>
      </w:r>
    </w:p>
    <w:p>
      <w:r>
        <w:br/>
        <w:t>Ясно-блакитним туманом воно повилося,</w:t>
      </w:r>
    </w:p>
    <w:p>
      <w:r>
        <w:br/>
        <w:t>Тiльки на хатоньцi бiлiй</w:t>
      </w:r>
    </w:p>
    <w:p>
      <w:r>
        <w:br/>
        <w:t>Видно зеленую стрiху. А далi, — де гляну, —</w:t>
      </w:r>
    </w:p>
    <w:p>
      <w:r>
        <w:br/>
        <w:t>Далi все степ той без краю,</w:t>
      </w:r>
    </w:p>
    <w:p>
      <w:r>
        <w:br/>
        <w:t>Тiльки вiтряк виринає де-не-де з туману;</w:t>
      </w:r>
    </w:p>
    <w:p>
      <w:r>
        <w:br/>
        <w:t>Часом могилу стрiваю.</w:t>
      </w:r>
    </w:p>
    <w:p>
      <w:r>
        <w:br/>
        <w:t>В небi блакитнiм нiде нi хмаринки, —</w:t>
      </w:r>
    </w:p>
    <w:p>
      <w:r>
        <w:br/>
        <w:t>Тихо, i вiтер не вiє.</w:t>
      </w:r>
    </w:p>
    <w:p>
      <w:r>
        <w:br/>
        <w:t>Де не погляну, нiде нi билинки,</w:t>
      </w:r>
    </w:p>
    <w:p>
      <w:r>
        <w:br/>
        <w:t>Тиха травиця лелiє…</w:t>
      </w:r>
    </w:p>
    <w:p>
      <w:r>
        <w:br/>
        <w:t>V</w:t>
      </w:r>
    </w:p>
    <w:p>
      <w:r>
        <w:br/>
        <w:t>Великеє мiсто. Будинки високi,</w:t>
      </w:r>
    </w:p>
    <w:p>
      <w:r>
        <w:br/>
        <w:t>Людей тих — без лiку!</w:t>
      </w:r>
    </w:p>
    <w:p>
      <w:r>
        <w:br/>
        <w:t>Веселую чутно музику.</w:t>
      </w:r>
    </w:p>
    <w:p>
      <w:r>
        <w:br/>
        <w:t>Розходяться людськiї лави широкi,</w:t>
      </w:r>
    </w:p>
    <w:p>
      <w:r>
        <w:br/>
        <w:t>Скрiзь видно ту юрбу велику.</w:t>
      </w:r>
    </w:p>
    <w:p>
      <w:r>
        <w:br/>
        <w:t>I все чужина! ох, бiда самотному</w:t>
      </w:r>
    </w:p>
    <w:p>
      <w:r>
        <w:br/>
        <w:t>У мiстi широкiм!</w:t>
      </w:r>
    </w:p>
    <w:p>
      <w:r>
        <w:br/>
        <w:t>Себе почувать одиноким!</w:t>
      </w:r>
    </w:p>
    <w:p>
      <w:r>
        <w:br/>
        <w:t>I добре, хто має к багаттю чийому</w:t>
      </w:r>
    </w:p>
    <w:p>
      <w:r>
        <w:br/>
        <w:t>Склонитися слухом i оком.</w:t>
      </w:r>
    </w:p>
    <w:p>
      <w:r>
        <w:br/>
        <w:t>Тож добрiї люди мене привiтали</w:t>
      </w:r>
    </w:p>
    <w:p>
      <w:r>
        <w:br/>
        <w:t>В далекiй країнi,</w:t>
      </w:r>
    </w:p>
    <w:p>
      <w:r>
        <w:br/>
        <w:t>Там друга в прихильнiй дiвчинi</w:t>
      </w:r>
    </w:p>
    <w:p>
      <w:r>
        <w:br/>
        <w:t>Знайшла я. I моря красу споглядали</w:t>
      </w:r>
    </w:p>
    <w:p>
      <w:r>
        <w:br/>
        <w:t>Не раз ми при тихiй годинi.</w:t>
      </w:r>
    </w:p>
    <w:p>
      <w:r>
        <w:br/>
        <w:t>На тихому небi заблиснули зорi,</w:t>
      </w:r>
    </w:p>
    <w:p>
      <w:r>
        <w:br/>
        <w:t>Огнi запалали</w:t>
      </w:r>
    </w:p>
    <w:p>
      <w:r>
        <w:br/>
        <w:t>У мiстi. Ми тихо стояли,</w:t>
      </w:r>
    </w:p>
    <w:p>
      <w:r>
        <w:br/>
        <w:t>Дивились, як ясно на темному морi</w:t>
      </w:r>
    </w:p>
    <w:p>
      <w:r>
        <w:br/>
        <w:t>Незлiченнi свiтла сiяли.</w:t>
      </w:r>
    </w:p>
    <w:p>
      <w:r>
        <w:br/>
        <w:t>В широкім просторі губилося око,</w:t>
      </w:r>
    </w:p>
    <w:p>
      <w:r>
        <w:br/>
        <w:t>А думка питала —</w:t>
      </w:r>
    </w:p>
    <w:p>
      <w:r>
        <w:br/>
        <w:t>Де щастя шукать вона мала,</w:t>
      </w:r>
    </w:p>
    <w:p>
      <w:r>
        <w:br/>
        <w:t>Любові й надії — у небі високо?</w:t>
      </w:r>
    </w:p>
    <w:p>
      <w:r>
        <w:br/>
        <w:t>Чи в морі спокою б шукала?</w:t>
      </w:r>
    </w:p>
    <w:p>
      <w:r>
        <w:br/>
        <w:t>Ні думко! Даремне в світовім просторі</w:t>
      </w:r>
    </w:p>
    <w:p>
      <w:r>
        <w:br/>
        <w:t>притулку шукати,</w:t>
      </w:r>
    </w:p>
    <w:p>
      <w:r>
        <w:br/>
        <w:t>В безодню дарма поринати;</w:t>
      </w:r>
    </w:p>
    <w:p>
      <w:r>
        <w:br/>
        <w:t>Любов і надія не в зорях, не в морі, —</w:t>
      </w:r>
    </w:p>
    <w:p>
      <w:r>
        <w:br/>
        <w:t>Між людьми поради питати!</w:t>
      </w:r>
    </w:p>
    <w:p>
      <w:r>
        <w:br/>
        <w:t>Шукай, може, душу там знайдеш де щиру</w:t>
      </w:r>
    </w:p>
    <w:p>
      <w:r>
        <w:br/>
        <w:t>І розум величний;</w:t>
      </w:r>
    </w:p>
    <w:p>
      <w:r>
        <w:br/>
        <w:t>Де правди не згас промінь пишний,</w:t>
      </w:r>
    </w:p>
    <w:p>
      <w:r>
        <w:br/>
        <w:t>Там теба шукати любові та миру.</w:t>
      </w:r>
    </w:p>
    <w:p>
      <w:r>
        <w:br/>
        <w:t>Спокій же знайдеш колись вічний!..</w:t>
      </w:r>
    </w:p>
    <w:p>
      <w:r>
        <w:br/>
        <w:t>VI</w:t>
      </w:r>
    </w:p>
    <w:p>
      <w:r>
        <w:br/>
        <w:t>Далi, далi вiд душного мiста!</w:t>
      </w:r>
    </w:p>
    <w:p>
      <w:r>
        <w:br/>
        <w:t>Серце прагне буять на просторi!</w:t>
      </w:r>
    </w:p>
    <w:p>
      <w:r>
        <w:br/>
        <w:t>Бачу здалека — хвиля iскриста</w:t>
      </w:r>
    </w:p>
    <w:p>
      <w:r>
        <w:br/>
        <w:t>Грає вiльно по синьому морi.</w:t>
      </w:r>
    </w:p>
    <w:p>
      <w:r>
        <w:br/>
        <w:t>Тож сповнилось мені те бажання —</w:t>
      </w:r>
    </w:p>
    <w:p>
      <w:r>
        <w:br/>
        <w:t>Подались ми на море хутенько,</w:t>
      </w:r>
    </w:p>
    <w:p>
      <w:r>
        <w:br/>
        <w:t>І по хвилях морських погуляння</w:t>
      </w:r>
    </w:p>
    <w:p>
      <w:r>
        <w:br/>
        <w:t>Почали ми в неділю раненько.</w:t>
      </w:r>
    </w:p>
    <w:p>
      <w:r>
        <w:br/>
        <w:t>А у тую недiленьку рано</w:t>
      </w:r>
    </w:p>
    <w:p>
      <w:r>
        <w:br/>
        <w:t>Синє море чудово так грає,</w:t>
      </w:r>
    </w:p>
    <w:p>
      <w:r>
        <w:br/>
        <w:t>Його сонечко пестить кохано,</w:t>
      </w:r>
    </w:p>
    <w:p>
      <w:r>
        <w:br/>
        <w:t>Красним-ясним промiнням вiтає.</w:t>
      </w:r>
    </w:p>
    <w:p>
      <w:r>
        <w:br/>
        <w:t>Що бiлiє отам на роздоллi?</w:t>
      </w:r>
    </w:p>
    <w:p>
      <w:r>
        <w:br/>
        <w:t>Чи хмариночка легкая, бiла</w:t>
      </w:r>
    </w:p>
    <w:p>
      <w:r>
        <w:br/>
        <w:t>Геть по небi гуляє по волi?</w:t>
      </w:r>
    </w:p>
    <w:p>
      <w:r>
        <w:br/>
        <w:t>Чи на човнi то бiлi вiтрила?</w:t>
      </w:r>
    </w:p>
    <w:p>
      <w:r>
        <w:br/>
        <w:t>В морi хвиля за хвилею рине,</w:t>
      </w:r>
    </w:p>
    <w:p>
      <w:r>
        <w:br/>
        <w:t>Море наче здiймається вгору,</w:t>
      </w:r>
    </w:p>
    <w:p>
      <w:r>
        <w:br/>
        <w:t>А склепiння небеснеє синє</w:t>
      </w:r>
    </w:p>
    <w:p>
      <w:r>
        <w:br/>
        <w:t>Край свiй ясний купає у морю.</w:t>
      </w:r>
    </w:p>
    <w:p>
      <w:r>
        <w:br/>
        <w:t>Свiтло там простяглося вiд сходу, —</w:t>
      </w:r>
    </w:p>
    <w:p>
      <w:r>
        <w:br/>
        <w:t>Очi вабить стяга та iскриста;</w:t>
      </w:r>
    </w:p>
    <w:p>
      <w:r>
        <w:br/>
        <w:t>Корабель наш розрiзує воду —</w:t>
      </w:r>
    </w:p>
    <w:p>
      <w:r>
        <w:br/>
        <w:t>I дорога блакитно-перлиста</w:t>
      </w:r>
    </w:p>
    <w:p>
      <w:r>
        <w:br/>
        <w:t>Зостається широка за нами,</w:t>
      </w:r>
    </w:p>
    <w:p>
      <w:r>
        <w:br/>
        <w:t>Геть далеко розкочує хвилi,</w:t>
      </w:r>
    </w:p>
    <w:p>
      <w:r>
        <w:br/>
        <w:t>Що сердито трясуть гребенями,</w:t>
      </w:r>
    </w:p>
    <w:p>
      <w:r>
        <w:br/>
        <w:t>Наче гривами коні тi бiлi.</w:t>
      </w:r>
    </w:p>
    <w:p>
      <w:r>
        <w:br/>
        <w:t>А здалека, отам на заходi,</w:t>
      </w:r>
    </w:p>
    <w:p>
      <w:r>
        <w:br/>
        <w:t>Срiбнокудрiї хвилi кивають, —</w:t>
      </w:r>
    </w:p>
    <w:p>
      <w:r>
        <w:br/>
        <w:t>Нереїди при сонячнiм сходi</w:t>
      </w:r>
    </w:p>
    <w:p>
      <w:r>
        <w:br/>
        <w:t>Промiнь раннiй таночком стрiвають...</w:t>
      </w:r>
    </w:p>
    <w:p>
      <w:r>
        <w:br/>
        <w:t>I танцюють химерно та легко, —</w:t>
      </w:r>
    </w:p>
    <w:p>
      <w:r>
        <w:br/>
        <w:t>Ось близенько вже видно ту зграю,</w:t>
      </w:r>
    </w:p>
    <w:p>
      <w:r>
        <w:br/>
        <w:t>Аж iзнов одкотилась далеко,</w:t>
      </w:r>
    </w:p>
    <w:p>
      <w:r>
        <w:br/>
        <w:t>Геть бiлiє в туманному краю…</w:t>
      </w:r>
    </w:p>
    <w:p>
      <w:r>
        <w:br/>
        <w:t>Море, море! Без краю просторе,</w:t>
      </w:r>
    </w:p>
    <w:p>
      <w:r>
        <w:br/>
        <w:t>Руху повне i разом спокою!</w:t>
      </w:r>
    </w:p>
    <w:p>
      <w:r>
        <w:br/>
        <w:t>Забуваю i щастя, i горе —</w:t>
      </w:r>
    </w:p>
    <w:p>
      <w:r>
        <w:br/>
        <w:t>Все наземне, — з'єднатись з тобою</w:t>
      </w:r>
    </w:p>
    <w:p>
      <w:r>
        <w:br/>
        <w:t>Я жадаю на час, на годину,</w:t>
      </w:r>
    </w:p>
    <w:p>
      <w:r>
        <w:br/>
        <w:t>Щоб не бачить нiчого на свiтi,</w:t>
      </w:r>
    </w:p>
    <w:p>
      <w:r>
        <w:br/>
        <w:t>Тiльки бачить осяйну долину</w:t>
      </w:r>
    </w:p>
    <w:p>
      <w:r>
        <w:br/>
        <w:t>I губитись в прозорiй блакитi!..</w:t>
      </w:r>
    </w:p>
    <w:p>
      <w:r>
        <w:br/>
        <w:t>VII</w:t>
      </w:r>
    </w:p>
    <w:p>
      <w:r>
        <w:br/>
        <w:t>Ой високо сонце в яснiм небi стало,</w:t>
      </w:r>
    </w:p>
    <w:p>
      <w:r>
        <w:br/>
        <w:t>Гаряче промiння та й порозсипало,</w:t>
      </w:r>
    </w:p>
    <w:p>
      <w:r>
        <w:br/>
        <w:t>По хвилях блакитних пливе човен прудко.</w:t>
      </w:r>
    </w:p>
    <w:p>
      <w:r>
        <w:br/>
        <w:t>От i берег видко! прибули ми хутко.</w:t>
      </w:r>
    </w:p>
    <w:p>
      <w:r>
        <w:br/>
        <w:t>Ой вже сонечко яснеє та стало на межi,</w:t>
      </w:r>
    </w:p>
    <w:p>
      <w:r>
        <w:br/>
        <w:t>Освiтило акерманськi турецькiї вежi.</w:t>
      </w:r>
    </w:p>
    <w:p>
      <w:r>
        <w:br/>
        <w:t>Ходім же турецький замок оглядати</w:t>
      </w:r>
    </w:p>
    <w:p>
      <w:r>
        <w:br/>
        <w:t>Щоб нашу і славу, і лихо згадати, —</w:t>
      </w:r>
    </w:p>
    <w:p>
      <w:r>
        <w:br/>
        <w:t>Згадать давню славу, козацькую волю,</w:t>
      </w:r>
    </w:p>
    <w:p>
      <w:r>
        <w:br/>
        <w:t>І тяжку недолю, турецьку неволю.</w:t>
      </w:r>
    </w:p>
    <w:p>
      <w:r>
        <w:br/>
        <w:t>Тут колись гуляла доля і воля кривава;</w:t>
      </w:r>
    </w:p>
    <w:p>
      <w:r>
        <w:br/>
        <w:t>Тяжко-важко діставалась та сумная слава!</w:t>
      </w:r>
    </w:p>
    <w:p>
      <w:r>
        <w:br/>
        <w:t>Сi круглiї вежi й високiї мури —</w:t>
      </w:r>
    </w:p>
    <w:p>
      <w:r>
        <w:br/>
        <w:t>Страшнi та суворi, непевнi, понурi,</w:t>
      </w:r>
    </w:p>
    <w:p>
      <w:r>
        <w:br/>
        <w:t>I скрiзь у тих мурах стрiльницi-бiйницi,</w:t>
      </w:r>
    </w:p>
    <w:p>
      <w:r>
        <w:br/>
        <w:t>При вежах тих сумнi "темнiї темницi".</w:t>
      </w:r>
    </w:p>
    <w:p>
      <w:r>
        <w:br/>
        <w:t>В сих темницях колись нашi та приймали горе,</w:t>
      </w:r>
    </w:p>
    <w:p>
      <w:r>
        <w:br/>
        <w:t>Слали думки крилатiї через синє море…</w:t>
      </w:r>
    </w:p>
    <w:p>
      <w:r>
        <w:br/>
        <w:t>У темних темницях нема нi вiконця,</w:t>
      </w:r>
    </w:p>
    <w:p>
      <w:r>
        <w:br/>
        <w:t>Не видко з них свiтла нi ясного сонця!</w:t>
      </w:r>
    </w:p>
    <w:p>
      <w:r>
        <w:br/>
        <w:t>А свiт такий красний, хороший, розкiшний!</w:t>
      </w:r>
    </w:p>
    <w:p>
      <w:r>
        <w:br/>
        <w:t>Пiд ясним промiнням лиман такий пишний.</w:t>
      </w:r>
    </w:p>
    <w:p>
      <w:r>
        <w:br/>
        <w:t>Його хвиля край берега ясно так синiє,</w:t>
      </w:r>
    </w:p>
    <w:p>
      <w:r>
        <w:br/>
        <w:t>А дедалi ледве-ледве, мов туман, лелiє…</w:t>
      </w:r>
    </w:p>
    <w:p>
      <w:r>
        <w:br/>
        <w:t>Глянуть на лиман той, — втiшається око!</w:t>
      </w:r>
    </w:p>
    <w:p>
      <w:r>
        <w:br/>
        <w:t>Колись його хвилi вкривались широко</w:t>
      </w:r>
    </w:p>
    <w:p>
      <w:r>
        <w:br/>
        <w:t>Тими байдаками, легкими чайками,</w:t>
      </w:r>
    </w:p>
    <w:p>
      <w:r>
        <w:br/>
        <w:t>Що плили на сей бiк та за козаками:</w:t>
      </w:r>
    </w:p>
    <w:p>
      <w:r>
        <w:br/>
        <w:t>Швидко рiдних визволяти козаки летiли…</w:t>
      </w:r>
    </w:p>
    <w:p>
      <w:r>
        <w:br/>
        <w:t>За мурами високими вороги тремтiли…</w:t>
      </w:r>
    </w:p>
    <w:p>
      <w:r>
        <w:br/>
        <w:t>Славо, наша згубо! славо, наша мати!</w:t>
      </w:r>
    </w:p>
    <w:p>
      <w:r>
        <w:br/>
        <w:t>Тяжко зажуритись, як тебе згадати!</w:t>
      </w:r>
    </w:p>
    <w:p>
      <w:r>
        <w:br/>
        <w:t>Кров'ю обкипiла вся наша давнина!</w:t>
      </w:r>
    </w:p>
    <w:p>
      <w:r>
        <w:br/>
        <w:t>Кров'ю затопила долю Україна.</w:t>
      </w:r>
    </w:p>
    <w:p>
      <w:r>
        <w:br/>
        <w:t>Ой лимане-лиманочку, хвиле каламутна!</w:t>
      </w:r>
    </w:p>
    <w:p>
      <w:r>
        <w:br/>
        <w:t>Де подiлась наша воля, слава наша смутна?</w:t>
      </w:r>
    </w:p>
    <w:p>
      <w:r>
        <w:br/>
        <w:t>Чи на те ж козацтво гинуло в неволі,</w:t>
      </w:r>
    </w:p>
    <w:p>
      <w:r>
        <w:br/>
        <w:t>Побивалось тяжко, шукаючи долі,</w:t>
      </w:r>
    </w:p>
    <w:p>
      <w:r>
        <w:br/>
        <w:t>Чи на те лилися кривавії ріки,</w:t>
      </w:r>
    </w:p>
    <w:p>
      <w:r>
        <w:br/>
        <w:t>Щоб усе пропало й забулось навіки?</w:t>
      </w:r>
    </w:p>
    <w:p>
      <w:r>
        <w:br/>
        <w:t>Та коли судилось марне лицарям загинуть,</w:t>
      </w:r>
    </w:p>
    <w:p>
      <w:r>
        <w:br/>
        <w:t>То невже про них і гадку нащадки закинуть?..</w:t>
      </w:r>
    </w:p>
    <w:p>
      <w:r>
        <w:br/>
        <w:t>Все мина!.. Вiд слави давньої давнини</w:t>
      </w:r>
    </w:p>
    <w:p>
      <w:r>
        <w:br/>
        <w:t>Лиш зостались вежi та нiмiї стiни!</w:t>
      </w:r>
    </w:p>
    <w:p>
      <w:r>
        <w:br/>
        <w:t>Де ходили лютi турки-яничари,</w:t>
      </w:r>
    </w:p>
    <w:p>
      <w:r>
        <w:br/>
        <w:t>Там пасуться мирнi овечок отари…</w:t>
      </w:r>
    </w:p>
    <w:p>
      <w:r>
        <w:br/>
        <w:t>Де полягла козацькая голова думлива,</w:t>
      </w:r>
    </w:p>
    <w:p>
      <w:r>
        <w:br/>
        <w:t>Вирiс там будяк колючий та глуха кропива.</w:t>
      </w:r>
    </w:p>
    <w:p>
      <w:r>
        <w:br/>
        <w:t>Виросла там квiтка у темницi, в ямi,</w:t>
      </w:r>
    </w:p>
    <w:p>
      <w:r>
        <w:br/>
        <w:t>Ми її зiрвали, — нехай буде з нами!</w:t>
      </w:r>
    </w:p>
    <w:p>
      <w:r>
        <w:br/>
        <w:t>Квiтка тая, може, виросла з якого</w:t>
      </w:r>
    </w:p>
    <w:p>
      <w:r>
        <w:br/>
        <w:t>Козацького серця, щирого, палкого?..</w:t>
      </w:r>
    </w:p>
    <w:p>
      <w:r>
        <w:br/>
        <w:t>Чи гадав той козаченько, йдучи на чужину,</w:t>
      </w:r>
    </w:p>
    <w:p>
      <w:r>
        <w:br/>
        <w:t>Що вернеться з його серця квiтка на Вкраїну?..</w:t>
      </w:r>
    </w:p>
    <w:p>
      <w:r>
        <w:br/>
        <w:t>Сумно тут усюди, так пусто, так глухо,</w:t>
      </w:r>
    </w:p>
    <w:p>
      <w:r>
        <w:br/>
        <w:t>У цiлому замку немає нi духа,</w:t>
      </w:r>
    </w:p>
    <w:p>
      <w:r>
        <w:br/>
        <w:t>Коло брами тiльки мiнарет тоненький,</w:t>
      </w:r>
    </w:p>
    <w:p>
      <w:r>
        <w:br/>
        <w:t>Там курiнь приладив вiвчар молоденький.</w:t>
      </w:r>
    </w:p>
    <w:p>
      <w:r>
        <w:br/>
        <w:t>Та в куренi-мiнаретi вiвчаря немає —</w:t>
      </w:r>
    </w:p>
    <w:p>
      <w:r>
        <w:br/>
        <w:t>Он вiн з вежi високої на дiл поглядає.</w:t>
      </w:r>
    </w:p>
    <w:p>
      <w:r>
        <w:br/>
        <w:t>З високої вежi вiвчарику видко,</w:t>
      </w:r>
    </w:p>
    <w:p>
      <w:r>
        <w:br/>
        <w:t>Як котяться хвилi лимановi швидко,</w:t>
      </w:r>
    </w:p>
    <w:p>
      <w:r>
        <w:br/>
        <w:t>А далi зникають у синьому морi…</w:t>
      </w:r>
    </w:p>
    <w:p>
      <w:r>
        <w:br/>
        <w:t>Вiвчарика погляд блукає в просторi.</w:t>
      </w:r>
    </w:p>
    <w:p>
      <w:r>
        <w:br/>
        <w:t>Має вiн простор широкий для думок та гадок,</w:t>
      </w:r>
    </w:p>
    <w:p>
      <w:r>
        <w:br/>
        <w:t>Що то вiн тепер гадає, лицарський нащадок?..</w:t>
      </w:r>
    </w:p>
    <w:p>
      <w:r>
        <w:br/>
        <w:t>VIII</w:t>
      </w:r>
    </w:p>
    <w:p>
      <w:r>
        <w:br/>
        <w:t>Вже сонечко в море сiда;</w:t>
      </w:r>
    </w:p>
    <w:p>
      <w:r>
        <w:br/>
        <w:t>У тихому морi темнiє;</w:t>
      </w:r>
    </w:p>
    <w:p>
      <w:r>
        <w:br/>
        <w:t>Прозора, глибока вода,</w:t>
      </w:r>
    </w:p>
    <w:p>
      <w:r>
        <w:br/>
        <w:t>Немов оксамит, зеленiє.</w:t>
      </w:r>
    </w:p>
    <w:p>
      <w:r>
        <w:br/>
        <w:t>На хвилях зелених тремтять</w:t>
      </w:r>
    </w:p>
    <w:p>
      <w:r>
        <w:br/>
        <w:t>Червонiї iскри блискучi</w:t>
      </w:r>
    </w:p>
    <w:p>
      <w:r>
        <w:br/>
        <w:t>I ясним огнем миготять,</w:t>
      </w:r>
    </w:p>
    <w:p>
      <w:r>
        <w:br/>
        <w:t>Мов блискавка з темної тучi.</w:t>
      </w:r>
    </w:p>
    <w:p>
      <w:r>
        <w:br/>
        <w:t>А де корабель наш пробiг,</w:t>
      </w:r>
    </w:p>
    <w:p>
      <w:r>
        <w:br/>
        <w:t>Дорога там довга й широка</w:t>
      </w:r>
    </w:p>
    <w:p>
      <w:r>
        <w:br/>
        <w:t>Бiлiє, як мармур, як снiг,</w:t>
      </w:r>
    </w:p>
    <w:p>
      <w:r>
        <w:br/>
        <w:t>I ледве примiтне для ока.</w:t>
      </w:r>
    </w:p>
    <w:p>
      <w:r>
        <w:br/>
        <w:t>Рожевiє пiнистий край;</w:t>
      </w:r>
    </w:p>
    <w:p>
      <w:r>
        <w:br/>
        <w:t>То iскра заблисне, то згасне…</w:t>
      </w:r>
    </w:p>
    <w:p>
      <w:r>
        <w:br/>
        <w:t>Ось промiнь остатнiй!.. Прощай,</w:t>
      </w:r>
    </w:p>
    <w:p>
      <w:r>
        <w:br/>
        <w:t>Веселеє сонечко ясне!</w:t>
      </w:r>
    </w:p>
    <w:p>
      <w:r>
        <w:br/>
        <w:t>IХ</w:t>
      </w:r>
    </w:p>
    <w:p>
      <w:r>
        <w:br/>
        <w:t>Кiнець подорожi, —</w:t>
      </w:r>
    </w:p>
    <w:p>
      <w:r>
        <w:br/>
        <w:t>Вже зiроньки гожi</w:t>
      </w:r>
    </w:p>
    <w:p>
      <w:r>
        <w:br/>
        <w:t>Сiяють на небi ясному,</w:t>
      </w:r>
    </w:p>
    <w:p>
      <w:r>
        <w:br/>
        <w:t>I вже височенько</w:t>
      </w:r>
    </w:p>
    <w:p>
      <w:r>
        <w:br/>
        <w:t>Ясний мiсяченько, —</w:t>
      </w:r>
    </w:p>
    <w:p>
      <w:r>
        <w:br/>
        <w:t>Вже хутко прибудем додому!</w:t>
      </w:r>
    </w:p>
    <w:p>
      <w:r>
        <w:br/>
        <w:t>Огнi незлiченнi,</w:t>
      </w:r>
    </w:p>
    <w:p>
      <w:r>
        <w:br/>
        <w:t>Мов стрiчки огненнi,</w:t>
      </w:r>
    </w:p>
    <w:p>
      <w:r>
        <w:br/>
        <w:t>До моря спускаються з мiста,</w:t>
      </w:r>
    </w:p>
    <w:p>
      <w:r>
        <w:br/>
        <w:t>А в пристанi грає,</w:t>
      </w:r>
    </w:p>
    <w:p>
      <w:r>
        <w:br/>
        <w:t>Огнями сiяє</w:t>
      </w:r>
    </w:p>
    <w:p>
      <w:r>
        <w:br/>
        <w:t>Корабликiв зграя барвиста.</w:t>
      </w:r>
    </w:p>
    <w:p>
      <w:r>
        <w:br/>
        <w:t>За час, за годину</w:t>
      </w:r>
    </w:p>
    <w:p>
      <w:r>
        <w:br/>
        <w:t>Тебе я покину,</w:t>
      </w:r>
    </w:p>
    <w:p>
      <w:r>
        <w:br/>
        <w:t>Величнеє море таємне!</w:t>
      </w:r>
    </w:p>
    <w:p>
      <w:r>
        <w:br/>
        <w:t>I знов мене прийме,</w:t>
      </w:r>
    </w:p>
    <w:p>
      <w:r>
        <w:br/>
        <w:t>Огорне, обiйме</w:t>
      </w:r>
    </w:p>
    <w:p>
      <w:r>
        <w:br/>
        <w:t>Щоденщина й лихо наземне.</w:t>
      </w:r>
    </w:p>
    <w:p>
      <w:r>
        <w:br/>
        <w:t>I в рiдному краю</w:t>
      </w:r>
    </w:p>
    <w:p>
      <w:r>
        <w:br/>
        <w:t>Не раз спогадаю</w:t>
      </w:r>
    </w:p>
    <w:p>
      <w:r>
        <w:br/>
        <w:t>Часини сi любi та милi!</w:t>
      </w:r>
    </w:p>
    <w:p>
      <w:r>
        <w:br/>
        <w:t>Прощай, синє море,</w:t>
      </w:r>
    </w:p>
    <w:p>
      <w:r>
        <w:br/>
        <w:t>Безкрає, просторе, —</w:t>
      </w:r>
    </w:p>
    <w:p>
      <w:r>
        <w:br/>
        <w:t>Ви, гордiї, вiльнiї хвилi!</w:t>
      </w:r>
    </w:p>
    <w:p>
      <w:r>
        <w:br/>
        <w:t>[1888]</w:t>
      </w:r>
    </w:p>
    <w:p>
      <w:r>
        <w:br/>
        <w:t>КРИМСЬКІ СПОГАДИ</w:t>
      </w:r>
    </w:p>
    <w:p>
      <w:r>
        <w:br/>
        <w:t>ЗАСПІВ</w:t>
      </w:r>
    </w:p>
    <w:p>
      <w:r>
        <w:br/>
        <w:t>Південний краю! як тепер далеко</w:t>
      </w:r>
    </w:p>
    <w:p>
      <w:r>
        <w:br/>
        <w:t>Лежиш від мене ти! за горами крутими,</w:t>
      </w:r>
    </w:p>
    <w:p>
      <w:r>
        <w:br/>
        <w:t>За долами розлогими, за морем,</w:t>
      </w:r>
    </w:p>
    <w:p>
      <w:r>
        <w:br/>
        <w:t>Що вже тепер туманами густими</w:t>
      </w:r>
    </w:p>
    <w:p>
      <w:r>
        <w:br/>
        <w:t>Укрилося, бурливе. Та не страшно</w:t>
      </w:r>
    </w:p>
    <w:p>
      <w:r>
        <w:br/>
        <w:t>Моїм думкам осінньої негоди</w:t>
      </w:r>
    </w:p>
    <w:p>
      <w:r>
        <w:br/>
        <w:t>На Чорнім морі. Швидше тої чайки</w:t>
      </w:r>
    </w:p>
    <w:p>
      <w:r>
        <w:br/>
        <w:t>Вони перелетять за темні води.</w:t>
      </w:r>
    </w:p>
    <w:p>
      <w:r>
        <w:br/>
        <w:t>Вони перелетять у ту країну,</w:t>
      </w:r>
    </w:p>
    <w:p>
      <w:r>
        <w:br/>
        <w:t>Де небо ще синіє, як весняне,</w:t>
      </w:r>
    </w:p>
    <w:p>
      <w:r>
        <w:br/>
        <w:t>Де виноград в долині зеленіє,</w:t>
      </w:r>
    </w:p>
    <w:p>
      <w:r>
        <w:br/>
        <w:t>Де грає сонця проміння кохане.</w:t>
      </w:r>
    </w:p>
    <w:p>
      <w:r>
        <w:br/>
        <w:t>Туди мої думки полинуть швидко</w:t>
      </w:r>
    </w:p>
    <w:p>
      <w:r>
        <w:br/>
        <w:t>І привітають ту ясну країну,</w:t>
      </w:r>
    </w:p>
    <w:p>
      <w:r>
        <w:br/>
        <w:t>Де прожила я не одную днину,</w:t>
      </w:r>
    </w:p>
    <w:p>
      <w:r>
        <w:br/>
        <w:t>А не була щаслива й на годину…</w:t>
      </w:r>
    </w:p>
    <w:p>
      <w:r>
        <w:br/>
        <w:t>Та я за те докірливого слова</w:t>
      </w:r>
    </w:p>
    <w:p>
      <w:r>
        <w:br/>
        <w:t>Тобі не кину, стороно прекрасна!</w:t>
      </w:r>
    </w:p>
    <w:p>
      <w:r>
        <w:br/>
        <w:t>Не винна ти, що я не маю долі,</w:t>
      </w:r>
    </w:p>
    <w:p>
      <w:r>
        <w:br/>
        <w:t>Не винна ти, що я така нещасна!</w:t>
      </w:r>
    </w:p>
    <w:p>
      <w:r>
        <w:br/>
        <w:t>[1891]</w:t>
      </w:r>
    </w:p>
    <w:p>
      <w:r>
        <w:br/>
        <w:t>1. ТИША МОРСЬКА</w:t>
      </w:r>
    </w:p>
    <w:p>
      <w:r>
        <w:br/>
        <w:t>В час гарячий полудневий</w:t>
      </w:r>
    </w:p>
    <w:p>
      <w:r>
        <w:br/>
        <w:t>Виглядаю у віконце:</w:t>
      </w:r>
    </w:p>
    <w:p>
      <w:r>
        <w:br/>
        <w:t>Ясне небо, ясне море,</w:t>
      </w:r>
    </w:p>
    <w:p>
      <w:r>
        <w:br/>
        <w:t>Ясні хмарки, ясне сонце.</w:t>
      </w:r>
    </w:p>
    <w:p>
      <w:r>
        <w:br/>
        <w:t>Певне, се країна світла</w:t>
      </w:r>
    </w:p>
    <w:p>
      <w:r>
        <w:br/>
        <w:t>Та злотистої блакиті,</w:t>
      </w:r>
    </w:p>
    <w:p>
      <w:r>
        <w:br/>
        <w:t>Певне, тут не чули зроду,</w:t>
      </w:r>
    </w:p>
    <w:p>
      <w:r>
        <w:br/>
        <w:t>Що бува негода в світі!</w:t>
      </w:r>
    </w:p>
    <w:p>
      <w:r>
        <w:br/>
        <w:t>Тиша в морі… ледве-ледве</w:t>
      </w:r>
    </w:p>
    <w:p>
      <w:r>
        <w:br/>
        <w:t>Колихає море хвилі;</w:t>
      </w:r>
    </w:p>
    <w:p>
      <w:r>
        <w:br/>
        <w:t>Не колишуться од вітру</w:t>
      </w:r>
    </w:p>
    <w:p>
      <w:r>
        <w:br/>
        <w:t>На човнах вітрила білі.</w:t>
      </w:r>
    </w:p>
    <w:p>
      <w:r>
        <w:br/>
        <w:t>З тихим плескотом на берег</w:t>
      </w:r>
    </w:p>
    <w:p>
      <w:r>
        <w:br/>
        <w:t>Рине хвилечка перлиста;</w:t>
      </w:r>
    </w:p>
    <w:p>
      <w:r>
        <w:br/>
        <w:t>Править хтось малим човенцем, –</w:t>
      </w:r>
    </w:p>
    <w:p>
      <w:r>
        <w:br/>
        <w:t>В’ється стежечка злотиста.</w:t>
      </w:r>
    </w:p>
    <w:p>
      <w:r>
        <w:br/>
        <w:t>Править хтось малим човенцем,</w:t>
      </w:r>
    </w:p>
    <w:p>
      <w:r>
        <w:br/>
        <w:t>Стиха весла підіймає,</w:t>
      </w:r>
    </w:p>
    <w:p>
      <w:r>
        <w:br/>
        <w:t>І здається, що з весельця</w:t>
      </w:r>
    </w:p>
    <w:p>
      <w:r>
        <w:br/>
        <w:t>Щире золото спадає.</w:t>
      </w:r>
    </w:p>
    <w:p>
      <w:r>
        <w:br/>
        <w:t>Як би я тепер хотіла</w:t>
      </w:r>
    </w:p>
    <w:p>
      <w:r>
        <w:br/>
        <w:t>У мале човенце сісти</w:t>
      </w:r>
    </w:p>
    <w:p>
      <w:r>
        <w:br/>
        <w:t>І далеко на схід сонця</w:t>
      </w:r>
    </w:p>
    <w:p>
      <w:r>
        <w:br/>
        <w:t>Золотим шляхом поплисти!</w:t>
      </w:r>
    </w:p>
    <w:p>
      <w:r>
        <w:br/>
        <w:t>Попливла б я на схід сонця,</w:t>
      </w:r>
    </w:p>
    <w:p>
      <w:r>
        <w:br/>
        <w:t>А від сходу до заходу,</w:t>
      </w:r>
    </w:p>
    <w:p>
      <w:r>
        <w:br/>
        <w:t>Тим шляхом, що проложило</w:t>
      </w:r>
    </w:p>
    <w:p>
      <w:r>
        <w:br/>
        <w:t>Ясне сонце через воду.</w:t>
      </w:r>
    </w:p>
    <w:p>
      <w:r>
        <w:br/>
        <w:t>Не страшні для мене вітри,</w:t>
      </w:r>
    </w:p>
    <w:p>
      <w:r>
        <w:br/>
        <w:t>Ні підводнії каміння, –</w:t>
      </w:r>
    </w:p>
    <w:p>
      <w:r>
        <w:br/>
        <w:t>Я про них би й не згадала</w:t>
      </w:r>
    </w:p>
    <w:p>
      <w:r>
        <w:br/>
        <w:t>В краю вічного проміння.</w:t>
      </w:r>
    </w:p>
    <w:p>
      <w:r>
        <w:br/>
        <w:t>Євпаторія, 1890, 16 серпня</w:t>
      </w:r>
    </w:p>
    <w:p>
      <w:r>
        <w:br/>
        <w:t>2. ГРАЙ, МОЯ ПІСНЕ!..</w:t>
      </w:r>
    </w:p>
    <w:p>
      <w:r>
        <w:br/>
        <w:t>Досить невільная думка мовчала,</w:t>
      </w:r>
    </w:p>
    <w:p>
      <w:r>
        <w:br/>
        <w:t>Мов пташка у клітці замкнута од світа,</w:t>
      </w:r>
    </w:p>
    <w:p>
      <w:r>
        <w:br/>
        <w:t>Пісня по волі давно не літала,</w:t>
      </w:r>
    </w:p>
    <w:p>
      <w:r>
        <w:br/>
        <w:t>Приборкана тугою, жалем прибита.</w:t>
      </w:r>
    </w:p>
    <w:p>
      <w:r>
        <w:br/>
        <w:t>Час, моя пісне, у світ погуляти,</w:t>
      </w:r>
    </w:p>
    <w:p>
      <w:r>
        <w:br/>
        <w:t>Розправити крильця, пошарпані горем,</w:t>
      </w:r>
    </w:p>
    <w:p>
      <w:r>
        <w:br/>
        <w:t>Час, моя пісне, по волі буяти,</w:t>
      </w:r>
    </w:p>
    <w:p>
      <w:r>
        <w:br/>
        <w:t>Послухать, як вітер заграв понад морем.</w:t>
      </w:r>
    </w:p>
    <w:p>
      <w:r>
        <w:br/>
        <w:t>Плинь, моя пісне, як хвиля хибкая, –</w:t>
      </w:r>
    </w:p>
    <w:p>
      <w:r>
        <w:br/>
        <w:t>Вона не питає, куди вона плине;</w:t>
      </w:r>
    </w:p>
    <w:p>
      <w:r>
        <w:br/>
        <w:t>Линь, моя пісне, як чайка прудкая, –</w:t>
      </w:r>
    </w:p>
    <w:p>
      <w:r>
        <w:br/>
        <w:t>Вона не боїться, що в морі загине.</w:t>
      </w:r>
    </w:p>
    <w:p>
      <w:r>
        <w:br/>
        <w:t>Грай, моя пісне, як вітер сей грає!</w:t>
      </w:r>
    </w:p>
    <w:p>
      <w:r>
        <w:br/>
        <w:t>Шуми, як той шум, що круг човна вирує!</w:t>
      </w:r>
    </w:p>
    <w:p>
      <w:r>
        <w:br/>
        <w:t>Дарма, що відгуку вітер не має,</w:t>
      </w:r>
    </w:p>
    <w:p>
      <w:r>
        <w:br/>
        <w:t>А шум на хвилиночку погляд чарує!..</w:t>
      </w:r>
    </w:p>
    <w:p>
      <w:r>
        <w:br/>
        <w:t>Серед чистого моря 1890 р. 17 серпня</w:t>
      </w:r>
    </w:p>
    <w:p>
      <w:r>
        <w:br/>
        <w:t>3. БЕЗСОННА НІЧ</w:t>
      </w:r>
    </w:p>
    <w:p>
      <w:r>
        <w:br/>
        <w:t>Цілу ніч до зорі я не спала,</w:t>
      </w:r>
    </w:p>
    <w:p>
      <w:r>
        <w:br/>
        <w:t>Прислухалась, як море шуміло,</w:t>
      </w:r>
    </w:p>
    <w:p>
      <w:r>
        <w:br/>
        <w:t>Як таємная хвиля зітхала –</w:t>
      </w:r>
    </w:p>
    <w:p>
      <w:r>
        <w:br/>
        <w:t>І як серце моє стукотіло.</w:t>
      </w:r>
    </w:p>
    <w:p>
      <w:r>
        <w:br/>
        <w:t>Ночі темної дивні почвари</w:t>
      </w:r>
    </w:p>
    <w:p>
      <w:r>
        <w:br/>
        <w:t>Заглядали в безсоннії очі,</w:t>
      </w:r>
    </w:p>
    <w:p>
      <w:r>
        <w:br/>
        <w:t>І страшніші, ніж сонні кошмари,</w:t>
      </w:r>
    </w:p>
    <w:p>
      <w:r>
        <w:br/>
        <w:t>Ті привиддя безсонної ночі.</w:t>
      </w:r>
    </w:p>
    <w:p>
      <w:r>
        <w:br/>
        <w:t>Думки-гадки, мов птахи нічнії,</w:t>
      </w:r>
    </w:p>
    <w:p>
      <w:r>
        <w:br/>
        <w:t>Налетіли, тяжкі та суворі,</w:t>
      </w:r>
    </w:p>
    <w:p>
      <w:r>
        <w:br/>
        <w:t>Ох, непевні ті думи страшнії,</w:t>
      </w:r>
    </w:p>
    <w:p>
      <w:r>
        <w:br/>
        <w:t>Наче хвилі у північ на морі!</w:t>
      </w:r>
    </w:p>
    <w:p>
      <w:r>
        <w:br/>
        <w:t>Хто одважиться в північ на море</w:t>
      </w:r>
    </w:p>
    <w:p>
      <w:r>
        <w:br/>
        <w:t>Своє хибке човенце зіпхнути?</w:t>
      </w:r>
    </w:p>
    <w:p>
      <w:r>
        <w:br/>
        <w:t>Хто поважиться людськеє горе</w:t>
      </w:r>
    </w:p>
    <w:p>
      <w:r>
        <w:br/>
        <w:t>Світовеє серденьком збагнути?</w:t>
      </w:r>
    </w:p>
    <w:p>
      <w:r>
        <w:br/>
        <w:t>Той у північ на море поплине,</w:t>
      </w:r>
    </w:p>
    <w:p>
      <w:r>
        <w:br/>
        <w:t>Хто не думає ранку діждати…</w:t>
      </w:r>
    </w:p>
    <w:p>
      <w:r>
        <w:br/>
        <w:t>Хай же думка моя вільно лине, –</w:t>
      </w:r>
    </w:p>
    <w:p>
      <w:r>
        <w:br/>
        <w:t>Я не буду на ранок чекати.</w:t>
      </w:r>
    </w:p>
    <w:p>
      <w:r>
        <w:br/>
        <w:t>Серед мороку, бурі-негоди</w:t>
      </w:r>
    </w:p>
    <w:p>
      <w:r>
        <w:br/>
        <w:t>Цілу ніч буде човен блукати;</w:t>
      </w:r>
    </w:p>
    <w:p>
      <w:r>
        <w:br/>
        <w:t>Як зійде сонце правди та згоди,</w:t>
      </w:r>
    </w:p>
    <w:p>
      <w:r>
        <w:br/>
        <w:t>Я тоді вічним сном буду спати.</w:t>
      </w:r>
    </w:p>
    <w:p>
      <w:r>
        <w:br/>
        <w:t>Буде шарпати буря вітрила,</w:t>
      </w:r>
    </w:p>
    <w:p>
      <w:r>
        <w:br/>
        <w:t>Пожене геть по темному морю.</w:t>
      </w:r>
    </w:p>
    <w:p>
      <w:r>
        <w:br/>
        <w:t>Ох, коли б мені доля судила</w:t>
      </w:r>
    </w:p>
    <w:p>
      <w:r>
        <w:br/>
        <w:t>Хоч побачити раннюю зорю!</w:t>
      </w:r>
    </w:p>
    <w:p>
      <w:r>
        <w:br/>
        <w:t>Євпаторія, 1891 р.</w:t>
      </w:r>
    </w:p>
    <w:p>
      <w:r>
        <w:br/>
        <w:t>4. НА ЧОВНІ</w:t>
      </w:r>
    </w:p>
    <w:p>
      <w:r>
        <w:br/>
        <w:t>Нічко дивна! тобі я корюся.</w:t>
      </w:r>
    </w:p>
    <w:p>
      <w:r>
        <w:br/>
        <w:t>Геть всі темнії думи сумні!</w:t>
      </w:r>
    </w:p>
    <w:p>
      <w:r>
        <w:br/>
        <w:t>Не змагаюся вже, не борюся,</w:t>
      </w:r>
    </w:p>
    <w:p>
      <w:r>
        <w:br/>
        <w:t>Потопаю в сріблястому сні.</w:t>
      </w:r>
    </w:p>
    <w:p>
      <w:r>
        <w:br/>
        <w:t>Люди сплять, спить і людськеє лихо, –</w:t>
      </w:r>
    </w:p>
    <w:p>
      <w:r>
        <w:br/>
        <w:t>Лихо сили не має в сю ніч.</w:t>
      </w:r>
    </w:p>
    <w:p>
      <w:r>
        <w:br/>
        <w:t>Тихо скрізь, і на серденьку тихо,</w:t>
      </w:r>
    </w:p>
    <w:p>
      <w:r>
        <w:br/>
        <w:t>Десь журба з нього згинула пріч.</w:t>
      </w:r>
    </w:p>
    <w:p>
      <w:r>
        <w:br/>
        <w:t>Може, тільки сховалась глибоко?</w:t>
      </w:r>
    </w:p>
    <w:p>
      <w:r>
        <w:br/>
        <w:t>Може, зараз прокинеться знов?</w:t>
      </w:r>
    </w:p>
    <w:p>
      <w:r>
        <w:br/>
        <w:t>Та дарма! поки ясне ще око,</w:t>
      </w:r>
    </w:p>
    <w:p>
      <w:r>
        <w:br/>
        <w:t>Не здіймаймо журливих розмов!</w:t>
      </w:r>
    </w:p>
    <w:p>
      <w:r>
        <w:br/>
        <w:t>Глянь, як хвилі від срібла блищаться!</w:t>
      </w:r>
    </w:p>
    <w:p>
      <w:r>
        <w:br/>
        <w:t>Глянь, як небо сивіє вгорі!</w:t>
      </w:r>
    </w:p>
    <w:p>
      <w:r>
        <w:br/>
        <w:t>Вабить хвиля на море податься,</w:t>
      </w:r>
    </w:p>
    <w:p>
      <w:r>
        <w:br/>
        <w:t>Кличе промінь ясної зорі.</w:t>
      </w:r>
    </w:p>
    <w:p>
      <w:r>
        <w:br/>
        <w:t>***</w:t>
      </w:r>
    </w:p>
    <w:p>
      <w:r>
        <w:br/>
        <w:t>Плине білий човник, хвилечка колише,</w:t>
      </w:r>
    </w:p>
    <w:p>
      <w:r>
        <w:br/>
        <w:t>Хвилечка гойдає;</w:t>
      </w:r>
    </w:p>
    <w:p>
      <w:r>
        <w:br/>
        <w:t>Плине білий човник, вітер ледве дише,</w:t>
      </w:r>
    </w:p>
    <w:p>
      <w:r>
        <w:br/>
        <w:t>Ледве повіває.</w:t>
      </w:r>
    </w:p>
    <w:p>
      <w:r>
        <w:br/>
        <w:t>Білії хмаринки, лебедині крила</w:t>
      </w:r>
    </w:p>
    <w:p>
      <w:r>
        <w:br/>
        <w:t>Угорі гуляють,</w:t>
      </w:r>
    </w:p>
    <w:p>
      <w:r>
        <w:br/>
        <w:t>Довгою стягою, що зорю покрила,</w:t>
      </w:r>
    </w:p>
    <w:p>
      <w:r>
        <w:br/>
        <w:t>Місяця сягають.</w:t>
      </w:r>
    </w:p>
    <w:p>
      <w:r>
        <w:br/>
        <w:t>Місяченько світло і рожеве, й срібне</w:t>
      </w:r>
    </w:p>
    <w:p>
      <w:r>
        <w:br/>
        <w:t>Кида-розсипає,</w:t>
      </w:r>
    </w:p>
    <w:p>
      <w:r>
        <w:br/>
        <w:t>І ряхтить, і сяє світло теє дрібне,</w:t>
      </w:r>
    </w:p>
    <w:p>
      <w:r>
        <w:br/>
        <w:t>Як вогонь палає.</w:t>
      </w:r>
    </w:p>
    <w:p>
      <w:r>
        <w:br/>
        <w:t>Геть далеко в морі кораблі видніють.</w:t>
      </w:r>
    </w:p>
    <w:p>
      <w:r>
        <w:br/>
        <w:t>Бачу здалеченька,</w:t>
      </w:r>
    </w:p>
    <w:p>
      <w:r>
        <w:br/>
        <w:t>Як виразно щогли тонкії чорніють</w:t>
      </w:r>
    </w:p>
    <w:p>
      <w:r>
        <w:br/>
        <w:t>Проти місяченька.</w:t>
      </w:r>
    </w:p>
    <w:p>
      <w:r>
        <w:br/>
        <w:t>Плиньмо геть за теє корабельне місто,</w:t>
      </w:r>
    </w:p>
    <w:p>
      <w:r>
        <w:br/>
        <w:t>Там, де нам прекрасна</w:t>
      </w:r>
    </w:p>
    <w:p>
      <w:r>
        <w:br/>
        <w:t>Доріженька сяє, де пала огнисто</w:t>
      </w:r>
    </w:p>
    <w:p>
      <w:r>
        <w:br/>
        <w:t>Stella maris ясна.</w:t>
      </w:r>
    </w:p>
    <w:p>
      <w:r>
        <w:br/>
        <w:t>***</w:t>
      </w:r>
    </w:p>
    <w:p>
      <w:r>
        <w:br/>
        <w:t>На човні нас було тільки двоє.</w:t>
      </w:r>
    </w:p>
    <w:p>
      <w:r>
        <w:br/>
        <w:t>Хвилі скрізь вколо нас коливались,</w:t>
      </w:r>
    </w:p>
    <w:p>
      <w:r>
        <w:br/>
        <w:t>І такі ми самотні обоє</w:t>
      </w:r>
    </w:p>
    <w:p>
      <w:r>
        <w:br/>
        <w:t>Серед того простору здавались.</w:t>
      </w:r>
    </w:p>
    <w:p>
      <w:r>
        <w:br/>
        <w:t>Я дивилась на тебе, мій брате,</w:t>
      </w:r>
    </w:p>
    <w:p>
      <w:r>
        <w:br/>
        <w:t>Що гадала, – не вимовлю зроду;</w:t>
      </w:r>
    </w:p>
    <w:p>
      <w:r>
        <w:br/>
        <w:t>Чим було тоді серце багате,</w:t>
      </w:r>
    </w:p>
    <w:p>
      <w:r>
        <w:br/>
        <w:t>Поховала я в тихую воду.</w:t>
      </w:r>
    </w:p>
    <w:p>
      <w:r>
        <w:br/>
        <w:t>Може, хвиля тобі розказала</w:t>
      </w:r>
    </w:p>
    <w:p>
      <w:r>
        <w:br/>
        <w:t>Все, що думала я в тую мить?</w:t>
      </w:r>
    </w:p>
    <w:p>
      <w:r>
        <w:br/>
        <w:t>Ні! вона те глибоко сховала…</w:t>
      </w:r>
    </w:p>
    <w:p>
      <w:r>
        <w:br/>
        <w:t>Хай же там моя думонька спить!</w:t>
      </w:r>
    </w:p>
    <w:p>
      <w:r>
        <w:br/>
        <w:t>Думка спить, і серденько спочило;</w:t>
      </w:r>
    </w:p>
    <w:p>
      <w:r>
        <w:br/>
        <w:t>Я дивлюсь на обличчя твоє;</w:t>
      </w:r>
    </w:p>
    <w:p>
      <w:r>
        <w:br/>
        <w:t>Тихе море спокою навчило</w:t>
      </w:r>
    </w:p>
    <w:p>
      <w:r>
        <w:br/>
        <w:t>Невгамовнеє серце моє…</w:t>
      </w:r>
    </w:p>
    <w:p>
      <w:r>
        <w:br/>
        <w:t>Євпаторія, 1891 р, 8 липня</w:t>
      </w:r>
    </w:p>
    <w:p>
      <w:r>
        <w:br/>
        <w:t>5. НЕГОДА</w:t>
      </w:r>
    </w:p>
    <w:p>
      <w:r>
        <w:br/>
        <w:t>В темний вечір сиджу я в хатині;</w:t>
      </w:r>
    </w:p>
    <w:p>
      <w:r>
        <w:br/>
        <w:t>Буря грає на Чорному морі…</w:t>
      </w:r>
    </w:p>
    <w:p>
      <w:r>
        <w:br/>
        <w:t>Гомін, стогін, квиління пташині,</w:t>
      </w:r>
    </w:p>
    <w:p>
      <w:r>
        <w:br/>
        <w:t>Б’ється хвиля, як в лютому горі.</w:t>
      </w:r>
    </w:p>
    <w:p>
      <w:r>
        <w:br/>
        <w:t>Там на березі мріє кілками</w:t>
      </w:r>
    </w:p>
    <w:p>
      <w:r>
        <w:br/>
        <w:t>Морський човен, розбитий, нужденний,</w:t>
      </w:r>
    </w:p>
    <w:p>
      <w:r>
        <w:br/>
        <w:t>Наче звір, що в пустині пісками</w:t>
      </w:r>
    </w:p>
    <w:p>
      <w:r>
        <w:br/>
        <w:t>Його вихор засипав південний;</w:t>
      </w:r>
    </w:p>
    <w:p>
      <w:r>
        <w:br/>
        <w:t>Мов у неба рятунку благають</w:t>
      </w:r>
    </w:p>
    <w:p>
      <w:r>
        <w:br/>
        <w:t>Ті останки сумні, нещасливі,</w:t>
      </w:r>
    </w:p>
    <w:p>
      <w:r>
        <w:br/>
        <w:t>А з туману на них набігають</w:t>
      </w:r>
    </w:p>
    <w:p>
      <w:r>
        <w:br/>
        <w:t>Грізні, люті вали білогриві.</w:t>
      </w:r>
    </w:p>
    <w:p>
      <w:r>
        <w:br/>
        <w:t>Вдарить вал і гукне, мов з гармати,</w:t>
      </w:r>
    </w:p>
    <w:p>
      <w:r>
        <w:br/>
        <w:t>Скрізь по березі гук залунає;</w:t>
      </w:r>
    </w:p>
    <w:p>
      <w:r>
        <w:br/>
        <w:t>Хоче море човна розламати,</w:t>
      </w:r>
    </w:p>
    <w:p>
      <w:r>
        <w:br/>
        <w:t>Трощить, ломить, піском засипає.</w:t>
      </w:r>
    </w:p>
    <w:p>
      <w:r>
        <w:br/>
        <w:t>Як розбитий човен безталанний</w:t>
      </w:r>
    </w:p>
    <w:p>
      <w:r>
        <w:br/>
        <w:t>Серед жовтих пісків погибає,</w:t>
      </w:r>
    </w:p>
    <w:p>
      <w:r>
        <w:br/>
        <w:t>Так чудовий сей край богоданний</w:t>
      </w:r>
    </w:p>
    <w:p>
      <w:r>
        <w:br/>
        <w:t>У неволі в чужих пропадає.</w:t>
      </w:r>
    </w:p>
    <w:p>
      <w:r>
        <w:br/>
        <w:t>Наче кінь степовий, вільний, дикий,</w:t>
      </w:r>
    </w:p>
    <w:p>
      <w:r>
        <w:br/>
        <w:t>Що в пісках у пустині вмирає:</w:t>
      </w:r>
    </w:p>
    <w:p>
      <w:r>
        <w:br/>
        <w:t>Захопив його вихор великий,</w:t>
      </w:r>
    </w:p>
    <w:p>
      <w:r>
        <w:br/>
        <w:t>Кінь упав і в знесиллі конає.</w:t>
      </w:r>
    </w:p>
    <w:p>
      <w:r>
        <w:br/>
        <w:t>В ньому серце живеє ще б’ється,</w:t>
      </w:r>
    </w:p>
    <w:p>
      <w:r>
        <w:br/>
        <w:t>В ньому кров не застигла живая,</w:t>
      </w:r>
    </w:p>
    <w:p>
      <w:r>
        <w:br/>
        <w:t>А над ним вже кружляє та в’ється</w:t>
      </w:r>
    </w:p>
    <w:p>
      <w:r>
        <w:br/>
        <w:t>Птаства хижого чорная зграя;</w:t>
      </w:r>
    </w:p>
    <w:p>
      <w:r>
        <w:br/>
        <w:t>Рвуть, хапають, їдять та шматують</w:t>
      </w:r>
    </w:p>
    <w:p>
      <w:r>
        <w:br/>
        <w:t>При пажернім та лютім ячанні,</w:t>
      </w:r>
    </w:p>
    <w:p>
      <w:r>
        <w:br/>
        <w:t>І кривавеє тіло батують,</w:t>
      </w:r>
    </w:p>
    <w:p>
      <w:r>
        <w:br/>
        <w:t>Що тремтить при останнім сконанні.</w:t>
      </w:r>
    </w:p>
    <w:p>
      <w:r>
        <w:br/>
        <w:t>Сильне море! зберися на силі!</w:t>
      </w:r>
    </w:p>
    <w:p>
      <w:r>
        <w:br/>
        <w:t>Ти потужне, нема тобі впину, –</w:t>
      </w:r>
    </w:p>
    <w:p>
      <w:r>
        <w:br/>
        <w:t>Розжени свої буйнії хвилі,</w:t>
      </w:r>
    </w:p>
    <w:p>
      <w:r>
        <w:br/>
        <w:t>Затопи сю нещасну країну!</w:t>
      </w:r>
    </w:p>
    <w:p>
      <w:r>
        <w:br/>
        <w:t>[Євпаторія, 1891]</w:t>
      </w:r>
    </w:p>
    <w:p>
      <w:r>
        <w:br/>
        <w:t>6. МЕРДВЕН</w:t>
      </w:r>
    </w:p>
    <w:p>
      <w:r>
        <w:br/>
        <w:t>Бескиди сиві, червонії скелі,</w:t>
      </w:r>
    </w:p>
    <w:p>
      <w:r>
        <w:br/>
        <w:t>Дикі, непевні, нависли над нами.</w:t>
      </w:r>
    </w:p>
    <w:p>
      <w:r>
        <w:br/>
        <w:t>Се, кажуть люди, злих духів оселі</w:t>
      </w:r>
    </w:p>
    <w:p>
      <w:r>
        <w:br/>
        <w:t>Стали під хмари стінами.</w:t>
      </w:r>
    </w:p>
    <w:p>
      <w:r>
        <w:br/>
        <w:t>З гір аж до моря уступи сягають,</w:t>
      </w:r>
    </w:p>
    <w:p>
      <w:r>
        <w:br/>
        <w:t>Люди прозвали їх Чортові сходи;</w:t>
      </w:r>
    </w:p>
    <w:p>
      <w:r>
        <w:br/>
        <w:t>Ходять злі духи по них та збігають</w:t>
      </w:r>
    </w:p>
    <w:p>
      <w:r>
        <w:br/>
        <w:t>Гучні веснянії води.</w:t>
      </w:r>
    </w:p>
    <w:p>
      <w:r>
        <w:br/>
        <w:t>Люди ж не сміють зійти по тих сходах</w:t>
      </w:r>
    </w:p>
    <w:p>
      <w:r>
        <w:br/>
        <w:t>Геть на верхів’я, туманом повиті, –</w:t>
      </w:r>
    </w:p>
    <w:p>
      <w:r>
        <w:br/>
        <w:t>Духи поклали по всіх переходах</w:t>
      </w:r>
    </w:p>
    <w:p>
      <w:r>
        <w:br/>
        <w:t>Скелі, від кручі відбиті;</w:t>
      </w:r>
    </w:p>
    <w:p>
      <w:r>
        <w:br/>
        <w:t>Хто тільки йтиме по сходах, – задушать,</w:t>
      </w:r>
    </w:p>
    <w:p>
      <w:r>
        <w:br/>
        <w:t>Кинувши скелею в нього тяжкою,</w:t>
      </w:r>
    </w:p>
    <w:p>
      <w:r>
        <w:br/>
        <w:t>І подоланого стогін заглушать</w:t>
      </w:r>
    </w:p>
    <w:p>
      <w:r>
        <w:br/>
        <w:t>Духи луною гірською.</w:t>
      </w:r>
    </w:p>
    <w:p>
      <w:r>
        <w:br/>
        <w:t>7. БАЙДАРИ</w:t>
      </w:r>
    </w:p>
    <w:p>
      <w:r>
        <w:br/>
        <w:t>Дорога довга. Чагарі, долини,</w:t>
      </w:r>
    </w:p>
    <w:p>
      <w:r>
        <w:br/>
        <w:t>На небі палкому ніде ні хмари.</w:t>
      </w:r>
    </w:p>
    <w:p>
      <w:r>
        <w:br/>
        <w:t>Ми їдемо, спочинку ні хвилини.</w:t>
      </w:r>
    </w:p>
    <w:p>
      <w:r>
        <w:br/>
        <w:t>Коли зненацька чую: "Ось Байдари!"</w:t>
      </w:r>
    </w:p>
    <w:p>
      <w:r>
        <w:br/>
        <w:t>Дивлюся: брама, сиві дві скелини…</w:t>
      </w:r>
    </w:p>
    <w:p>
      <w:r>
        <w:br/>
        <w:t>О, що се? Чудо чи потужні чари?</w:t>
      </w:r>
    </w:p>
    <w:p>
      <w:r>
        <w:br/>
        <w:t>Немов заслона впала і відкрила</w:t>
      </w:r>
    </w:p>
    <w:p>
      <w:r>
        <w:br/>
        <w:t>Натури дивні, краснії дари,</w:t>
      </w:r>
    </w:p>
    <w:p>
      <w:r>
        <w:br/>
        <w:t>Що досі від людських очей ховались.</w:t>
      </w:r>
    </w:p>
    <w:p>
      <w:r>
        <w:br/>
        <w:t>Щоб тута жити, треба мати крила!</w:t>
      </w:r>
    </w:p>
    <w:p>
      <w:r>
        <w:br/>
        <w:t>Вже люди, певне, від тії пори</w:t>
      </w:r>
    </w:p>
    <w:p>
      <w:r>
        <w:br/>
        <w:t>Тут не живуть, як з раєм попрощались.</w:t>
      </w:r>
    </w:p>
    <w:p>
      <w:r>
        <w:br/>
        <w:t>Мов невидимая рука тут положила</w:t>
      </w:r>
    </w:p>
    <w:p>
      <w:r>
        <w:br/>
        <w:t>Границею отсії дві гори,</w:t>
      </w:r>
    </w:p>
    <w:p>
      <w:r>
        <w:br/>
        <w:t>Що високо до неба поздіймались.</w:t>
      </w:r>
    </w:p>
    <w:p>
      <w:r>
        <w:br/>
        <w:t>Один зелений бескид, другий – темний.</w:t>
      </w:r>
    </w:p>
    <w:p>
      <w:r>
        <w:br/>
        <w:t>Здалека море хвилі золотії</w:t>
      </w:r>
    </w:p>
    <w:p>
      <w:r>
        <w:br/>
        <w:t>Шле, наче провість волі і надії…</w:t>
      </w:r>
    </w:p>
    <w:p>
      <w:r>
        <w:br/>
        <w:t>Чи се той світ, загублений, таємний,</w:t>
      </w:r>
    </w:p>
    <w:p>
      <w:r>
        <w:br/>
        <w:t>Забутий незабутній рай надземний,</w:t>
      </w:r>
    </w:p>
    <w:p>
      <w:r>
        <w:br/>
        <w:t>Що так давно шукають наші мрії?..</w:t>
      </w:r>
    </w:p>
    <w:p>
      <w:r>
        <w:br/>
        <w:t>8. ТАТАРОЧКА</w:t>
      </w:r>
    </w:p>
    <w:p>
      <w:r>
        <w:br/>
        <w:t>Там, за містом, понад шляхом битим,</w:t>
      </w:r>
    </w:p>
    <w:p>
      <w:r>
        <w:br/>
        <w:t>По гарячім каменистім полі</w:t>
      </w:r>
    </w:p>
    <w:p>
      <w:r>
        <w:br/>
        <w:t>Йде дівча татарськеє вродливе,</w:t>
      </w:r>
    </w:p>
    <w:p>
      <w:r>
        <w:br/>
        <w:t>Молоденьке, ще гуля по волі.</w:t>
      </w:r>
    </w:p>
    <w:p>
      <w:r>
        <w:br/>
        <w:t>На чорнявій сміливій голівці</w:t>
      </w:r>
    </w:p>
    <w:p>
      <w:r>
        <w:br/>
        <w:t>Червоніє шапочка маленька,</w:t>
      </w:r>
    </w:p>
    <w:p>
      <w:r>
        <w:br/>
        <w:t>Вид смуглявий ледве прикриває</w:t>
      </w:r>
    </w:p>
    <w:p>
      <w:r>
        <w:br/>
        <w:t>Шовком шитая чадра біленька.</w:t>
      </w:r>
    </w:p>
    <w:p>
      <w:r>
        <w:br/>
        <w:t>То закриє личко, то відкриє, –</w:t>
      </w:r>
    </w:p>
    <w:p>
      <w:r>
        <w:br/>
        <w:t>А очиці, наче блискавиці,</w:t>
      </w:r>
    </w:p>
    <w:p>
      <w:r>
        <w:br/>
        <w:t>Так і грають з-попід брівок темних!</w:t>
      </w:r>
    </w:p>
    <w:p>
      <w:r>
        <w:br/>
        <w:t>Що за погляд в сеї чарівниці!</w:t>
      </w:r>
    </w:p>
    <w:p>
      <w:r>
        <w:br/>
        <w:t>9. БАХЧИСАРАЙ</w:t>
      </w:r>
    </w:p>
    <w:p>
      <w:r>
        <w:br/>
        <w:t>Мов зачарований, стоїть Бахчисарай.</w:t>
      </w:r>
    </w:p>
    <w:p>
      <w:r>
        <w:br/>
        <w:t>Шле місяць з неба промені злотисті,</w:t>
      </w:r>
    </w:p>
    <w:p>
      <w:r>
        <w:br/>
        <w:t>Блищать, мов срібні, білі стіни в місті,</w:t>
      </w:r>
    </w:p>
    <w:p>
      <w:r>
        <w:br/>
        <w:t>Спить ціле місто, мов заклятий край.</w:t>
      </w:r>
    </w:p>
    <w:p>
      <w:r>
        <w:br/>
        <w:t>Скрізь мінарети й дерева сріблисті</w:t>
      </w:r>
    </w:p>
    <w:p>
      <w:r>
        <w:br/>
        <w:t>Мов стережуть сей тихий сонний рай;</w:t>
      </w:r>
    </w:p>
    <w:p>
      <w:r>
        <w:br/>
        <w:t>У темряві та в винограднім листі</w:t>
      </w:r>
    </w:p>
    <w:p>
      <w:r>
        <w:br/>
        <w:t>Таємно плеще тихий водограй.</w:t>
      </w:r>
    </w:p>
    <w:p>
      <w:r>
        <w:br/>
        <w:t>Повітря дише чарівним спокоєм,</w:t>
      </w:r>
    </w:p>
    <w:p>
      <w:r>
        <w:br/>
        <w:t>Над сонним містом легкокрилим роєм</w:t>
      </w:r>
    </w:p>
    <w:p>
      <w:r>
        <w:br/>
        <w:t>Витають красні мрії, давні сни.</w:t>
      </w:r>
    </w:p>
    <w:p>
      <w:r>
        <w:br/>
        <w:t>І верховіттям тонкії тополі</w:t>
      </w:r>
    </w:p>
    <w:p>
      <w:r>
        <w:br/>
        <w:t>Кивають стиха, шепотять поволі,</w:t>
      </w:r>
    </w:p>
    <w:p>
      <w:r>
        <w:br/>
        <w:t>Про давні часи згадують вони…</w:t>
      </w:r>
    </w:p>
    <w:p>
      <w:r>
        <w:br/>
        <w:t>10. БАХЧИСАРАЙСЬКИЙ ДВОРЕЦЬ</w:t>
      </w:r>
    </w:p>
    <w:p>
      <w:r>
        <w:br/>
        <w:t>Хоч не зруйнована – руїна ся будова,</w:t>
      </w:r>
    </w:p>
    <w:p>
      <w:r>
        <w:br/>
        <w:t>З усіх кутків тут пустка вигляда.</w:t>
      </w:r>
    </w:p>
    <w:p>
      <w:r>
        <w:br/>
        <w:t>Здається, тільки що промчалась тут біда,</w:t>
      </w:r>
    </w:p>
    <w:p>
      <w:r>
        <w:br/>
        <w:t>Мов хуртовина грізная, раптова.</w:t>
      </w:r>
    </w:p>
    <w:p>
      <w:r>
        <w:br/>
        <w:t>Тут водограїв ледве чутна мова, –</w:t>
      </w:r>
    </w:p>
    <w:p>
      <w:r>
        <w:br/>
        <w:t>Журливо, тихо гомонить вода, –</w:t>
      </w:r>
    </w:p>
    <w:p>
      <w:r>
        <w:br/>
        <w:t>Немов сльозами, краплями спада;</w:t>
      </w:r>
    </w:p>
    <w:p>
      <w:r>
        <w:br/>
        <w:t>Себе оплакує оселя ся чудова.</w:t>
      </w:r>
    </w:p>
    <w:p>
      <w:r>
        <w:br/>
        <w:t>Стоять з гарему звалища сумні,</w:t>
      </w:r>
    </w:p>
    <w:p>
      <w:r>
        <w:br/>
        <w:t>Садок і башта; тут в колишні дні</w:t>
      </w:r>
    </w:p>
    <w:p>
      <w:r>
        <w:br/>
        <w:t>Вродливі бранки вроду марнували.</w:t>
      </w:r>
    </w:p>
    <w:p>
      <w:r>
        <w:br/>
        <w:t>Колись тут сила і неволя панувала,</w:t>
      </w:r>
    </w:p>
    <w:p>
      <w:r>
        <w:br/>
        <w:t>Та сила зникла, все лежить в руїні, –</w:t>
      </w:r>
    </w:p>
    <w:p>
      <w:r>
        <w:br/>
        <w:t>Неволя й досі править в сій країні!</w:t>
      </w:r>
    </w:p>
    <w:p>
      <w:r>
        <w:br/>
        <w:t>11. БАХЧИСАРАЙСЬКА ГРОБНИЦЯ</w:t>
      </w:r>
    </w:p>
    <w:p>
      <w:r>
        <w:br/>
        <w:t>Палкого сонця промені ворожі</w:t>
      </w:r>
    </w:p>
    <w:p>
      <w:r>
        <w:br/>
        <w:t>На кладовище сиплються, мов стріли,</w:t>
      </w:r>
    </w:p>
    <w:p>
      <w:r>
        <w:br/>
        <w:t>На те каміння, що вкрива могили,</w:t>
      </w:r>
    </w:p>
    <w:p>
      <w:r>
        <w:br/>
        <w:t>Де правовірні сплять, піддані божі.</w:t>
      </w:r>
    </w:p>
    <w:p>
      <w:r>
        <w:br/>
        <w:t>Ні квітів, ні дерев, ні огорожі…</w:t>
      </w:r>
    </w:p>
    <w:p>
      <w:r>
        <w:br/>
        <w:t>І серед пустки, наче на сторожі,</w:t>
      </w:r>
    </w:p>
    <w:p>
      <w:r>
        <w:br/>
        <w:t>Стоїть гробниця. Ті, що в ній спочили,</w:t>
      </w:r>
    </w:p>
    <w:p>
      <w:r>
        <w:br/>
        <w:t>Навіки в ній своє імення скрили.</w:t>
      </w:r>
    </w:p>
    <w:p>
      <w:r>
        <w:br/>
        <w:t>З чужого краю тут співці бували</w:t>
      </w:r>
    </w:p>
    <w:p>
      <w:r>
        <w:br/>
        <w:t>І тіні бранки любої шукали, –</w:t>
      </w:r>
    </w:p>
    <w:p>
      <w:r>
        <w:br/>
        <w:t>Витає ж тута інша тінь, кривава:</w:t>
      </w:r>
    </w:p>
    <w:p>
      <w:r>
        <w:br/>
        <w:t>Ні, тута не лежить краса гарема,</w:t>
      </w:r>
    </w:p>
    <w:p>
      <w:r>
        <w:br/>
        <w:t>Марія смутна чи палка Зарема, –</w:t>
      </w:r>
    </w:p>
    <w:p>
      <w:r>
        <w:br/>
        <w:t>Тут спочива бахчисарайська слава!</w:t>
      </w:r>
    </w:p>
    <w:p>
      <w:r>
        <w:br/>
        <w:t>12. НАДСОНОВА ДОМІВКА В ЯЛТІ</w:t>
      </w:r>
    </w:p>
    <w:p>
      <w:r>
        <w:br/>
        <w:t>Смутна оселя!.. В веселій країні,</w:t>
      </w:r>
    </w:p>
    <w:p>
      <w:r>
        <w:br/>
        <w:t>В горах зелених, в розкішній долині</w:t>
      </w:r>
    </w:p>
    <w:p>
      <w:r>
        <w:br/>
        <w:t>Місця веселого ти не знайшов,</w:t>
      </w:r>
    </w:p>
    <w:p>
      <w:r>
        <w:br/>
        <w:t>Смутний співець! умирать в самотині</w:t>
      </w:r>
    </w:p>
    <w:p>
      <w:r>
        <w:br/>
        <w:t>В смутну оселю прийшов.</w:t>
      </w:r>
    </w:p>
    <w:p>
      <w:r>
        <w:br/>
        <w:t>Звідси не видно ні моря ясного,</w:t>
      </w:r>
    </w:p>
    <w:p>
      <w:r>
        <w:br/>
        <w:t>Гомону з міста не чутно гучного,</w:t>
      </w:r>
    </w:p>
    <w:p>
      <w:r>
        <w:br/>
        <w:t>З бору соснового шум тут іде;</w:t>
      </w:r>
    </w:p>
    <w:p>
      <w:r>
        <w:br/>
        <w:t>Гори лунають од вітру буйного,</w:t>
      </w:r>
    </w:p>
    <w:p>
      <w:r>
        <w:br/>
        <w:t>Часом де дзвін загуде…</w:t>
      </w:r>
    </w:p>
    <w:p>
      <w:r>
        <w:br/>
        <w:t>Стали в саду кипариси стіною</w:t>
      </w:r>
    </w:p>
    <w:p>
      <w:r>
        <w:br/>
        <w:t>Оберігати в оселі спокою,</w:t>
      </w:r>
    </w:p>
    <w:p>
      <w:r>
        <w:br/>
        <w:t>Лаври – неначе зсушила журба,</w:t>
      </w:r>
    </w:p>
    <w:p>
      <w:r>
        <w:br/>
        <w:t>Тихо, журливо кива головою,</w:t>
      </w:r>
    </w:p>
    <w:p>
      <w:r>
        <w:br/>
        <w:t>Віттям плакучим верба.</w:t>
      </w:r>
    </w:p>
    <w:p>
      <w:r>
        <w:br/>
        <w:t>Все тут журливе кругом сеї хати, –</w:t>
      </w:r>
    </w:p>
    <w:p>
      <w:r>
        <w:br/>
        <w:t>Та найсмутніші отії кімнати,</w:t>
      </w:r>
    </w:p>
    <w:p>
      <w:r>
        <w:br/>
        <w:t>Де безталанний поет умирав:</w:t>
      </w:r>
    </w:p>
    <w:p>
      <w:r>
        <w:br/>
        <w:t>Все тут забрали, що можна забрати, –</w:t>
      </w:r>
    </w:p>
    <w:p>
      <w:r>
        <w:br/>
        <w:t>Смутку ж ніхто не забрав.</w:t>
      </w:r>
    </w:p>
    <w:p>
      <w:r>
        <w:br/>
        <w:t>Вікна тьмянії, мов очі слабого,</w:t>
      </w:r>
    </w:p>
    <w:p>
      <w:r>
        <w:br/>
        <w:t>В хаті порожній самотньо, убого,</w:t>
      </w:r>
    </w:p>
    <w:p>
      <w:r>
        <w:br/>
        <w:t>Висить свічадо на голій стіні,</w:t>
      </w:r>
    </w:p>
    <w:p>
      <w:r>
        <w:br/>
        <w:t>Млою повите, – дивитись на нього</w:t>
      </w:r>
    </w:p>
    <w:p>
      <w:r>
        <w:br/>
        <w:t>Сумно здавалось мені…</w:t>
      </w:r>
    </w:p>
    <w:p>
      <w:r>
        <w:br/>
        <w:t>Тута остатні "огні догоріли",</w:t>
      </w:r>
    </w:p>
    <w:p>
      <w:r>
        <w:br/>
        <w:t>Тута остатні "квітки облетіли",</w:t>
      </w:r>
    </w:p>
    <w:p>
      <w:r>
        <w:br/>
        <w:t>Тільки зосталася муза одна,</w:t>
      </w:r>
    </w:p>
    <w:p>
      <w:r>
        <w:br/>
        <w:t>Що не лишила співця до могили,</w:t>
      </w:r>
    </w:p>
    <w:p>
      <w:r>
        <w:br/>
        <w:t>Тута витає сумна.</w:t>
      </w:r>
    </w:p>
    <w:p>
      <w:r>
        <w:br/>
        <w:t>Тіло поета в далекій чужині, –</w:t>
      </w:r>
    </w:p>
    <w:p>
      <w:r>
        <w:br/>
        <w:t>Там, у тій самій холодній країні,</w:t>
      </w:r>
    </w:p>
    <w:p>
      <w:r>
        <w:br/>
        <w:t>Серце на смерть отруїли його!</w:t>
      </w:r>
    </w:p>
    <w:p>
      <w:r>
        <w:br/>
        <w:t>Смутная муза літа в самотині,</w:t>
      </w:r>
    </w:p>
    <w:p>
      <w:r>
        <w:br/>
        <w:t>Кличе поета свого.</w:t>
      </w:r>
    </w:p>
    <w:p>
      <w:r>
        <w:br/>
        <w:t>В ДИТЯЧОМУ КРУЗІ</w:t>
      </w:r>
    </w:p>
    <w:p>
      <w:r>
        <w:br/>
        <w:t>"НА ЗЕЛЕНОМУ ГОРБОЧКУ…"</w:t>
      </w:r>
    </w:p>
    <w:p>
      <w:r>
        <w:br/>
        <w:t>На зеленому горбочку,</w:t>
      </w:r>
    </w:p>
    <w:p>
      <w:r>
        <w:br/>
        <w:t>У вишневому садочку,</w:t>
      </w:r>
    </w:p>
    <w:p>
      <w:r>
        <w:br/>
        <w:t>Притулилася хатинка,</w:t>
      </w:r>
    </w:p>
    <w:p>
      <w:r>
        <w:br/>
        <w:t>Мов маленькая дитинка</w:t>
      </w:r>
    </w:p>
    <w:p>
      <w:r>
        <w:br/>
        <w:t>Стиха вийшла виглядати,</w:t>
      </w:r>
    </w:p>
    <w:p>
      <w:r>
        <w:br/>
        <w:t>Чи не вийде її мати.</w:t>
      </w:r>
    </w:p>
    <w:p>
      <w:r>
        <w:br/>
        <w:t>І до білої хатинки,</w:t>
      </w:r>
    </w:p>
    <w:p>
      <w:r>
        <w:br/>
        <w:t>Немов мати до дитинки,</w:t>
      </w:r>
    </w:p>
    <w:p>
      <w:r>
        <w:br/>
        <w:t>Вийшло сонце, засвітило</w:t>
      </w:r>
    </w:p>
    <w:p>
      <w:r>
        <w:br/>
        <w:t>І хатинку звеселило.</w:t>
      </w:r>
    </w:p>
    <w:p>
      <w:r>
        <w:br/>
        <w:t>[1885]</w:t>
      </w:r>
    </w:p>
    <w:p>
      <w:r>
        <w:br/>
        <w:t>"ЛІТО КРАСНЕЄ МИНУЛО…"</w:t>
      </w:r>
    </w:p>
    <w:p>
      <w:r>
        <w:br/>
        <w:t>Літо краснеє минуло,</w:t>
      </w:r>
    </w:p>
    <w:p>
      <w:r>
        <w:br/>
        <w:t>Сніг лежить на полі;</w:t>
      </w:r>
    </w:p>
    <w:p>
      <w:r>
        <w:br/>
        <w:t>Діти з хати виглядають</w:t>
      </w:r>
    </w:p>
    <w:p>
      <w:r>
        <w:br/>
        <w:t>В вікна… шкода волі!</w:t>
      </w:r>
    </w:p>
    <w:p>
      <w:r>
        <w:br/>
        <w:t>Діти нудяться в хатині,</w:t>
      </w:r>
    </w:p>
    <w:p>
      <w:r>
        <w:br/>
        <w:t>Нудять, нарікають:</w:t>
      </w:r>
    </w:p>
    <w:p>
      <w:r>
        <w:br/>
        <w:t>"І нащо зима та люта? –</w:t>
      </w:r>
    </w:p>
    <w:p>
      <w:r>
        <w:br/>
        <w:t>Все вони питають. –</w:t>
      </w:r>
    </w:p>
    <w:p>
      <w:r>
        <w:br/>
        <w:t>Он все поле сніг завіяв,</w:t>
      </w:r>
    </w:p>
    <w:p>
      <w:r>
        <w:br/>
        <w:t>Хоч не йди із хати!</w:t>
      </w:r>
    </w:p>
    <w:p>
      <w:r>
        <w:br/>
        <w:t>У замкнуті дивись вікна,</w:t>
      </w:r>
    </w:p>
    <w:p>
      <w:r>
        <w:br/>
        <w:t>Ніде й погуляти!</w:t>
      </w:r>
    </w:p>
    <w:p>
      <w:r>
        <w:br/>
        <w:t>Сніг з морозом поморозив</w:t>
      </w:r>
    </w:p>
    <w:p>
      <w:r>
        <w:br/>
        <w:t>Всі на полі квіти…</w:t>
      </w:r>
    </w:p>
    <w:p>
      <w:r>
        <w:br/>
        <w:t>Десь зима та не скінчиться!"</w:t>
      </w:r>
    </w:p>
    <w:p>
      <w:r>
        <w:br/>
        <w:t>Нарікають діти.</w:t>
      </w:r>
    </w:p>
    <w:p>
      <w:r>
        <w:br/>
        <w:t>Ждіте, ждіте, любі діти!</w:t>
      </w:r>
    </w:p>
    <w:p>
      <w:r>
        <w:br/>
        <w:t>Літо знов прилине,</w:t>
      </w:r>
    </w:p>
    <w:p>
      <w:r>
        <w:br/>
        <w:t>Прийде мила годинонька,</w:t>
      </w:r>
    </w:p>
    <w:p>
      <w:r>
        <w:br/>
        <w:t>Як зима та згине;</w:t>
      </w:r>
    </w:p>
    <w:p>
      <w:r>
        <w:br/>
        <w:t>І заквітне наше поле,</w:t>
      </w:r>
    </w:p>
    <w:p>
      <w:r>
        <w:br/>
        <w:t>І зазеленіє, –</w:t>
      </w:r>
    </w:p>
    <w:p>
      <w:r>
        <w:br/>
        <w:t>Знов його весна прекрасна</w:t>
      </w:r>
    </w:p>
    <w:p>
      <w:r>
        <w:br/>
        <w:t>Квіточками вкриє.</w:t>
      </w:r>
    </w:p>
    <w:p>
      <w:r>
        <w:br/>
        <w:t>"МАМО, ІДЕ ВЖЕ ЗИМА…"</w:t>
      </w:r>
    </w:p>
    <w:p>
      <w:r>
        <w:br/>
        <w:t>"Мамо, іде вже зима,</w:t>
      </w:r>
    </w:p>
    <w:p>
      <w:r>
        <w:br/>
        <w:t>Снігом травицю вкриває,</w:t>
      </w:r>
    </w:p>
    <w:p>
      <w:r>
        <w:br/>
        <w:t>В гаю пташок вже нема…</w:t>
      </w:r>
    </w:p>
    <w:p>
      <w:r>
        <w:br/>
        <w:t>Мамо, чи кожна пташина</w:t>
      </w:r>
    </w:p>
    <w:p>
      <w:r>
        <w:br/>
        <w:t>В вирій на зиму літає?" –</w:t>
      </w:r>
    </w:p>
    <w:p>
      <w:r>
        <w:br/>
        <w:t>В неньки спитала дитина.</w:t>
      </w:r>
    </w:p>
    <w:p>
      <w:r>
        <w:br/>
        <w:t>"Ні, не кожна, – одказує мати, –</w:t>
      </w:r>
    </w:p>
    <w:p>
      <w:r>
        <w:br/>
        <w:t>Онде, бачиш, пташина сивенька</w:t>
      </w:r>
    </w:p>
    <w:p>
      <w:r>
        <w:br/>
        <w:t>Скаче швидко отам біля хати, –</w:t>
      </w:r>
    </w:p>
    <w:p>
      <w:r>
        <w:br/>
        <w:t>Ще зосталась пташина маленька".</w:t>
      </w:r>
    </w:p>
    <w:p>
      <w:r>
        <w:br/>
        <w:t>"Чом же вона не втіка?</w:t>
      </w:r>
    </w:p>
    <w:p>
      <w:r>
        <w:br/>
        <w:t>Нащо морозу чека?"</w:t>
      </w:r>
    </w:p>
    <w:p>
      <w:r>
        <w:br/>
        <w:t>"Не боїться морозу вона,</w:t>
      </w:r>
    </w:p>
    <w:p>
      <w:r>
        <w:br/>
        <w:t>Не покине країни рідної,</w:t>
      </w:r>
    </w:p>
    <w:p>
      <w:r>
        <w:br/>
        <w:t>Не боїться зими навісної.</w:t>
      </w:r>
    </w:p>
    <w:p>
      <w:r>
        <w:br/>
        <w:t>Жде, що знову прилине весна".</w:t>
      </w:r>
    </w:p>
    <w:p>
      <w:r>
        <w:br/>
        <w:t>"Мамо, ті сиві пташки</w:t>
      </w:r>
    </w:p>
    <w:p>
      <w:r>
        <w:br/>
        <w:t>Сміливі, певно, ще й дуже,</w:t>
      </w:r>
    </w:p>
    <w:p>
      <w:r>
        <w:br/>
        <w:t>Чи то безпечні такі, –</w:t>
      </w:r>
    </w:p>
    <w:p>
      <w:r>
        <w:br/>
        <w:t>Чуєш, цвірінькають так,</w:t>
      </w:r>
    </w:p>
    <w:p>
      <w:r>
        <w:br/>
        <w:t>Мов їм про зиму байдуже!</w:t>
      </w:r>
    </w:p>
    <w:p>
      <w:r>
        <w:br/>
        <w:t>Бач – розспівалися як !"</w:t>
      </w:r>
    </w:p>
    <w:p>
      <w:r>
        <w:br/>
        <w:t>"Не байдуже тій пташці, мій синку,</w:t>
      </w:r>
    </w:p>
    <w:p>
      <w:r>
        <w:br/>
        <w:t>Мусить пташка малесенька дбати,</w:t>
      </w:r>
    </w:p>
    <w:p>
      <w:r>
        <w:br/>
        <w:t>Де б водиці дістати краплинку,</w:t>
      </w:r>
    </w:p>
    <w:p>
      <w:r>
        <w:br/>
        <w:t>Де під снігом поживку шукати".</w:t>
      </w:r>
    </w:p>
    <w:p>
      <w:r>
        <w:br/>
        <w:t>"Нащо ж співає? Чудна!</w:t>
      </w:r>
    </w:p>
    <w:p>
      <w:r>
        <w:br/>
        <w:t>Краще шукала б зерна!"</w:t>
      </w:r>
    </w:p>
    <w:p>
      <w:r>
        <w:br/>
        <w:t>"Спів пташині потіха одна, –</w:t>
      </w:r>
    </w:p>
    <w:p>
      <w:r>
        <w:br/>
        <w:t>Хоч голодна, співа веселенько,</w:t>
      </w:r>
    </w:p>
    <w:p>
      <w:r>
        <w:br/>
        <w:t>Розважає пташине серденько,</w:t>
      </w:r>
    </w:p>
    <w:p>
      <w:r>
        <w:br/>
        <w:t>Жде, що знову прилине весна".</w:t>
      </w:r>
    </w:p>
    <w:p>
      <w:r>
        <w:br/>
        <w:t>[1891]</w:t>
      </w:r>
    </w:p>
    <w:p>
      <w:r>
        <w:br/>
        <w:t>"ТІШСЯ, ДИТИНО, ПОКИ ЩЕ МАЛЕНЬКА…"</w:t>
      </w:r>
    </w:p>
    <w:p>
      <w:r>
        <w:br/>
        <w:t>Тішся, дитино, поки ще маленька.</w:t>
      </w:r>
    </w:p>
    <w:p>
      <w:r>
        <w:br/>
        <w:t>Ти ж бо живеш навесні,</w:t>
      </w:r>
    </w:p>
    <w:p>
      <w:r>
        <w:br/>
        <w:t>Ще твоя думка літає легенька,</w:t>
      </w:r>
    </w:p>
    <w:p>
      <w:r>
        <w:br/>
        <w:t>Ще твої мрії ясні.</w:t>
      </w:r>
    </w:p>
    <w:p>
      <w:r>
        <w:br/>
        <w:t>Мрія полине із думкою вкупці</w:t>
      </w:r>
    </w:p>
    <w:p>
      <w:r>
        <w:br/>
        <w:t>Геть у далекі світа, –</w:t>
      </w:r>
    </w:p>
    <w:p>
      <w:r>
        <w:br/>
        <w:t>Крил не втинай сизокрилій голубці,</w:t>
      </w:r>
    </w:p>
    <w:p>
      <w:r>
        <w:br/>
        <w:t>Хай вона вільно літа!</w:t>
      </w:r>
    </w:p>
    <w:p>
      <w:r>
        <w:br/>
        <w:t>Чи пам’ятаєш ти казку-дивницю,</w:t>
      </w:r>
    </w:p>
    <w:p>
      <w:r>
        <w:br/>
        <w:t>Як то колись принесла</w:t>
      </w:r>
    </w:p>
    <w:p>
      <w:r>
        <w:br/>
        <w:t>Тую цілющу-живущу водицю</w:t>
      </w:r>
    </w:p>
    <w:p>
      <w:r>
        <w:br/>
        <w:t>Дрібна пташина мала?</w:t>
      </w:r>
    </w:p>
    <w:p>
      <w:r>
        <w:br/>
        <w:t>Їй не страшні були дикі простори,</w:t>
      </w:r>
    </w:p>
    <w:p>
      <w:r>
        <w:br/>
        <w:t>Скелі і хвилі морські,</w:t>
      </w:r>
    </w:p>
    <w:p>
      <w:r>
        <w:br/>
        <w:t>Перелітала найвищії гори, –</w:t>
      </w:r>
    </w:p>
    <w:p>
      <w:r>
        <w:br/>
        <w:t>Мала крильцята прудкі.</w:t>
      </w:r>
    </w:p>
    <w:p>
      <w:r>
        <w:br/>
        <w:t>Так твоя думка швиденько полине,</w:t>
      </w:r>
    </w:p>
    <w:p>
      <w:r>
        <w:br/>
        <w:t>Тільки їй волю даси,</w:t>
      </w:r>
    </w:p>
    <w:p>
      <w:r>
        <w:br/>
        <w:t>І принесе з чарівної країни</w:t>
      </w:r>
    </w:p>
    <w:p>
      <w:r>
        <w:br/>
        <w:t>Краплю живої роси.</w:t>
      </w:r>
    </w:p>
    <w:p>
      <w:r>
        <w:br/>
        <w:t>І як приступить журба невсипуща</w:t>
      </w:r>
    </w:p>
    <w:p>
      <w:r>
        <w:br/>
        <w:t>Та до серденька твого, –</w:t>
      </w:r>
    </w:p>
    <w:p>
      <w:r>
        <w:br/>
        <w:t>Тая росиця цілюща-живуща</w:t>
      </w:r>
    </w:p>
    <w:p>
      <w:r>
        <w:br/>
        <w:t>Буде живити його.</w:t>
      </w:r>
    </w:p>
    <w:p>
      <w:r>
        <w:br/>
        <w:t>Хай же та мрія із думкою вкупці</w:t>
      </w:r>
    </w:p>
    <w:p>
      <w:r>
        <w:br/>
        <w:t>Лине в незнані світа, –</w:t>
      </w:r>
    </w:p>
    <w:p>
      <w:r>
        <w:br/>
        <w:t>Крил не втинай сизокрилій голубці,</w:t>
      </w:r>
    </w:p>
    <w:p>
      <w:r>
        <w:br/>
        <w:t>Хай вона вільно літа!</w:t>
      </w:r>
    </w:p>
    <w:p>
      <w:r>
        <w:br/>
        <w:t>[1891]</w:t>
      </w:r>
    </w:p>
    <w:p>
      <w:r>
        <w:br/>
        <w:t>ВЕСНЯНКА</w:t>
      </w:r>
    </w:p>
    <w:p>
      <w:r>
        <w:br/>
        <w:t>(Сестрі Олесі)</w:t>
      </w:r>
    </w:p>
    <w:p>
      <w:r>
        <w:br/>
        <w:t>Як яснеє сонце</w:t>
      </w:r>
    </w:p>
    <w:p>
      <w:r>
        <w:br/>
        <w:t>Закине свій промінь ясний</w:t>
      </w:r>
    </w:p>
    <w:p>
      <w:r>
        <w:br/>
        <w:t>До тебе в віконце, –</w:t>
      </w:r>
    </w:p>
    <w:p>
      <w:r>
        <w:br/>
        <w:t>Озвись на привіт весняний.</w:t>
      </w:r>
    </w:p>
    <w:p>
      <w:r>
        <w:br/>
        <w:t>Олесю, серденько,</w:t>
      </w:r>
    </w:p>
    <w:p>
      <w:r>
        <w:br/>
        <w:t>Співай веселенько!</w:t>
      </w:r>
    </w:p>
    <w:p>
      <w:r>
        <w:br/>
        <w:t>Весняного ранку</w:t>
      </w:r>
    </w:p>
    <w:p>
      <w:r>
        <w:br/>
        <w:t>Співай, моя люба, веснянку!</w:t>
      </w:r>
    </w:p>
    <w:p>
      <w:r>
        <w:br/>
        <w:t>Як бідну первістку,</w:t>
      </w:r>
    </w:p>
    <w:p>
      <w:r>
        <w:br/>
        <w:t>Дочасну, морози поб’ють</w:t>
      </w:r>
    </w:p>
    <w:p>
      <w:r>
        <w:br/>
        <w:t>І кущик любистку</w:t>
      </w:r>
    </w:p>
    <w:p>
      <w:r>
        <w:br/>
        <w:t>Холоднії роси поллють, –</w:t>
      </w:r>
    </w:p>
    <w:p>
      <w:r>
        <w:br/>
        <w:t>Не плач, моя роже,</w:t>
      </w:r>
    </w:p>
    <w:p>
      <w:r>
        <w:br/>
        <w:t>Весна переможе!</w:t>
      </w:r>
    </w:p>
    <w:p>
      <w:r>
        <w:br/>
        <w:t>Весняного ранку</w:t>
      </w:r>
    </w:p>
    <w:p>
      <w:r>
        <w:br/>
        <w:t>Співай, моя люба, веснянку!</w:t>
      </w:r>
    </w:p>
    <w:p>
      <w:r>
        <w:br/>
        <w:t>Як дрібнії дощі</w:t>
      </w:r>
    </w:p>
    <w:p>
      <w:r>
        <w:br/>
        <w:t>Заслонять нам світ навесні,</w:t>
      </w:r>
    </w:p>
    <w:p>
      <w:r>
        <w:br/>
        <w:t>Як нам молодощі</w:t>
      </w:r>
    </w:p>
    <w:p>
      <w:r>
        <w:br/>
        <w:t>Пов’ються у хмари сумні, –</w:t>
      </w:r>
    </w:p>
    <w:p>
      <w:r>
        <w:br/>
        <w:t>Не тратьмо надії</w:t>
      </w:r>
    </w:p>
    <w:p>
      <w:r>
        <w:br/>
        <w:t>В літа молодії!</w:t>
      </w:r>
    </w:p>
    <w:p>
      <w:r>
        <w:br/>
        <w:t>Весняного ранку</w:t>
      </w:r>
    </w:p>
    <w:p>
      <w:r>
        <w:br/>
        <w:t>Співаймо, сестрице, веснянку!</w:t>
      </w:r>
    </w:p>
    <w:p>
      <w:r>
        <w:br/>
        <w:t>На літо зелене</w:t>
      </w:r>
    </w:p>
    <w:p>
      <w:r>
        <w:br/>
        <w:t>Поїду я геть в чужий край,</w:t>
      </w:r>
    </w:p>
    <w:p>
      <w:r>
        <w:br/>
        <w:t>Згадай же про мене,</w:t>
      </w:r>
    </w:p>
    <w:p>
      <w:r>
        <w:br/>
        <w:t>Як підеш по квіти у гай.</w:t>
      </w:r>
    </w:p>
    <w:p>
      <w:r>
        <w:br/>
        <w:t>Спогадуй, Олесю,</w:t>
      </w:r>
    </w:p>
    <w:p>
      <w:r>
        <w:br/>
        <w:t>Сестру свою Лесю!</w:t>
      </w:r>
    </w:p>
    <w:p>
      <w:r>
        <w:br/>
        <w:t>Весняного ранку</w:t>
      </w:r>
    </w:p>
    <w:p>
      <w:r>
        <w:br/>
        <w:t>Даю тобі сюю веснянку!</w:t>
      </w:r>
    </w:p>
    <w:p>
      <w:r>
        <w:br/>
        <w:t>[6 квітня 1890 p.]</w:t>
      </w:r>
    </w:p>
    <w:p>
      <w:r>
        <w:br/>
        <w:t>1</w:t>
      </w:r>
    </w:p>
    <w:p>
      <w:r>
        <w:br/>
        <w:t>(1) — Урочисто (iтал.)</w:t>
      </w:r>
    </w:p>
    <w:p>
      <w:r>
        <w:br/>
        <w:t>2</w:t>
      </w:r>
    </w:p>
    <w:p>
      <w:r>
        <w:br/>
        <w:t>(2) — Весело (iтал.)</w:t>
      </w:r>
    </w:p>
    <w:p>
      <w:r>
        <w:br/>
        <w:t>3</w:t>
      </w:r>
    </w:p>
    <w:p>
      <w:r>
        <w:br/>
        <w:t>(3) — Тут: акорди на арфi (iтал.).</w:t>
      </w:r>
    </w:p>
    <w:p>
      <w:r>
        <w:br/>
        <w:t>4</w:t>
      </w:r>
    </w:p>
    <w:p>
      <w:r>
        <w:br/>
        <w:t>(4) — Рондо (пал.)</w:t>
      </w:r>
    </w:p>
    <w:p>
      <w:r>
        <w:br/>
        <w:t>5</w:t>
      </w:r>
    </w:p>
    <w:p>
      <w:r>
        <w:br/>
        <w:t>(5) — Ноктюрн (iтал.)</w:t>
      </w:r>
    </w:p>
    <w:p>
      <w:r>
        <w:br/>
        <w:t>6</w:t>
      </w:r>
    </w:p>
    <w:p>
      <w:r>
        <w:br/>
        <w:t>(6) — Назва строфи на сiм рядкiв (iтал.)</w:t>
      </w:r>
    </w:p>
    <w:p>
      <w:r>
        <w:br/>
        <w:t>7</w:t>
      </w:r>
    </w:p>
    <w:p>
      <w:r>
        <w:br/>
        <w:t>(7) — Без надiї сподiваюсь! (лат.)</w:t>
      </w:r>
    </w:p>
    <w:p>
      <w:r>
        <w:br/>
        <w:t>8</w:t>
      </w:r>
    </w:p>
    <w:p>
      <w:r>
        <w:br/>
        <w:t>(8) — Комаров Михайло Федорович (1844-1913) — український бібліограф, критик і фольклорист. Приятель сімї Косачів.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крилах пісень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