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кожнім кроці</w:t>
      </w:r>
    </w:p>
    <w:p>
      <w:r>
        <w:br/>
        <w:t xml:space="preserve"> В житті робив ти свій перший крок,&lt;br /&gt;</w:t>
        <w:br/>
        <w:t>сьогодні в школу йдеш на урок.</w:t>
      </w:r>
    </w:p>
    <w:p>
      <w:r>
        <w:br/>
        <w:t>А що ідеш ти, то робиш кроки, —&lt;br /&gt;</w:t>
        <w:br/>
        <w:t>отак і вийдеш у світ широкий.</w:t>
      </w:r>
    </w:p>
    <w:p>
      <w:r>
        <w:br/>
        <w:t>І раптом думка поміж думок:&lt;br /&gt;</w:t>
        <w:br/>
        <w:t>а що за слово цей самий крок?</w:t>
      </w:r>
    </w:p>
    <w:p>
      <w:r>
        <w:br/>
        <w:t>Тут щось цікаве таїтись може,&lt;br /&gt;</w:t>
        <w:br/>
        <w:t>бо й слово кроква на нього схоже!</w:t>
      </w:r>
    </w:p>
    <w:p>
      <w:r>
        <w:br/>
        <w:t>Та слово, друже, знань вимага,&lt;br /&gt;</w:t>
        <w:br/>
        <w:t>в болгарській мові є крак[1] — нога.</w:t>
      </w:r>
    </w:p>
    <w:p>
      <w:r>
        <w:br/>
        <w:t>А в білоруській є слово крочыць,[2] —&lt;br /&gt;</w:t>
        <w:br/>
        <w:t>уже й не треба мізки морочить.</w:t>
      </w:r>
    </w:p>
    <w:p>
      <w:r>
        <w:br/>
        <w:t>А як відкрились нам крок і крок, —&lt;br /&gt;</w:t>
        <w:br/>
        <w:t>тоді звідкіль же російське шаг?</w:t>
      </w:r>
    </w:p>
    <w:p>
      <w:r>
        <w:br/>
        <w:t>Згадай тут відстань, ту, на яку ти&lt;br /&gt;</w:t>
        <w:br/>
        <w:t>ногою можеш вперед сягнути —</w:t>
      </w:r>
    </w:p>
    <w:p>
      <w:r>
        <w:br/>
        <w:t>один раз ступиш — один і сяг,&lt;br /&gt;</w:t>
        <w:br/>
        <w:t>а сяг прадавнє дало нам — шаг.</w:t>
      </w:r>
    </w:p>
    <w:p>
      <w:r>
        <w:br/>
        <w:t>Отож і справді кінець мороці.&lt;br /&gt;</w:t>
        <w:br/>
        <w:t>А що потрібно на кожнім кроці?</w:t>
      </w:r>
    </w:p>
    <w:p>
      <w:r>
        <w:br/>
        <w:t>На кожнім кроці — знання, знання,&lt;br /&gt;</w:t>
        <w:br/>
        <w:t>інакше йтимеш ти навмання.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кожнім кроці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