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коні вороному</w:t>
      </w:r>
    </w:p>
    <w:p>
      <w:r>
        <w:br/>
        <w:t xml:space="preserve"> Він проїхав повз мене на коні вороному…&lt;br /&gt;</w:t>
        <w:br/>
        <w:t>Гинув вечір нечутний в обіймах зелених,&lt;br /&gt;</w:t>
        <w:br/>
        <w:t>В буйних травах губилася стежка додому…&lt;br /&gt;</w:t>
        <w:br/>
        <w:t>На коні вороному повз мене…&lt;br /&gt;</w:t>
        <w:br/>
        <w:t>На коні вороному… повз мене…</w:t>
      </w:r>
    </w:p>
    <w:p>
      <w:r>
        <w:br/>
        <w:t>Без думок до плетня притулилась грудями…&lt;br /&gt;</w:t>
        <w:br/>
        <w:t>Під стальовим копитом шляхи не курились.&lt;br /&gt;</w:t>
        <w:br/>
        <w:t>Спали верби приспані сутінків піснями…&lt;br /&gt;</w:t>
        <w:br/>
        <w:t>Без думок до плетня прихилилась…</w:t>
      </w:r>
    </w:p>
    <w:p>
      <w:r>
        <w:br/>
        <w:t>Коло обрію вежі не знали спочинку…&lt;br /&gt;</w:t>
        <w:br/>
        <w:t>Чи то сонце в очах запалило пожежу?&lt;br /&gt;</w:t>
        <w:br/>
        <w:t>Чи то бог молодий, чи просто людина?&lt;br /&gt;</w:t>
        <w:br/>
        <w:t>Коло обрію мури і вежі…</w:t>
      </w:r>
    </w:p>
    <w:p>
      <w:r>
        <w:br/>
        <w:t>Він проїхав і зник на коні вороному…&lt;br /&gt;</w:t>
        <w:br/>
        <w:t>В росах трави заплакані буйно-зелені…&lt;br /&gt;</w:t>
        <w:br/>
        <w:t>Сонна стежка покликала тихо додому…&lt;br /&gt;</w:t>
        <w:br/>
        <w:t>На коні вороному… повз мене…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коні вороному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