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Ігоревім полі</w:t>
      </w:r>
    </w:p>
    <w:p>
      <w:r>
        <w:br/>
        <w:t xml:space="preserve"> Ой у полі та стернистому,&lt;br /&gt;</w:t>
        <w:br/>
        <w:t>на старому Деревлянському,&lt;br /&gt;</w:t>
        <w:br/>
        <w:t>явори стоять, гойдаються,&lt;br /&gt;</w:t>
        <w:br/>
        <w:t>ще й вітрами умиваються.&lt;br /&gt;</w:t>
        <w:br/>
        <w:t>Там Сварог схиливсь над стернями,&lt;br /&gt;</w:t>
        <w:br/>
        <w:t>вкутав голову туманами&lt;br /&gt;</w:t>
        <w:br/>
        <w:t>і ворушить тихо віями,&lt;br /&gt;</w:t>
        <w:br/>
        <w:t>мов лісами в білім інеї.&lt;br /&gt;</w:t>
        <w:br/>
        <w:t>Тими віями він скочує&lt;br /&gt;</w:t>
        <w:br/>
        <w:t>сльози, тугою розтоплені,&lt;br /&gt;</w:t>
        <w:br/>
        <w:t>що лишаються озерами&lt;br /&gt;</w:t>
        <w:br/>
        <w:t>у долинах серед зелені&lt;br /&gt;</w:t>
        <w:br/>
        <w:t>та й курять до сонця водами&lt;br /&gt;</w:t>
        <w:br/>
        <w:t>в ранки білі, теплі, травневі.&lt;br /&gt;</w:t>
        <w:br/>
        <w:t>Сварог каже тихим голосом,&lt;br /&gt;</w:t>
        <w:br/>
        <w:t>а садки скрізь задимилися&lt;br /&gt;</w:t>
        <w:br/>
        <w:t>у цвіту густім, вишневому,&lt;br /&gt;</w:t>
        <w:br/>
        <w:t>і вишневим цвітом всипались,&lt;br /&gt;</w:t>
        <w:br/>
        <w:t>наче ріки, вуса богові:&lt;br /&gt;</w:t>
        <w:br/>
        <w:t>— "Явори тверді, кряжистії,&lt;br /&gt;</w:t>
        <w:br/>
        <w:t>ви сучками попробивані,&lt;br /&gt;</w:t>
        <w:br/>
        <w:t>мов стільчастими перунами,&lt;br /&gt;</w:t>
        <w:br/>
        <w:t>прокажіте мені сурмами&lt;br /&gt;</w:t>
        <w:br/>
        <w:t>хто голосить ото селами?&lt;br /&gt;</w:t>
        <w:br/>
        <w:t>Ваші сурми наготовлені,&lt;br /&gt;</w:t>
        <w:br/>
        <w:t>із ярів крутих змуровані,&lt;br /&gt;</w:t>
        <w:br/>
        <w:t>на степах моїх простягнені!"&lt;br /&gt;</w:t>
        <w:br/>
        <w:t>Явори мовчать, гойдаються,&lt;br /&gt;</w:t>
        <w:br/>
        <w:t>а стерня шепоче шелестом:</w:t>
      </w:r>
    </w:p>
    <w:p>
      <w:r>
        <w:br/>
        <w:t>Половецькі орди їхали степами,&lt;br /&gt;</w:t>
        <w:br/>
        <w:t>ловили списами зорі вечорами;&lt;br /&gt;</w:t>
        <w:br/>
        <w:t>половецькі орди їхали лісами&lt;br /&gt;</w:t>
        <w:br/>
        <w:t>сонце повтикали злотними стрілками:&lt;br /&gt;</w:t>
        <w:br/>
        <w:t>Сонце покотилось з могил до криниці&lt;br /&gt;</w:t>
        <w:br/>
        <w:t>й заюшило кров'ю хустку молодиці...&lt;br /&gt;</w:t>
        <w:br/>
        <w:t>Не з відрами стала вона під вербою —&lt;br /&gt;</w:t>
        <w:br/>
        <w:t>дитину вмивала гострою водою:&lt;br /&gt;</w:t>
        <w:br/>
        <w:t>— "Погойдніться, верби, понад берегами&lt;br /&gt;</w:t>
        <w:br/>
        <w:t>розступіться села з білими хатами,&lt;br /&gt;</w:t>
        <w:br/>
        <w:t>я несу дитину на чорні майдани,&lt;br /&gt;</w:t>
        <w:br/>
        <w:t>хай зозулі сиві кують над дворами...&lt;br /&gt;</w:t>
        <w:br/>
        <w:t>На чотири бори насунули хмари,&lt;br /&gt;</w:t>
        <w:br/>
        <w:t>й ними блискавиці ножі сполоскали;&lt;br /&gt;</w:t>
        <w:br/>
        <w:t>брязнули зірниці і на сході в полі,&lt;br /&gt;</w:t>
        <w:br/>
        <w:t>а в диму, тумані, заіржали коні;&lt;br /&gt;</w:t>
        <w:br/>
        <w:t>блиснули носами круки на могилах,&lt;br /&gt;</w:t>
        <w:br/>
        <w:t>під крила сховавши знижені долини,&lt;br /&gt;</w:t>
        <w:br/>
        <w:t>й вилискує місяць у птахів на крилах&lt;br /&gt;</w:t>
        <w:br/>
        <w:t>і капає з крил їх на яр та на ниви.. .</w:t>
      </w:r>
    </w:p>
    <w:p>
      <w:r>
        <w:br/>
        <w:t>А муж мій поїхав волочити, знаю,&lt;br /&gt;</w:t>
        <w:br/>
        <w:t>аж на Сян від коней копити лунають.. .&lt;br /&gt;</w:t>
        <w:br/>
        <w:t>І горе, горе серцю і людському зору,&lt;br /&gt;</w:t>
        <w:br/>
        <w:t>страшно мовить слово у світ, як у нору:&lt;br /&gt;</w:t>
        <w:br/>
        <w:t>Вдарили гармати московські з-за Дону&lt;br /&gt;</w:t>
        <w:br/>
        <w:t>та й шлях перебили, в землю увалили,&lt;br /&gt;</w:t>
        <w:br/>
        <w:t>повбивали коні, дружину прибили&lt;br /&gt;</w:t>
        <w:br/>
        <w:t>йому темні брови присипали пилом,&lt;br /&gt;</w:t>
        <w:br/>
        <w:t>а борона впала Богові докором,&lt;br /&gt;</w:t>
        <w:br/>
        <w:t>зубком учепившись в небосхил над бором,&lt;br /&gt;</w:t>
        <w:br/>
        <w:t>та й висить на небі на північ зубками,&lt;br /&gt;</w:t>
        <w:br/>
        <w:t>розгойдана люто сніжними вітрами,&lt;br /&gt;</w:t>
        <w:br/>
        <w:t>від яких аж зуби довгі розпеклися&lt;br /&gt;</w:t>
        <w:br/>
        <w:t>й на небі зірками рясно зайнялися...&lt;br /&gt;</w:t>
        <w:br/>
        <w:t>А вже ж, як ревнули з Дарниці гармати&lt;br /&gt;</w:t>
        <w:br/>
        <w:t>іншії московські і в другую пору,&lt;br /&gt;</w:t>
        <w:br/>
        <w:t>то кинули мужа на простір проклятий,&lt;br /&gt;</w:t>
        <w:br/>
        <w:t>на зубки вогненні, височенно вгору, —&lt;br /&gt;</w:t>
        <w:br/>
        <w:t>Та й висить на небі ратай з бороною&lt;br /&gt;</w:t>
        <w:br/>
        <w:t>над землею й морем, ранами роздертий,&lt;br /&gt;</w:t>
        <w:br/>
        <w:t>кров'ю заливає Північ з Колимою&lt;br /&gt;</w:t>
        <w:br/>
        <w:t>і на чорний Захід тінь кладе від смерти" ...&lt;br /&gt;</w:t>
        <w:br/>
        <w:t>На голі майдани вийшла молодиця&lt;br /&gt;</w:t>
        <w:br/>
        <w:t>й, поставивши сина там у кривавиці,&lt;br /&gt;</w:t>
        <w:br/>
        <w:t>з мукою гукнула: "Ллє кров без упину,&lt;br /&gt;</w:t>
        <w:br/>
        <w:t>не покинь закляту, розп'яту Країну!" ...&lt;br /&gt;</w:t>
        <w:br/>
        <w:t>Тихий шепіт зник над стернями,&lt;br /&gt;</w:t>
        <w:br/>
        <w:t>а Сварог ворушить віями,&lt;br /&gt;</w:t>
        <w:br/>
        <w:t>мов лісами в білім інеї;&lt;br /&gt;</w:t>
        <w:br/>
        <w:t>тими віями він скочує&lt;br /&gt;</w:t>
        <w:br/>
        <w:t>сльози, тугою розтоплені,&lt;br /&gt;</w:t>
        <w:br/>
        <w:t>стають сльози ті озерами&lt;br /&gt;</w:t>
        <w:br/>
        <w:t>у долинах серед зелені&lt;br /&gt;</w:t>
        <w:br/>
        <w:t>та й димлять до сонця водами&lt;br /&gt;</w:t>
        <w:br/>
        <w:t>в ранки білі, теплі, травневі...&lt;br /&gt;</w:t>
        <w:br/>
        <w:t>А з голих майданів кричить молодиця,&lt;br /&gt;</w:t>
        <w:br/>
        <w:t>до віків Трояна, бо ще всім не досить! ..&lt;br /&gt;</w:t>
        <w:br/>
        <w:t>Від борони небо кров'ю червониться&lt;br /&gt;</w:t>
        <w:br/>
        <w:t>кров'ю Північ червоно заносить! 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Ігоревім полі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