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горі сиджу...</w:t>
      </w:r>
    </w:p>
    <w:p>
      <w:r>
        <w:br/>
        <w:t xml:space="preserve"> На горі сиджу й дивлюсь в думках, без сну,&lt;br /&gt;</w:t>
        <w:br/>
        <w:t>Мов лелека з ожереду, в даль смутну.&lt;br /&gt;</w:t>
        <w:br/>
        <w:t>Унизу потік кружляє без пуття,&lt;br /&gt;</w:t>
        <w:br/>
        <w:t>Наче oбраз мого темного життя.</w:t>
      </w:r>
    </w:p>
    <w:p>
      <w:r>
        <w:br/>
        <w:t>Як втомивсь я від скорботи і страждань,&lt;br /&gt;</w:t>
        <w:br/>
        <w:t>Від постійних скарг на долю, від ридань!&lt;br /&gt;</w:t>
        <w:br/>
        <w:t>Горе в мене рівне з обширом морським,&lt;br /&gt;</w:t>
        <w:br/>
        <w:t>Радість в ньому острівцем лежить малим.</w:t>
      </w:r>
    </w:p>
    <w:p>
      <w:r>
        <w:br/>
        <w:t>Виє вітер і в долині, й на горі.&lt;br /&gt;</w:t>
        <w:br/>
        <w:t>Пізня осінь, темна осінь на порі.&lt;br /&gt;</w:t>
        <w:br/>
        <w:t>О, який чудовий осені засів!&lt;br /&gt;</w:t>
        <w:br/>
        <w:t>Я люблю вмирання луків і лісів.</w:t>
      </w:r>
    </w:p>
    <w:p>
      <w:r>
        <w:br/>
        <w:t>Змовк давно вже лісового птаства свист,&lt;br /&gt;</w:t>
        <w:br/>
        <w:t>На деревах, ледь бринить черлений лист,&lt;br /&gt;</w:t>
        <w:br/>
        <w:t>Пада лист, останній лист, летить, як дим...&lt;br /&gt;</w:t>
        <w:br/>
        <w:t>Як хотів би я упасти разом з ним!</w:t>
      </w:r>
    </w:p>
    <w:p>
      <w:r>
        <w:br/>
        <w:t>Смерть... Вітри мій прах нужденний рознесуть.&lt;br /&gt;</w:t>
        <w:br/>
        <w:t>Я хотів би диким древом в лісі буть,-&lt;br /&gt;</w:t>
        <w:br/>
        <w:t>Так стояв би і шумів я безліч літ,&lt;br /&gt;</w:t>
        <w:br/>
        <w:t>I не знав би, і не чув про лютий світ!</w:t>
      </w:r>
    </w:p>
    <w:p>
      <w:r>
        <w:br/>
        <w:t>Я хотів би диким дубом в лісі буть,&lt;br /&gt;</w:t>
        <w:br/>
        <w:t>Лісовим пожаром в хащах спалахнуть,&lt;br /&gt;</w:t>
        <w:br/>
        <w:t>Цілий світ вогнем пойняти і спалить,-&lt;br /&gt;</w:t>
        <w:br/>
        <w:t>Так мене терзав і рвав він кожну мить!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горі сиджу...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