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гірке життя уродився я...</w:t>
      </w:r>
    </w:p>
    <w:p>
      <w:r>
        <w:br/>
        <w:t xml:space="preserve"> На гірке життя уродився я,&lt;br /&gt;</w:t>
        <w:br/>
        <w:t>Не зазнав і раз щастя змолоду;&lt;br /&gt;</w:t>
        <w:br/>
        <w:t>Знудьгувалася вся душа моя&lt;br /&gt;</w:t>
        <w:br/>
        <w:t>Серед вічної стужі-холоду.</w:t>
      </w:r>
    </w:p>
    <w:p>
      <w:r>
        <w:br/>
        <w:t>На шляху моїм скрізь хрести самі&lt;br /&gt;</w:t>
        <w:br/>
        <w:t>Якась іродська сила ставила,&lt;br /&gt;</w:t>
        <w:br/>
        <w:t>Святу молодість підтяла в ярмі,&lt;br /&gt;</w:t>
        <w:br/>
        <w:t>Мети людської нагло збавила.</w:t>
      </w:r>
    </w:p>
    <w:p>
      <w:r>
        <w:br/>
        <w:t>Слівця щирого не сказала ще,&lt;br /&gt;</w:t>
        <w:br/>
        <w:t>Не дала мені втіхи жадної...&lt;br /&gt;</w:t>
        <w:br/>
        <w:t>Люди, де ви є? Гострий біль пече;&lt;br /&gt;</w:t>
        <w:br/>
        <w:t>Не знести журби безпорадної.</w:t>
      </w:r>
    </w:p>
    <w:p>
      <w:r>
        <w:br/>
        <w:t>Все кругом мовчить; все кругом чуже...&lt;br /&gt;</w:t>
        <w:br/>
        <w:t>Хоча б капелька долі власної,&lt;br /&gt;</w:t>
        <w:br/>
        <w:t>Так нема її та й не буде вже...&lt;br /&gt;</w:t>
        <w:br/>
        <w:t>Сниться мла труни передчасної.</w:t>
      </w:r>
    </w:p>
    <w:p>
      <w:r>
        <w:br/>
        <w:t>Над проваллям я тяжко сльози ллю,&lt;br /&gt;</w:t>
        <w:br/>
        <w:t>Вкрай розпукою серце змучене...&lt;br /&gt;</w:t>
        <w:br/>
        <w:t>О, дмухни, розвій всю нудьгу мою,&lt;br /&gt;</w:t>
        <w:br/>
        <w:t>Почуття нове, з ділом злучене!</w:t>
      </w:r>
    </w:p>
    <w:p>
      <w:r>
        <w:br/>
        <w:t>Не дмухне воно, не розвіє сліз;&lt;br /&gt;</w:t>
        <w:br/>
        <w:t>Знову ділові не віддатися:&lt;br /&gt;</w:t>
        <w:br/>
        <w:t>Неминуче щось мене тягне вниз,&lt;br /&gt;</w:t>
        <w:br/>
        <w:t>Більш не здужаю з ним змагатися.</w:t>
      </w:r>
    </w:p>
    <w:p>
      <w:r>
        <w:br/>
        <w:t>На гірке життя уродився я,&lt;br /&gt;</w:t>
        <w:br/>
        <w:t>Не зазнав і раз щастя змолоду...&lt;br /&gt;</w:t>
        <w:br/>
        <w:t>Люди, де ви є? Мре душа моя...&lt;br /&gt;</w:t>
        <w:br/>
        <w:t>О, не кидайте серед холоду!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гірке життя уродився я...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