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 другий день Великого Потопу...</w:t>
      </w:r>
    </w:p>
    <w:p>
      <w:r>
        <w:br/>
        <w:t xml:space="preserve"> * * *</w:t>
      </w:r>
    </w:p>
    <w:p>
      <w:r>
        <w:br/>
        <w:t>На другий день Великого Потопу&lt;br /&gt;</w:t>
        <w:br/>
        <w:t>ще півні кукурікали. Ще десь&lt;br /&gt;</w:t>
        <w:br/>
        <w:t>урвала баба у городі кропу,&lt;br /&gt;</w:t>
        <w:br/>
        <w:t>бо світ ще був затоплений не весь.</w:t>
      </w:r>
    </w:p>
    <w:p>
      <w:r>
        <w:br/>
        <w:t>Не всіх же Бог, як Ноя, попередив.&lt;br /&gt;</w:t>
        <w:br/>
        <w:t>Ніхто не мав ковчега про запас.&lt;br /&gt;</w:t>
        <w:br/>
        <w:t>Тож хтось женився, хтось ходив у хедер.&lt;br /&gt;</w:t>
        <w:br/>
        <w:t>Хтось бив олію, а хтось кози пас.</w:t>
      </w:r>
    </w:p>
    <w:p>
      <w:r>
        <w:br/>
        <w:t>Така в людей вже доля чудернацька,&lt;br /&gt;</w:t>
        <w:br/>
        <w:t>усе часів чекають золотих.&lt;br /&gt;</w:t>
        <w:br/>
        <w:t>Коли ж накрила хвиля їх зненацька,&lt;br /&gt;</w:t>
        <w:br/>
        <w:t>ніхто і здивуватися не встиг.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другий день Великого Потопу...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