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далеку дорогу</w:t>
      </w:r>
    </w:p>
    <w:p>
      <w:r>
        <w:br/>
        <w:t xml:space="preserve"> &lt;blockquote&gt; Євгенові Маланюкові.&lt;br /&gt;</w:t>
        <w:br/>
        <w:t>&lt;/blockquote&gt;&lt;br /&gt;</w:t>
        <w:br/>
        <w:t>Він кликав "посестрою" й "побратимом"&lt;br /&gt;</w:t>
        <w:br/>
        <w:t>і був за посестру й за побратима,&lt;br /&gt;</w:t>
        <w:br/>
        <w:t>і прислюб вірности він дав мені, мені,&lt;br /&gt;</w:t>
        <w:br/>
        <w:t>немов царині,&lt;br /&gt;</w:t>
        <w:br/>
        <w:t>чого,&lt;br /&gt;</w:t>
        <w:br/>
        <w:t>бодай би з опалу,&lt;br /&gt;</w:t>
        <w:br/>
        <w:t>не склав чужинці,&lt;br /&gt;</w:t>
        <w:br/>
        <w:t>не склав чужинці!</w:t>
      </w:r>
    </w:p>
    <w:p>
      <w:r>
        <w:br/>
        <w:t>І насадив при слюбі перстень з сардоніксом,&lt;br /&gt;</w:t>
        <w:br/>
        <w:t>і вклав намистом золоте опліччя.&lt;br /&gt;</w:t>
        <w:br/>
        <w:t>Світилкою з мечем стояла Цар-Зоря,&lt;br /&gt;</w:t>
        <w:br/>
        <w:t>а цілий Біл-світ був за свідка слюбу,&lt;br /&gt;</w:t>
        <w:br/>
        <w:t>за свідка слюбу.&lt;br /&gt;</w:t>
        <w:br/>
        <w:t>Світилкою стояла Цар-Зоря.</w:t>
      </w:r>
    </w:p>
    <w:p>
      <w:r>
        <w:br/>
        <w:t>Не заздріть ви мені,&lt;br /&gt;</w:t>
        <w:br/>
        <w:t>не заздріть, руські жони! –&lt;br /&gt;</w:t>
        <w:br/>
        <w:t>Він прислюб дав мені, немов царині,&lt;br /&gt;</w:t>
        <w:br/>
        <w:t>і вам, і вам,&lt;br /&gt;</w:t>
        <w:br/>
        <w:t>хто бути зміг і посестрою й побратимом!&lt;br /&gt;</w:t>
        <w:br/>
        <w:t>І насадив мітичний перстень,&lt;br /&gt;</w:t>
        <w:br/>
        <w:t>з сонцекамнем,&lt;br /&gt;</w:t>
        <w:br/>
        <w:t>і вклав намистом золоте опліччя,&lt;br /&gt;</w:t>
        <w:br/>
        <w:t>в барві Сонця,&lt;br /&gt;</w:t>
        <w:br/>
        <w:t>в барві Сонця!</w:t>
      </w:r>
    </w:p>
    <w:p>
      <w:r>
        <w:br/>
        <w:t>Складіть йому "вінець життя" в могилу,&lt;br /&gt;</w:t>
        <w:br/>
        <w:t>складіть "вінець життя",&lt;br /&gt;</w:t>
        <w:br/>
        <w:t>"незгасний яс",&lt;br /&gt;</w:t>
        <w:br/>
        <w:t>"нев’ялий цвіт"!</w:t>
      </w:r>
    </w:p>
    <w:p>
      <w:r>
        <w:br/>
        <w:t>Най на дорогу, на далеку,&lt;br /&gt;</w:t>
        <w:br/>
        <w:t>в темені темінній&lt;br /&gt;</w:t>
        <w:br/>
        <w:t>світилкою&lt;br /&gt;</w:t>
        <w:br/>
        <w:t>присвічує йому "лице Зорі",&lt;br /&gt;</w:t>
        <w:br/>
        <w:t>"лице Зорі"!&lt;br /&gt;</w:t>
        <w:br/>
        <w:t>Він з роду воїн був&lt;br /&gt;</w:t>
        <w:br/>
        <w:t>і не відклав присвятний пояс,&lt;br /&gt;</w:t>
        <w:br/>
        <w:t>і не згасив у серці&lt;br /&gt;</w:t>
        <w:br/>
        <w:t>"іскри золотої":&lt;br /&gt;</w:t>
        <w:br/>
        <w:t>онукою ж Дажбожичевим пращур слив!&lt;br /&gt;</w:t>
        <w:br/>
        <w:t>Він з роду воїн був. Зламавсь стилет.&lt;br /&gt;</w:t>
        <w:br/>
        <w:t>Зламавсь стилет – схопив він стилос. –&lt;br /&gt;</w:t>
        <w:br/>
        <w:t>Складіть йому "вінець життя",&lt;br /&gt;</w:t>
        <w:br/>
        <w:t>"вінець життя",&lt;br /&gt;</w:t>
        <w:br/>
        <w:t>"лице Зорі" –&lt;br /&gt;</w:t>
        <w:br/>
        <w:t>"цар-зоре-цвіт"!</w:t>
      </w:r>
    </w:p>
    <w:p>
      <w:r>
        <w:br/>
        <w:t>А побіч, побіч покладіть&lt;br /&gt;</w:t>
        <w:br/>
        <w:t>той зламаний, той зламаний стилет!&lt;br /&gt;</w:t>
        <w:br/>
        <w:t>для свідчень, свідчень Вартовому –&lt;br /&gt;</w:t>
        <w:br/>
        <w:t>"Товаришеві милому Зорі",&lt;br /&gt;</w:t>
        <w:br/>
        <w:t>про Кого&lt;br /&gt;</w:t>
        <w:br/>
        <w:t>з "Щедрик-Ведриком"&lt;br /&gt;</w:t>
        <w:br/>
        <w:t>весь світ співає,&lt;br /&gt;</w:t>
        <w:br/>
        <w:t>весь світ співає!</w:t>
      </w:r>
    </w:p>
    <w:p>
      <w:r>
        <w:br/>
        <w:t>Кого ж це досі величає й диво-пісня&lt;br /&gt;</w:t>
        <w:br/>
        <w:t>як "ясен-Князя із князів"? –&lt;br /&gt;</w:t>
        <w:br/>
        <w:t>Таж "Шестикрилого"&lt;br /&gt;</w:t>
        <w:br/>
        <w:t>тих "мрійників дивинних мрій"!&lt;br /&gt;</w:t>
        <w:br/>
        <w:t>Таж "Ясноликого" із пращурньої "Ясни".&lt;br /&gt;</w:t>
        <w:br/>
        <w:t>Хто "Вартівничим Неба і Землі"&lt;br /&gt;</w:t>
        <w:br/>
        <w:t>і "в Сонце-Правди правою рукою"!</w:t>
      </w:r>
    </w:p>
    <w:p>
      <w:r>
        <w:br/>
        <w:t>Йому, Йому складає воїн звіт,&lt;br /&gt;</w:t>
        <w:br/>
        <w:t>стримує й від Нього свій присвятний пояс.&lt;br /&gt;</w:t>
        <w:br/>
        <w:t>І "нагородою із нагород"&lt;br /&gt;</w:t>
        <w:br/>
        <w:t>залічується в регімент,&lt;br /&gt;</w:t>
        <w:br/>
        <w:t>залічується в регімент&lt;br /&gt;</w:t>
        <w:br/>
        <w:t>до Ясноликого "Свят-Полку".</w:t>
      </w:r>
    </w:p>
    <w:p>
      <w:r>
        <w:br/>
        <w:t>Складіть же воїнові ви до свідчень&lt;br /&gt;</w:t>
        <w:br/>
        <w:t>"вінець життя", "вінець життя"!&lt;br /&gt;</w:t>
        <w:br/>
        <w:t>А побіч, побіч покладіть&lt;br /&gt;</w:t>
        <w:br/>
        <w:t>той зламаний, той зламаний стилет&lt;br /&gt;</w:t>
        <w:br/>
        <w:t>в обмін, в обмін&lt;br /&gt;</w:t>
        <w:br/>
        <w:t>за Месників Небесних меч,&lt;br /&gt;</w:t>
        <w:br/>
        <w:t>за Месників Небесних меч!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далеку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