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чужину</w:t>
      </w:r>
    </w:p>
    <w:p>
      <w:r>
        <w:br/>
        <w:t xml:space="preserve"> &lt;p&gt;Тиха і смутна весняна ніч, мов молода черниця. Не чути на селі ні гомону, ні співу. Все повилося в тіні. Біліють проти місяця хати з темними вікнами,— не то дрімають, не то щось думають.</w:t>
      </w:r>
    </w:p>
    <w:p>
      <w:r>
        <w:br/>
        <w:t>Може, думають вони про те, що завтра рано має одбутися на селі смутнеє свято, і після того свята багато їх останеться пустками; загуде в негоду вітер у димарі, завітає в гості лупатий сич, і буде в їх моторошно й сумно.</w:t>
      </w:r>
    </w:p>
    <w:p>
      <w:r>
        <w:br/>
        <w:t>Не дві й не три сім’ї, а мало не половина всеї громади завтра ранком помандрує з рідного села в далеку, невідому чужину — туди, де серед диких степів, як кажуть люди, гуляє з хуртовиною мужицька доля.</w:t>
      </w:r>
    </w:p>
    <w:p>
      <w:r>
        <w:br/>
        <w:t>Сьогодні вкладалися люди з своїм добром, і цілий день стояв у селі шум і гомін; тепер усе затихло. По дворах, навантажені всяким збіжжям, стоять вози, готові в дорогу, й мандрівці останній раз лягли спочити в своїх хатах. Та чи сплять вони тільки?..</w:t>
      </w:r>
    </w:p>
    <w:p>
      <w:r>
        <w:br/>
        <w:t>Заскрипів засов коло чиїхсь дверей, і далеко по селі пішла луна.</w:t>
      </w:r>
    </w:p>
    <w:p>
      <w:r>
        <w:br/>
        <w:t>З своєї хати вийшов старий Жук. Він босий, без шапки, в усьому білому. Цілий день голова була заклопотана, тепер усе те кудись полинуло, затихло, на серце зійшов до його смуток.</w:t>
      </w:r>
    </w:p>
    <w:p>
      <w:r>
        <w:br/>
        <w:t>Тихо, мов привид, ходить по двору, по городі, ходить, спиняється, щось думає... Далеко в промінні місяця біліє його сумна постать.</w:t>
      </w:r>
    </w:p>
    <w:p>
      <w:r>
        <w:br/>
        <w:t>Що то думається старому? Може, споминає батька та діда, що свій вік прожили на цьому дворищі, може, пригадує свої давні пригоди, які траплялися йому на віку, а може, хоче тільки добре надивитися і запам’ятати свою батьківщину, щоб не забути її на чужині... Перед хатою стоїть старий гіллястий ясен, усю хату й половину дворища вкриває він своїми вітами, вищого дерева од його немає на всьому селі. Ще здаля, не доїжджаючи скілько верстов до села, можна бачити його кучеряву зелену верховину.</w:t>
      </w:r>
    </w:p>
    <w:p>
      <w:r>
        <w:br/>
        <w:t>Жук спинився серед двору, зчепив руки на грудях, підняв голову й дивиться на ясен. Знає він себе маленьким-маленьким хлопчиком, а й тоді вже цей ясен був такий старий, могучий. Тоді здавалося Жукові, що своїм гіллям він достає до хмар.</w:t>
      </w:r>
    </w:p>
    <w:p>
      <w:r>
        <w:br/>
        <w:t>"І хто тебе посадив та викохав такого! — думає Жук.— Дід, чи прадід, чи якийсь давній пращур?.."</w:t>
      </w:r>
    </w:p>
    <w:p>
      <w:r>
        <w:br/>
        <w:t>Колись хотіли купити у його цього ясена на зруб.</w:t>
      </w:r>
    </w:p>
    <w:p>
      <w:r>
        <w:br/>
        <w:t>— Коли дасте двісті рублів та після того я двісті разів заплачу, тоді продам! — сказав тоді Жук.</w:t>
      </w:r>
    </w:p>
    <w:p>
      <w:r>
        <w:br/>
        <w:t>Тепер пішов загалом навіть ні за віщо.</w:t>
      </w:r>
    </w:p>
    <w:p>
      <w:r>
        <w:br/>
        <w:t>Прохав Жук нового хазяїна, щоб не рубав цього ясена, і той обіщався, та хто його знає, як воно буде... Жук поїде, а ясен зрубають,— він і знати не буде. І на цьому місці буде виднітися голе небо, буде пусто і сумно тут...</w:t>
      </w:r>
    </w:p>
    <w:p>
      <w:r>
        <w:br/>
        <w:t>Жук підійшов до ясена, обняв його, мов брата, прихилився до стовбура сивою головою й заплакав.</w:t>
      </w:r>
    </w:p>
    <w:p>
      <w:r>
        <w:br/>
        <w:t>— Прощай, мій товаришу, мій вірний старий друже! — тихо промовляє він, мов до живої людини. Потім сів під ясеном, схилився на руку й замислився. Знає Жук, що останній раз сидить він під ясеном; назад він не сподівається повернутися хоч би в гості: старий, він дуже.</w:t>
      </w:r>
    </w:p>
    <w:p>
      <w:r>
        <w:br/>
        <w:t>З сіней вийшла ще одна біла постать, підійшла до Жука і мовчки сіла поруч з ним. То Жукова старенька дружина.</w:t>
      </w:r>
    </w:p>
    <w:p>
      <w:r>
        <w:br/>
        <w:t>Сидять вони задумавшись, мовчать...</w:t>
      </w:r>
    </w:p>
    <w:p>
      <w:r>
        <w:br/>
        <w:t>Про віщо їм розмовляти? Не про щастя ж їм марити, не його ж, справді, їдуть вони шукати в чужу сторону на заході свого життя!</w:t>
      </w:r>
    </w:p>
    <w:p>
      <w:r>
        <w:br/>
        <w:t>Стоїть місяць серед неба, засіває срібним пилом блискучий хрест і сині шибки старенької дерев’яної церковці. А там за церквою стоять хрести, хрести... і сумні білі постаті під тінню ясена немов нахилилися у тую сторону.</w:t>
      </w:r>
    </w:p>
    <w:p>
      <w:r>
        <w:br/>
        <w:t>А в панському саду соловейко чи плаче, чи сміється, аж виляски розлягаються. Там, де кінчаються доріжки та квітники й починається дика частина саду, окутані темрявою стоять під терниною хлопець і дівчина.</w:t>
      </w:r>
    </w:p>
    <w:p>
      <w:r>
        <w:br/>
        <w:t>Не перший раз, як упаде на землю ніч і пани вкладуться спати, крадькома виходила дівчина в сад до хлопця на розмову; не раз стояли вони тут, обнявшись, до самого ранку. Тепер минулися жарти, минулися сміхи: стоять засмучені хлопець і дівчина, не дивляться у вічі, одно одного докоряють за минулі ночі.</w:t>
      </w:r>
    </w:p>
    <w:p>
      <w:r>
        <w:br/>
        <w:t>— Хіба ж ти не знав, що так воно буде? — крізь сльози вимовляє дівчина.— Нащо ж водив, нащо з ума зводив?.. Тепер ти поїдеш, мене в славі покинеш,— будуть мене люди обминати. Бо хто ж візьме тую дівчину-наймичку, що парубок покинув. Оцілував, омилував та й покинув... Мовчиш і слова не промовиш? Хіба ж не сама я,— казала далі дівчина, вже обливаючись слізьми,— не сама одвадила од себе всіх хлопців?.. Бо я ж уже думала, що мені їх не треба, я вірила, дожидала, що з тобою нам судилося вже й вік згорювати. Я ж не думала, що через тебе, може, прийдеться мені вік косу заплітати. Буду заплітати, буду плакатися на тебе, поки не вмру; і не буде тобі щастя на чужій стороні за мої сльози сирітські!</w:t>
      </w:r>
    </w:p>
    <w:p>
      <w:r>
        <w:br/>
        <w:t>— Нащо так казати? — тихо, одмовляє парубок.— Не сам я їду — жене недоля, ти ж знаєш про це. Нехай би я зостався тут, нехай одружилися б ми,— куди б же я дівся тоді з тобою, в чию хату повів би?</w:t>
      </w:r>
    </w:p>
    <w:p>
      <w:r>
        <w:br/>
        <w:t>— Казаха ж — наймайся до панського двору, я на кухні служила б... Жили б якось...</w:t>
      </w:r>
    </w:p>
    <w:p>
      <w:r>
        <w:br/>
        <w:t>— І цілий вік по наймах хилялись?</w:t>
      </w:r>
    </w:p>
    <w:p>
      <w:r>
        <w:br/>
        <w:t>— Ми б працювали, заробляли, зібрались би на свою хату.</w:t>
      </w:r>
    </w:p>
    <w:p>
      <w:r>
        <w:br/>
        <w:t>— Коли ж мені ті гіркі заробітки й так серце всушили.</w:t>
      </w:r>
    </w:p>
    <w:p>
      <w:r>
        <w:br/>
        <w:t>— Горювали б, та все ж у рідній стороні, не на чужині.</w:t>
      </w:r>
    </w:p>
    <w:p>
      <w:r>
        <w:br/>
        <w:t>— Щось мені й рідна сторона вже не мила.</w:t>
      </w:r>
    </w:p>
    <w:p>
      <w:r>
        <w:br/>
        <w:t>Замовкла дівчина, схлипує, в руках мне білу квітку, що зірвала з терну.</w:t>
      </w:r>
    </w:p>
    <w:p>
      <w:r>
        <w:br/>
        <w:t>— Чи не казав я тобі, чи не благав тебе,— став казати парубок дівчині,— кидай найми та поїдемо зо мною. То миліше тобі жити по наймах, панам догоджати, ніж працювати на себе? Що нам рідна сторона, коли нема в ній нам життя! А там би мали свою землю, свою хату, і стала б нам чужа сторона за рідну.</w:t>
      </w:r>
    </w:p>
    <w:p>
      <w:r>
        <w:br/>
        <w:t>— Не буде мені чужа сторона за рідну довіку!</w:t>
      </w:r>
    </w:p>
    <w:p>
      <w:r>
        <w:br/>
        <w:t>— Люди ж їдуть, привикають,— привикли б і ми!</w:t>
      </w:r>
    </w:p>
    <w:p>
      <w:r>
        <w:br/>
        <w:t>— Не привикла б я на чужині, поки не вмерла. Туди б не доїхала, на дорозі зав’яла б, як скошена травина.</w:t>
      </w:r>
    </w:p>
    <w:p>
      <w:r>
        <w:br/>
        <w:t>— Чого ж тобі тут шкода? Панських маєтків та будинків?</w:t>
      </w:r>
    </w:p>
    <w:p>
      <w:r>
        <w:br/>
        <w:t>— Коли мені їхати звідсіля, то краще живою в домовину лягати.</w:t>
      </w:r>
    </w:p>
    <w:p>
      <w:r>
        <w:br/>
        <w:t>З-за тополь вийшов місяць. Заглянув він у куток, де сумують хлопець з дівчиною, та й байдуже йому: всього буває на світі! "Не всі тії вінчаються, що любляться та кохаються",— співається в пісні.</w:t>
      </w:r>
    </w:p>
    <w:p>
      <w:r>
        <w:br/>
        <w:t>Затихло кругом. Тільки чути, як тихо схлипує дівчина. Сумує тернина і, немов слізьми, осипає засмучену пару своїм білим цвітом.</w:t>
      </w:r>
    </w:p>
    <w:p>
      <w:r>
        <w:br/>
        <w:t>Веселий, ясний весняний ранок; горить на сході мало не половина неба червоним полум’ям. У сяйві рожевого ранку пишаються сади в білому буйному цвіті, немов у снігу; зеленіє молода трава по майданах і берегах. Немов для свята, вирядилось і заквітчалося село.</w:t>
      </w:r>
    </w:p>
    <w:p>
      <w:r>
        <w:br/>
        <w:t>Ще було рано, а вже всі в селі повставали; старі, молоді, діти — всі вийшли на вигін до монополії виряджати в дорогу поселенців.</w:t>
      </w:r>
    </w:p>
    <w:p>
      <w:r>
        <w:br/>
        <w:t>Не звичайний гук і гомін ярмарку,— інший якийсь гомін, що ще здаля будить у людини смутний і хвилюючий настрій; щось поважне й журливе почувається в його підвищених тонах.</w:t>
      </w:r>
    </w:p>
    <w:p>
      <w:r>
        <w:br/>
        <w:t>На вигоні, коло возів і на возах, стоять і сидять люди. Червоні, білі, блакитні хустки й спідниці, чорні й сірі свитки, кудлаті голови — все хвилювалось і вигравало проти сонця різнобарвними кольорами. Між людьми видніються вози з усяким селянським добром: діжечками, скринями, плугами й усякими іншими домашніми речами.</w:t>
      </w:r>
    </w:p>
    <w:p>
      <w:r>
        <w:br/>
        <w:t>Люди скупчуються гуртками коло возів. Хлопці й дівчата збились осторонь в окремий гурток і щось розмовляють собі. Коло возів, між купками людей, блищать на сонці чарки й пляшки з горілкою. У кожного на лиці святковий і разом смутний настрій, очі сяють тихим блиском, лиця червоні, заплакані.</w:t>
      </w:r>
    </w:p>
    <w:p>
      <w:r>
        <w:br/>
        <w:t>Ревуть воли; то там, то там чути сумні пісні або жіноче голосіння, і над усім лунає співуча, голосна, глибоко пройнята щирістю мова.</w:t>
      </w:r>
    </w:p>
    <w:p>
      <w:r>
        <w:br/>
        <w:t>— А я не піду! — вирізувалися з моря голосів пекучі слова.— Будуть тягти — за одвірок учеплюся, а не поїду з своєї батьківщини! І синів не пущу. Нехай згорить хата — упаду на попіл, умру на йому, а не покину свого гнізда!</w:t>
      </w:r>
    </w:p>
    <w:p>
      <w:r>
        <w:br/>
        <w:t>— Ех, брате, брате,— одмовляв йому спокійний і смутний голос,— десь мало ще ти горя бачив на світі, що так кажеш.</w:t>
      </w:r>
    </w:p>
    <w:p>
      <w:r>
        <w:br/>
        <w:t>Між возами, в гурті своєї родини, якась п’яненька й заплакана баба пританцьовувала і приспівувала:</w:t>
      </w:r>
    </w:p>
    <w:p>
      <w:r>
        <w:br/>
        <w:t>Бом, бом!</w:t>
      </w:r>
    </w:p>
    <w:p>
      <w:r>
        <w:br/>
        <w:t>Та поїдем у Тамбов,</w:t>
      </w:r>
    </w:p>
    <w:p>
      <w:r>
        <w:br/>
        <w:t>А в Тамбові добре жить,</w:t>
      </w:r>
    </w:p>
    <w:p>
      <w:r>
        <w:br/>
        <w:t>Горілочку будем пить...</w:t>
      </w:r>
    </w:p>
    <w:p>
      <w:r>
        <w:br/>
        <w:t>Потім кидала танцювати, припадала головою до полудрабка й починала тужити:</w:t>
      </w:r>
    </w:p>
    <w:p>
      <w:r>
        <w:br/>
        <w:t>— А куди ж це ми їдемо, куди од’їжджаємо! Завезуть мої кісточки на край світа, де зима люта, де людей немає, а тільки звірі та комлики. Там і сонечко не сходе, і зірки не сяють, і вітер туди не довіє з рідної сторононьки!</w:t>
      </w:r>
    </w:p>
    <w:p>
      <w:r>
        <w:br/>
        <w:t>— Мамо, мамо!.. Та заспокойтесь; вже ж не поможеть-ся! — взявши за плече, умовляє її русявий чоловік із синіми заплаканими очима.</w:t>
      </w:r>
    </w:p>
    <w:p>
      <w:r>
        <w:br/>
        <w:t>А в другому кінці п’яний чоловік з червоним у сльозах і пилу видом силкувався на віз вилізти. Жінка його придержувала за полу; він одривався, потім знов чіплявся. Нарешті йому таки вдалося вилізти на віз.</w:t>
      </w:r>
    </w:p>
    <w:p>
      <w:r>
        <w:br/>
        <w:t>— Люди добрі! — кричав він, стоячи на возі.— Слухайте, люди: помоліться за мою грєшну душу і прощайте навік! — Жінка сіпнула його за полу, і він з розгону сів на якісь мішки.</w:t>
      </w:r>
    </w:p>
    <w:p>
      <w:r>
        <w:br/>
        <w:t>Старий високий дід стоїть без шапки, держить у руці чарку з горілкою й старечим, щирим голосом співає:</w:t>
      </w:r>
    </w:p>
    <w:p>
      <w:r>
        <w:br/>
        <w:t>Нащо ж мені те багатство —</w:t>
      </w:r>
    </w:p>
    <w:p>
      <w:r>
        <w:br/>
        <w:t>Буде з мене й трошки:</w:t>
      </w:r>
    </w:p>
    <w:p>
      <w:r>
        <w:br/>
        <w:t>Дадуть мені сажень землі,</w:t>
      </w:r>
    </w:p>
    <w:p>
      <w:r>
        <w:br/>
        <w:t>Ще й чотири дошки.</w:t>
      </w:r>
    </w:p>
    <w:p>
      <w:r>
        <w:br/>
        <w:t>Сивий чуб його має в повітрі, а з очей котяться сльози.</w:t>
      </w:r>
    </w:p>
    <w:p>
      <w:r>
        <w:br/>
        <w:t>Час іде. Стала наближатися година рушати в дорогу. Це почувається в загальному гаморі: мова лунає голосніше, швидше, немов люди поспішаються наговоритись уволю. Гомін стає все дужчий і дужчий.</w:t>
      </w:r>
    </w:p>
    <w:p>
      <w:r>
        <w:br/>
        <w:t>Із моря звуків прорвався і пролунав над людьми різкий, суворий голос, ударивши по всіх серцях. Трудно було розібрати, що він саме казав, та всі знали, що то подається знак рушати.</w:t>
      </w:r>
    </w:p>
    <w:p>
      <w:r>
        <w:br/>
        <w:t>— Пора, запрягайте,— чути було голоси,— щоб не спізнитись нам на станцію!</w:t>
      </w:r>
    </w:p>
    <w:p>
      <w:r>
        <w:br/>
        <w:t>Сколихнулось море і схвилювалося.</w:t>
      </w:r>
    </w:p>
    <w:p>
      <w:r>
        <w:br/>
        <w:t>Увесь натовп заворушився і поповз широким шляхом із села на гору. Вся юрба людей розтягнулася в довгу стрічку, потім стрічка посередині робилась усе тонша й тонша і розірвалась. Здавалося, що цілий живий організм розірвався на дві половини. Одна половина подалася назад до села, друга поповзла далі по шляху.</w:t>
      </w:r>
    </w:p>
    <w:p>
      <w:r>
        <w:br/>
        <w:t>Геть-геть уже на горі видніються вози.</w:t>
      </w:r>
    </w:p>
    <w:p>
      <w:r>
        <w:br/>
        <w:t>— Прощайте! Прощайте! Прощайте! — кричали ті, що на горі, тим, що внизу.</w:t>
      </w:r>
    </w:p>
    <w:p>
      <w:r>
        <w:br/>
        <w:t>Поселенці виїхали на гору. Все село стояло перед ними, як на долоні: в зеленій траві, в білому цвіту, в золотому промінні.</w:t>
      </w:r>
    </w:p>
    <w:p>
      <w:r>
        <w:br/>
        <w:t>В селі гуртками розходилися по домівках люди, заплакані, зворушені, і голосно розмовляли.</w:t>
      </w:r>
    </w:p>
    <w:p>
      <w:r>
        <w:br/>
        <w:t>Село здавалось напівпокинутою пусткою.</w:t>
      </w:r>
    </w:p>
    <w:p>
      <w:r>
        <w:br/>
        <w:t>1910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чужину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