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буряки</w:t>
      </w:r>
    </w:p>
    <w:p>
      <w:r>
        <w:br/>
        <w:t xml:space="preserve"> &lt;p&gt;(Згадка з дитячих літ)</w:t>
      </w:r>
    </w:p>
    <w:p>
      <w:r>
        <w:br/>
        <w:t>Літо. Починає благословитись на світ. Мати рве на городі росисту цибулю, меле пляшкою сіль і кладе з сухою паляницею до торби-рукава...</w:t>
      </w:r>
    </w:p>
    <w:p>
      <w:r>
        <w:br/>
        <w:t>Ранішній солодкий сон; страшенно хочеться спати, аж пахне, і сниться: біліє полями туман, а росою — молоко, холодне і смачне-смачне; перекликаються півні...</w:t>
      </w:r>
    </w:p>
    <w:p>
      <w:r>
        <w:br/>
        <w:t>Слухаю: щось легенько гладить голівку, плаче... Прокидаюсь.</w:t>
      </w:r>
    </w:p>
    <w:p>
      <w:r>
        <w:br/>
        <w:t>— Це я, моя дитино! Вставай, пора: Шаповал пробіг недавно до зборні, збираються...</w:t>
      </w:r>
    </w:p>
    <w:p>
      <w:r>
        <w:br/>
        <w:t>Розкрила свитку, глянула на порепані ноги сина: "О діти, діти! На буряки, пузатим служить, весь вік поневірятись по наймах... За що? Де ж тоді бог? Ні, далі цього не буде, люди..."</w:t>
      </w:r>
    </w:p>
    <w:p>
      <w:r>
        <w:br/>
        <w:t>— Нічого, сину, я не плачу, самі сльози ллються.</w:t>
      </w:r>
    </w:p>
    <w:p>
      <w:r>
        <w:br/>
        <w:t>— Снилось молоко? Ех, горе наше...</w:t>
      </w:r>
    </w:p>
    <w:p>
      <w:r>
        <w:br/>
        <w:t>Вмиваюсь холодною водою на ганку; коло вікна шелестить листя явора, а підняті нерви дратує туман з росою і...</w:t>
      </w:r>
    </w:p>
    <w:p>
      <w:r>
        <w:br/>
        <w:t>Сердито, мовчки гострю сапу; мати молиться до криваво? сонячної смути на вікні, журливо поглядає на мою маленьку жваву постать, кривиться, і сльози, як золото, котяться по блідих щоках і падають росою на жовту долівку...</w:t>
      </w:r>
    </w:p>
    <w:p>
      <w:r>
        <w:br/>
        <w:t>— Сьогодні, мамо, треба купить тому рябому собаці півпляшки — не дає гонить два рядки, треба підмазать...</w:t>
      </w:r>
    </w:p>
    <w:p>
      <w:r>
        <w:br/>
        <w:t>— Ой нещастя, де ж того четвертака взять?</w:t>
      </w:r>
    </w:p>
    <w:p>
      <w:r>
        <w:br/>
        <w:t>— На бур-ря-ки! Дівчата, молодиці!..</w:t>
      </w:r>
    </w:p>
    <w:p>
      <w:r>
        <w:br/>
        <w:t>Загавкали собаки, і вулицею пробіг, як козак, чорний, загорілий прикажчик, і знов кутком покотилось:</w:t>
      </w:r>
    </w:p>
    <w:p>
      <w:r>
        <w:br/>
        <w:t>— На бур-ря-ки!</w:t>
      </w:r>
    </w:p>
    <w:p>
      <w:r>
        <w:br/>
        <w:t>Хапаю мовчки торбу й сапу — до панської економії!</w:t>
      </w:r>
    </w:p>
    <w:p>
      <w:r>
        <w:br/>
        <w:t>Оглянувся: шелестить явір, лащиться Лиско, а над ярками зайнялася, горить червоним полум’ям смуга неба...</w:t>
      </w:r>
    </w:p>
    <w:p>
      <w:r>
        <w:br/>
        <w:t>— Сімнадцять копійок день... маленький брат... мати... Ех! — вітром врізався в росисті стежки, далі тихо, таємниче:</w:t>
      </w:r>
    </w:p>
    <w:p>
      <w:r>
        <w:br/>
        <w:t>— Боже, коли б гонить сьогодні два рядки! Яке це щастя: два рядки — синя сорочка, хліб... А як же пани?</w:t>
      </w:r>
    </w:p>
    <w:p>
      <w:r>
        <w:br/>
        <w:t>Росистий ранок заплакав дзвониками, і шляхом до пристані фаетон — блись-блись колесами — аж смішно стало!</w:t>
      </w:r>
    </w:p>
    <w:p>
      <w:r>
        <w:br/>
        <w:t>— Купаються в добрі чужому... Ми робимо. Ну да, так: пан наш ворог!</w:t>
      </w:r>
    </w:p>
    <w:p>
      <w:r>
        <w:br/>
        <w:t>Засміялись дзвоники шляхом аж на вигоні, і тільки чути голосну пісню полільниць та іноді хапливе: "Рушай!"</w:t>
      </w:r>
    </w:p>
    <w:p>
      <w:r>
        <w:br/>
        <w:t>Все змішується — пісок холодний під ногами, пісня...</w:t>
      </w:r>
    </w:p>
    <w:p>
      <w:r>
        <w:br/>
        <w:t>Ой горе нам, молодим,</w:t>
      </w:r>
    </w:p>
    <w:p>
      <w:r>
        <w:br/>
        <w:t>З цим прикажчиком дурним,</w:t>
      </w:r>
    </w:p>
    <w:p>
      <w:r>
        <w:br/>
        <w:t>Гей, гей! Ох-хо-хо!</w:t>
      </w:r>
    </w:p>
    <w:p>
      <w:r>
        <w:br/>
        <w:t>З цим прикажчиком дурним,—</w:t>
      </w:r>
    </w:p>
    <w:p>
      <w:r>
        <w:br/>
        <w:t>весело затягли дівчата, та...</w:t>
      </w:r>
    </w:p>
    <w:p>
      <w:r>
        <w:br/>
        <w:t>Сердиті, заспані молодиці моргали, приказували, і останній акорд пісні покотився сивим степом аж до гусачівських ланів:</w:t>
      </w:r>
    </w:p>
    <w:p>
      <w:r>
        <w:br/>
        <w:t>Гей, гей! Ох-хо-хо!</w:t>
      </w:r>
    </w:p>
    <w:p>
      <w:r>
        <w:br/>
        <w:t>З цим прикажчиком дурним!</w:t>
      </w:r>
    </w:p>
    <w:p>
      <w:r>
        <w:br/>
        <w:t>— З жиру, батькові дочки, казитесь!</w:t>
      </w:r>
    </w:p>
    <w:p>
      <w:r>
        <w:br/>
        <w:t>— Бач, Серафимка побачила прикажчика та як вигукує!</w:t>
      </w:r>
    </w:p>
    <w:p>
      <w:r>
        <w:br/>
        <w:t>— Високо літа, де-то сяде...</w:t>
      </w:r>
    </w:p>
    <w:p>
      <w:r>
        <w:br/>
        <w:t>Прикажчик ліниво підганяв свою булану, попалював цигарку і жартував з молодицями.</w:t>
      </w:r>
    </w:p>
    <w:p>
      <w:r>
        <w:br/>
        <w:t>— О! Моргнув оком,— думка: "Треба попросить дядину — він до неї залицяється, щоб... той... два рядки..." — Попросив.</w:t>
      </w:r>
    </w:p>
    <w:p>
      <w:r>
        <w:br/>
        <w:t>— Хай поле, але коли одстане, прожену з лану!</w:t>
      </w:r>
    </w:p>
    <w:p>
      <w:r>
        <w:br/>
        <w:t>— Ні, дядечку, їй-богу...</w:t>
      </w:r>
    </w:p>
    <w:p>
      <w:r>
        <w:br/>
        <w:t>— Ми будем переполювать, не бійся, Тронька,— сказала та й посміхнулась чорнява...</w:t>
      </w:r>
    </w:p>
    <w:p>
      <w:r>
        <w:br/>
        <w:t>"Яка вона добра й гарна... Але ж: два рядки — тридцять п’ять копійок, синя сорочка!.."</w:t>
      </w:r>
    </w:p>
    <w:p>
      <w:r>
        <w:br/>
        <w:t>Я був щасливий.</w:t>
      </w:r>
    </w:p>
    <w:p>
      <w:r>
        <w:br/>
        <w:t>Зайняли постать. Працюю, не розгинаючись, стараюсь, зверху пече сонце, а в грудях печія, і десь глибоко-глибоко думка жевріє: "Мужицька доля гірка..."</w:t>
      </w:r>
    </w:p>
    <w:p>
      <w:r>
        <w:br/>
        <w:t>— Гай-гай! Тронька, не одставай!</w:t>
      </w:r>
    </w:p>
    <w:p>
      <w:r>
        <w:br/>
        <w:t>Підводжу голову: мої рядки переполоті, а коло рову стоїть чорнява Пріся і кличе обідати.</w:t>
      </w:r>
    </w:p>
    <w:p>
      <w:r>
        <w:br/>
        <w:t>І знов — хороше і смішно, почервонів і дістав цибулю з торби... Обідаємо.</w:t>
      </w:r>
    </w:p>
    <w:p>
      <w:r>
        <w:br/>
        <w:t>До полудня працюють мляво, а коли попише табельщик, починають, як каже рябий Шаповал, дуріть:</w:t>
      </w:r>
    </w:p>
    <w:p>
      <w:r>
        <w:br/>
        <w:t>Ой уже сонце над вечірки,</w:t>
      </w:r>
    </w:p>
    <w:p>
      <w:r>
        <w:br/>
        <w:t>Бере пана за печінки!</w:t>
      </w:r>
    </w:p>
    <w:p>
      <w:r>
        <w:br/>
        <w:t>Лановий лютує, лається: панові ця пісня не подобається! А хтось на злість знову:</w:t>
      </w:r>
    </w:p>
    <w:p>
      <w:r>
        <w:br/>
        <w:t>Нехай бере, нехай ріже.</w:t>
      </w:r>
    </w:p>
    <w:p>
      <w:r>
        <w:br/>
        <w:t>Нехай...</w:t>
      </w:r>
    </w:p>
    <w:p>
      <w:r>
        <w:br/>
        <w:t>Вечоріє. А долинами на зеленій ботвині, як дівоцтво молода здає з дружками, стелиться: "Ой кінця ми, кінця..."</w:t>
      </w:r>
    </w:p>
    <w:p>
      <w:r>
        <w:br/>
        <w:t>Повертаються додому змучені, в пилюзі, голодні.</w:t>
      </w:r>
    </w:p>
    <w:p>
      <w:r>
        <w:br/>
        <w:t>Колосками кланяються жита, шумить од поділок вітер, а загорілі, трохи потріскані ноги одбивають якийсь чудний музичний такт:</w:t>
      </w:r>
    </w:p>
    <w:p>
      <w:r>
        <w:br/>
        <w:t>— Легка втома... дома...</w:t>
      </w:r>
    </w:p>
    <w:p>
      <w:r>
        <w:br/>
        <w:t>Передній ряд заколихався, сміються, а сміх гарний, простий.</w:t>
      </w:r>
    </w:p>
    <w:p>
      <w:r>
        <w:br/>
        <w:t>Ох і на заводі, на фабриці...</w:t>
      </w:r>
    </w:p>
    <w:p>
      <w:r>
        <w:br/>
        <w:t>— Тра-та-телень, тра-та-телень! — виграють на сапах голодні хлопці, а пісня котиться степом, в золотій пшениці, кісники смиче, волошки цілує і жартами пестливими берізку обгортає...</w:t>
      </w:r>
    </w:p>
    <w:p>
      <w:r>
        <w:br/>
        <w:t>— Тра-та-телень...</w:t>
      </w:r>
    </w:p>
    <w:p>
      <w:r>
        <w:br/>
        <w:t>Село в ярку. Я дома; нашвидку ковтаю картоплю з лушпайками, розказую матері, як пив коло криниці "собака" півпляшки і що гарна у Прохоренка дівчина,— переполює мої рядки.</w:t>
      </w:r>
    </w:p>
    <w:p>
      <w:r>
        <w:br/>
        <w:t>Розказую щиро, інтимно...</w:t>
      </w:r>
    </w:p>
    <w:p>
      <w:r>
        <w:br/>
        <w:t>Мати посміхається, журливо хитає головою:</w:t>
      </w:r>
    </w:p>
    <w:p>
      <w:r>
        <w:br/>
        <w:t>— Оддишеш, завтра неділя... Сьогодні рябенька знесла перше яйце: збираю тобі на штани... Заробляй, синку, треба... Ми бідні, недостатки...</w:t>
      </w:r>
    </w:p>
    <w:p>
      <w:r>
        <w:br/>
        <w:t>Подала води, поклала старий кожух на лаві і ще раз перепитала сина, хто переполював рядки...</w:t>
      </w:r>
    </w:p>
    <w:p>
      <w:r>
        <w:br/>
        <w:t>— Прохоренкова... Гарна дівчина...</w:t>
      </w:r>
    </w:p>
    <w:p>
      <w:r>
        <w:br/>
        <w:t>Зажмурив око, почервонів, а мати помітила і запитала:</w:t>
      </w:r>
    </w:p>
    <w:p>
      <w:r>
        <w:br/>
        <w:t>— В повітці будеш спать?</w:t>
      </w:r>
    </w:p>
    <w:p>
      <w:r>
        <w:br/>
        <w:t>Тихо. На ставку скрекотять жаби, в просі хававкає перепілка, і хтось чорний з золотими зірками на киреї вкриває голову рукавом старого кожуха...</w:t>
      </w:r>
    </w:p>
    <w:p>
      <w:r>
        <w:br/>
        <w:t>— Ай, садками!..</w:t>
      </w:r>
    </w:p>
    <w:p>
      <w:r>
        <w:br/>
        <w:t>О, танцюють зорі, блищать сапи, співають дівчата,— а попереду уквітчана любистком Пріся йде... Чорні коси з пшеничними колосками... Сміється, жартує, лізе через перелаз...</w:t>
      </w:r>
    </w:p>
    <w:p>
      <w:r>
        <w:br/>
        <w:t>Цілую холодний рукав кожуха, спросоння посміхаюсь і сплю дитячим сном.</w:t>
      </w:r>
    </w:p>
    <w:p>
      <w:r>
        <w:br/>
        <w:t>Ніч.</w:t>
      </w:r>
    </w:p>
    <w:p>
      <w:r>
        <w:br/>
        <w:t>1919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буряки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