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</w:t>
      </w:r>
    </w:p>
    <w:p>
      <w:r>
        <w:br/>
        <w:t xml:space="preserve"> &lt;p&gt;— Ігорцю, Богданку, ходіть-но сюди, дітки!</w:t>
      </w:r>
    </w:p>
    <w:p>
      <w:r>
        <w:br/>
        <w:t>Хлопці оглянулись на поклик з дороги й побачили бабу Федору, що однією рукою тягнула на повідку собачку Муху, другою ж підтримувала пелену запаски. Муха (її назвали так, бо мала на білому лобі цятку, схожу на муху) намагалася вивільнитись із нашийника, з усієї сили опиралась, забігаючи то по один, то по другий бік старої.</w:t>
      </w:r>
    </w:p>
    <w:p>
      <w:r>
        <w:br/>
        <w:t>Підійшовши ближче, баба Федора відкрила пелену, і хлопці вгледіли великі жовті грушки — їх смак вони знали добре,— і від того їм аж слинка покотилась.</w:t>
      </w:r>
    </w:p>
    <w:p>
      <w:r>
        <w:br/>
        <w:t>— То вам, дітки,— посміхаючись сухими губами, сказала баба Федора,— а ви за це зробіть щось із сучкою.</w:t>
      </w:r>
    </w:p>
    <w:p>
      <w:r>
        <w:br/>
        <w:t>— А що з нею зробити? — знайшовся першим Ігор.</w:t>
      </w:r>
    </w:p>
    <w:p>
      <w:r>
        <w:br/>
        <w:t>— Як ви забрали навесні кицьку, то мені тільки й спокою стало в хаті. А теперечки ось ця холера,— баба шарпнула Муху за повідок. — Має буду, то ні — лізе спати до хліва. Всеньку пашу мені спаскудила, щоб вона була здохла змалку! То я ще маю за це її кормити?...</w:t>
      </w:r>
    </w:p>
    <w:p>
      <w:r>
        <w:br/>
        <w:t>Хлопці мовчки слухали бабину мову, але очі їхні бігали в пелені по грушках.</w:t>
      </w:r>
    </w:p>
    <w:p>
      <w:r>
        <w:br/>
        <w:t>— І знаєте, дітки,— вела баба Федора,— знаєте, що з нею зробити? Ви її куди-небудь далеко заведіть. Ви ж не боягузи, я знаю. Он які вже великі. Парубки, вважай! А потім,— баба по-змовницькому притишила голос,— потім прийдете до мене, то ще полізете й на яблуню...</w:t>
      </w:r>
    </w:p>
    <w:p>
      <w:r>
        <w:br/>
        <w:t>З повними пазухами грушок хлопці потьопали до лісу. Відчувши себе в безпеці й висолопивши від спеки язик, Муха бігла на повідку перед Богданом і раз по раз весело озиралась назад.</w:t>
      </w:r>
    </w:p>
    <w:p>
      <w:r>
        <w:br/>
        <w:t>А коли в ліску Ігор по зрубаному молоденькому дубку став опускатися в глибоку яму, кимось і навіщось тут викопану, Муха то підстрибувала, то лягала, на якусь мить притискаючись до землі, то качалась по траві, аж скімлила від задоволення. Богданові стало раптом так шкода Мухи, що в нього аж сльози підступили до очей. Нараз він зненавидів стару згорблену бабу Федору. Коли Ігор доторкнувся ногами до дна ями, Богдан рішуче сказав:</w:t>
      </w:r>
    </w:p>
    <w:p>
      <w:r>
        <w:br/>
        <w:t>— Я її кидати туди не буду!</w:t>
      </w:r>
    </w:p>
    <w:p>
      <w:r>
        <w:br/>
        <w:t>— Що? — недочув Ігор.</w:t>
      </w:r>
    </w:p>
    <w:p>
      <w:r>
        <w:br/>
        <w:t>— Я її кидати не буду, от і все!</w:t>
      </w:r>
    </w:p>
    <w:p>
      <w:r>
        <w:br/>
        <w:t>— Не дурій! — гукнув Ігор. — Швидше одв'язуй мотузок, і зараз вона буде собі тут гуляти.</w:t>
      </w:r>
    </w:p>
    <w:p>
      <w:r>
        <w:br/>
        <w:t>Муха тим часом відчула якесь непорозуміння між хлопцями, перестала бавитись і по-собачому допитливо зазирала Богданові в очі. Може, гнів, а може, смуток побачила в його очах, бо підібгала хвоста й стала тертись своєю мордочкою об Богданову ногу.</w:t>
      </w:r>
    </w:p>
    <w:p>
      <w:r>
        <w:br/>
        <w:t>— Давай швидше! — підганяв Ігор. — Тут повно всяких мурах.</w:t>
      </w:r>
    </w:p>
    <w:p>
      <w:r>
        <w:br/>
        <w:t>— Я її кидати не буду,— мало не крізь сльози крикнув Богдан. — Як хочеш, кидай сам.</w:t>
      </w:r>
    </w:p>
    <w:p>
      <w:r>
        <w:br/>
        <w:t>Ігор якусь хвильку пововтузився в ямі, побурчав і подряпався по дубку наверх.</w:t>
      </w:r>
    </w:p>
    <w:p>
      <w:r>
        <w:br/>
        <w:t>— Завше ти... Ну, що з нею зараз робити?</w:t>
      </w:r>
    </w:p>
    <w:p>
      <w:r>
        <w:br/>
        <w:t>— Давай прив'яжемо її до дерева.</w:t>
      </w:r>
    </w:p>
    <w:p>
      <w:r>
        <w:br/>
        <w:t>— Прив'яжемо,— з докором сказав Ігор. — А як вона захоче їсти?</w:t>
      </w:r>
    </w:p>
    <w:p>
      <w:r>
        <w:br/>
        <w:t>— Я буду їй носити їсти.</w:t>
      </w:r>
    </w:p>
    <w:p>
      <w:r>
        <w:br/>
        <w:t>— А як дики вночі її знайдуть?</w:t>
      </w:r>
    </w:p>
    <w:p>
      <w:r>
        <w:br/>
        <w:t>— Дики? — перепитав Богдан і зиркнув на Муху. Звівши погляд на Ігоря, він ствердно мовив: — Так, дики можуть її розірвати.</w:t>
      </w:r>
    </w:p>
    <w:p>
      <w:r>
        <w:br/>
        <w:t>— Отож воно! Але що з нею робити?</w:t>
      </w:r>
    </w:p>
    <w:p>
      <w:r>
        <w:br/>
        <w:t>Муха ніби здогадувалась, що йдеться про неї, й пильно дивилась на хлопців.</w:t>
      </w:r>
    </w:p>
    <w:p>
      <w:r>
        <w:br/>
        <w:t>— І де та стара видерлась на нашу голову,— розпачливо зітхнув Ігор. — Ліпше б я зараз ганяв м'яча, ніж мав би дивитись на її суку, на її грушки.</w:t>
      </w:r>
    </w:p>
    <w:p>
      <w:r>
        <w:br/>
        <w:t>— Хай вона подавиться ними! — сказав Богдан і став по одній виймати грушки з-за пазухи й шпурляти ними в кущі терну.</w:t>
      </w:r>
    </w:p>
    <w:p>
      <w:r>
        <w:br/>
        <w:t>Ігор стояв збоку й здивовано дивився на товариша, затим і собі став кидати грушки в кущі. І це їх так захопило, що Богдан і незчувся, як випустив Муху.</w:t>
      </w:r>
    </w:p>
    <w:p>
      <w:r>
        <w:br/>
        <w:t>Та тільки цього й чекала. Вона кинулась у кущі й одразу ж вискочила звідти, несучи в зубах грушку.</w:t>
      </w:r>
    </w:p>
    <w:p>
      <w:r>
        <w:br/>
        <w:t>Хлопці враз перестали шпурляти й зацікавлено вставились на Муху. А вона кинула грушку біля Богданових ніг і прудко помчала знов у кущі.</w:t>
      </w:r>
    </w:p>
    <w:p>
      <w:r>
        <w:br/>
        <w:t>— Ти диви! — здивовано вигукнув Ігор.</w:t>
      </w:r>
    </w:p>
    <w:p>
      <w:r>
        <w:br/>
        <w:t>— А ми її хотіли в яму... Завше ту бабу Федору щось муляє,— і, викинувши з-за пазухи останню грушку, Богдан сказав: — Заберу Муху додому, хай живе у нас...</w:t>
      </w:r>
    </w:p>
    <w:p>
      <w:r>
        <w:br/>
        <w:t>Богданова мати саме вийшла з відром до криниці, коли він з Мухою зайшов на подвір'я.</w:t>
      </w:r>
    </w:p>
    <w:p>
      <w:r>
        <w:br/>
        <w:t>— А то що за пес? — запитала мати.</w:t>
      </w:r>
    </w:p>
    <w:p>
      <w:r>
        <w:br/>
        <w:t>— Федорина Муха,— відповів Богдан.</w:t>
      </w:r>
    </w:p>
    <w:p>
      <w:r>
        <w:br/>
        <w:t>— Нащо ж ти її тягнеш сюди?</w:t>
      </w:r>
    </w:p>
    <w:p>
      <w:r>
        <w:br/>
        <w:t>— Хай живе у нас.</w:t>
      </w:r>
    </w:p>
    <w:p>
      <w:r>
        <w:br/>
        <w:t>— Цього ще бракувало! — розгнівалась мати. — Відпусти її, хай біжить собі додому.</w:t>
      </w:r>
    </w:p>
    <w:p>
      <w:r>
        <w:br/>
        <w:t>— А баба Федора хоче її вигнати,— жалісливим голосом сказав Богдан.</w:t>
      </w:r>
    </w:p>
    <w:p>
      <w:r>
        <w:br/>
        <w:t>— Як то — вигнати?</w:t>
      </w:r>
    </w:p>
    <w:p>
      <w:r>
        <w:br/>
        <w:t>— Дала нам з Ігорем грушок, аби ми завели куди-небудь Муху.</w:t>
      </w:r>
    </w:p>
    <w:p>
      <w:r>
        <w:br/>
        <w:t>— Видно, вона така добра, як і баба Федора. Ану додому! — мати замахнулась на Муху відром.</w:t>
      </w:r>
    </w:p>
    <w:p>
      <w:r>
        <w:br/>
        <w:t>Муха злякалась і шарпалася, але Богдан міцно тримав її за повідок.</w:t>
      </w:r>
    </w:p>
    <w:p>
      <w:r>
        <w:br/>
        <w:t>А коли мати озирнулась довкіл, шукаючи, очевидно, якоїсь палиці, Богдан з Мухою чкурнув з подвір'я.</w:t>
      </w:r>
    </w:p>
    <w:p>
      <w:r>
        <w:br/>
        <w:t>...Вже й день за видноколом згас, уже й роса впала на трави, а Богдан додому не приходив. Мати з бабусею шукали його по сусідах, Ігор теж обнишпорив усі знайомі йому закутки, і бабі Федорі добре перепало, і тільки пізно ввечері знайшли Богдана на вишках. Підклавши долоню під голову, він спав на сіні, а збоку, прив'язана до ноги, дрімала Муха.</w:t>
      </w:r>
    </w:p>
    <w:p>
      <w:r>
        <w:br/>
        <w:t>— Ну, добре,— примирливо мовила мати. — Хай живе у нас. Тільки щоб на прив'язі. Завтра підеш до дядька Прокопа, хай зробить їй буду.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