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Мцирі</w:t>
      </w:r>
    </w:p>
    <w:p>
      <w:r>
        <w:br/>
        <w:t xml:space="preserve"> &lt;blockquote&gt;Вкушая, вкусих мало меда и се аз умираю.&lt;br /&gt;</w:t>
        <w:br/>
        <w:t>1-а Книга Царств.&lt;/blockquote&gt;&lt;br /&gt;</w:t>
        <w:br/>
        <w:t>1&lt;br /&gt;</w:t>
        <w:br/>
        <w:t>В недавні роки у краю,&lt;br /&gt;</w:t>
        <w:br/>
        <w:t>Де в гомінливу течію&lt;br /&gt;</w:t>
        <w:br/>
        <w:t>Злилась-з Арагвою Кура,&lt;br /&gt;</w:t>
        <w:br/>
        <w:t>її обнявши, як сестра,&lt;br /&gt;</w:t>
        <w:br/>
        <w:t>Був монастир. Із-за гори&lt;br /&gt;</w:t>
        <w:br/>
        <w:t>Ще видко й нашої пори&lt;br /&gt;</w:t>
        <w:br/>
        <w:t>Подорожанина очам&lt;br /&gt;</w:t>
        <w:br/>
        <w:t>І вежі, і стовпи від брам,&lt;br /&gt;</w:t>
        <w:br/>
        <w:t>Склепіння церкви; та під ним&lt;br /&gt;</w:t>
        <w:br/>
        <w:t>Не куриться кадильниць дим,&lt;br /&gt;</w:t>
        <w:br/>
        <w:t>Не чути співу в пізній час&lt;br /&gt;</w:t>
        <w:br/>
        <w:t>Ченців, що моляться за нас.&lt;br /&gt;</w:t>
        <w:br/>
        <w:t>Лише один напівживий&lt;br /&gt;</w:t>
        <w:br/>
        <w:t>Руїн самотніх вартовий —&lt;br /&gt;</w:t>
        <w:br/>
        <w:t>Забутий смертю й людьми дід —&lt;br /&gt;</w:t>
        <w:br/>
        <w:t>Змітає пил з могильних плит,&lt;br /&gt;</w:t>
        <w:br/>
        <w:t>Де напис звідомляє світ,&lt;br /&gt;</w:t>
        <w:br/>
        <w:t>Що в певнім році певний цар,&lt;br /&gt;</w:t>
        <w:br/>
        <w:t>Корони скинувши тягар,&lt;br /&gt;</w:t>
        <w:br/>
        <w:t>Що завдавав самих турбот,&lt;br /&gt;</w:t>
        <w:br/>
        <w:t>Вручав Росії свій народ.&lt;br /&gt;</w:t>
        <w:br/>
        <w:t>І Божа благодать зійшла&lt;br /&gt;</w:t>
        <w:br/>
        <w:t>На Грузію! — вона цвіла&lt;br /&gt;</w:t>
        <w:br/>
        <w:t>Відтоді в зелені садів,</w:t>
      </w:r>
    </w:p>
    <w:p>
      <w:r>
        <w:br/>
        <w:t>Не боячися ворогів&lt;br /&gt;</w:t>
        <w:br/>
        <w:t>За гранню приязних штиків.</w:t>
      </w:r>
    </w:p>
    <w:p>
      <w:r>
        <w:br/>
        <w:t>2&lt;br /&gt;</w:t>
        <w:br/>
        <w:t>Російський генерал колись&lt;br /&gt;</w:t>
        <w:br/>
        <w:t>Переїжджав із гір в Тифліс.&lt;br /&gt;</w:t>
        <w:br/>
        <w:t>Маленького він бранця віз.&lt;br /&gt;</w:t>
        <w:br/>
        <w:t>Той захворів. Не міг знести&lt;br /&gt;</w:t>
        <w:br/>
        <w:t>Шляхів гористих тяготи.&lt;br /&gt;</w:t>
        <w:br/>
        <w:t>Він був, здавалось, літ шести;&lt;br /&gt;</w:t>
        <w:br/>
        <w:t>Як сарна дикий, боязкий,&lt;br /&gt;</w:t>
        <w:br/>
        <w:t>Як очерет слабкий, гнучкий,&lt;br /&gt;</w:t>
        <w:br/>
        <w:t>Але йому недуга зла&lt;br /&gt;</w:t>
        <w:br/>
        <w:t>Могутність духу надала&lt;br /&gt;</w:t>
        <w:br/>
        <w:t>Його батьків. Він мовчки звик&lt;br /&gt;</w:t>
        <w:br/>
        <w:t>Страждати — навіть тихий крик&lt;br /&gt;</w:t>
        <w:br/>
        <w:t>З дитячих уст не вилітав,&lt;br /&gt;</w:t>
        <w:br/>
        <w:t>Він знаком їжу відхиляв&lt;br /&gt;</w:t>
        <w:br/>
        <w:t>І тихо, гордо умирав.&lt;br /&gt;</w:t>
        <w:br/>
        <w:t>В одному із монастирів&lt;br /&gt;</w:t>
        <w:br/>
        <w:t>З жалю чернець його пригрів,&lt;br /&gt;</w:t>
        <w:br/>
        <w:t>І бранець залишився там,&lt;br /&gt;</w:t>
        <w:br/>
        <w:t>Врятований ченця дбанням.&lt;br /&gt;</w:t>
        <w:br/>
        <w:t>Та він цуравсь дитячих втіх,&lt;br /&gt;</w:t>
        <w:br/>
        <w:t>Тікав спочатку від усіх,&lt;br /&gt;</w:t>
        <w:br/>
        <w:t>Самотній, мовчазний блукав&lt;br /&gt;</w:t>
        <w:br/>
        <w:t>І, дивлячись на схід, зітхав&lt;br /&gt;</w:t>
        <w:br/>
        <w:t>В печалі серця неясній&lt;br /&gt;</w:t>
        <w:br/>
        <w:t>За домом в рідній стороні.&lt;br /&gt;</w:t>
        <w:br/>
        <w:t>Та до полону в чужині&lt;br /&gt;</w:t>
        <w:br/>
        <w:t>І мови звик кінець кінцем;&lt;br /&gt;</w:t>
        <w:br/>
        <w:t>Охрещений святим отцем,&lt;br /&gt;</w:t>
        <w:br/>
        <w:t>Не знаючи, що значить світ,&lt;br /&gt;</w:t>
        <w:br/>
        <w:t>Уже хотів юнацьких літ&lt;br /&gt;</w:t>
        <w:br/>
        <w:t>Ченця обітницю ректи,&lt;br /&gt;</w:t>
        <w:br/>
        <w:t>Як він, під кровом темноти&lt;br /&gt;</w:t>
        <w:br/>
        <w:t>У ніч осінню щез. Густий&lt;br /&gt;</w:t>
        <w:br/>
        <w:t>Кругом стояв на горах бір,</w:t>
      </w:r>
    </w:p>
    <w:p>
      <w:r>
        <w:br/>
        <w:t>Три дні дарма його між гір&lt;br /&gt;</w:t>
        <w:br/>
        <w:t>Шукали, а, проте, знайшли&lt;br /&gt;</w:t>
        <w:br/>
        <w:t>В степу зомлілим, підняли&lt;br /&gt;</w:t>
        <w:br/>
        <w:t>І в монастир перенесли;&lt;br /&gt;</w:t>
        <w:br/>
        <w:t>До невпізнання зблід він, схуд,&lt;br /&gt;</w:t>
        <w:br/>
        <w:t>Ослаб, немов хворобу, труд&lt;br /&gt;</w:t>
        <w:br/>
        <w:t>Важкий чи голод він зазнав.&lt;br /&gt;</w:t>
        <w:br/>
        <w:t>На запитання він мовчав,&lt;br /&gt;</w:t>
        <w:br/>
        <w:t>Огонь життя у нім згасав;&lt;br /&gt;</w:t>
        <w:br/>
        <w:t>І став близьким його кінець.&lt;br /&gt;</w:t>
        <w:br/>
        <w:t>Тоді приніс йому чернець&lt;br /&gt;</w:t>
        <w:br/>
        <w:t>Свої вмовляння і мольби;&lt;br /&gt;</w:t>
        <w:br/>
        <w:t>їх гордо вислухав слабий,&lt;br /&gt;</w:t>
        <w:br/>
        <w:t>Підвівся, рештки сил зібрав&lt;br /&gt;</w:t>
        <w:br/>
        <w:t>І довгу мову розпочав:&lt;br /&gt;</w:t>
        <w:br/>
        <w:t>З&lt;br /&gt;</w:t>
        <w:br/>
        <w:t>"Що сповідь слухати мою&lt;br /&gt;</w:t>
        <w:br/>
        <w:t>Прийшов, — подяку віддаю.&lt;br /&gt;</w:t>
        <w:br/>
        <w:t>Все ж стане легше, як скажу&lt;br /&gt;</w:t>
        <w:br/>
        <w:t>Комусь, що в серці я ношу.&lt;br /&gt;</w:t>
        <w:br/>
        <w:t>Та людям не робив я зла,&lt;br /&gt;</w:t>
        <w:br/>
        <w:t>І через це мої діла&lt;br /&gt;</w:t>
        <w:br/>
        <w:t>Не буде вам користі знать,&lt;br /&gt;</w:t>
        <w:br/>
        <w:t>Чи ж можна душу розказать?&lt;br /&gt;</w:t>
        <w:br/>
        <w:t>Жив мало, ще й в полоні я.&lt;br /&gt;</w:t>
        <w:br/>
        <w:t>Віддав би два таких життя&lt;br /&gt;</w:t>
        <w:br/>
        <w:t>Я за один тривожний день,&lt;br /&gt;</w:t>
        <w:br/>
        <w:t>Коли б спроможний був лишень.&lt;br /&gt;</w:t>
        <w:br/>
        <w:t>Я знав одної думи власть —&lt;br /&gt;</w:t>
        <w:br/>
        <w:t>Одну — та полум'яну страсть,&lt;br /&gt;</w:t>
        <w:br/>
        <w:t>Що, як черв'як, в мені жила,&lt;br /&gt;</w:t>
        <w:br/>
        <w:t>Спалила душу всю дотла;&lt;br /&gt;</w:t>
        <w:br/>
        <w:t>Я, гнаний нею, поривав&lt;br /&gt;</w:t>
        <w:br/>
        <w:t>Від темних келій та відправ&lt;br /&gt;</w:t>
        <w:br/>
        <w:t>В чудовий світ, де зброї дзвін,&lt;br /&gt;</w:t>
        <w:br/>
        <w:t>Де скелі досягли хмарин,&lt;br /&gt;</w:t>
        <w:br/>
        <w:t>Де люди вільні, як орли.</w:t>
      </w:r>
    </w:p>
    <w:p>
      <w:r>
        <w:br/>
        <w:t>Цю страсть серед нічної мли&lt;br /&gt;</w:t>
        <w:br/>
        <w:t>Живив я тугою й слізьми,&lt;br /&gt;</w:t>
        <w:br/>
        <w:t>І перед небом і людьми&lt;br /&gt;</w:t>
        <w:br/>
        <w:t>її уголос визнаю,&lt;br /&gt;</w:t>
        <w:br/>
        <w:t>Мене ж простити не молю.&lt;br /&gt;</w:t>
        <w:br/>
        <w:t>4&lt;br /&gt;</w:t>
        <w:br/>
        <w:t>"Старик! Я вже не раз чував,&lt;br /&gt;</w:t>
        <w:br/>
        <w:t>Що ти мене урятував —&lt;br /&gt;</w:t>
        <w:br/>
        <w:t>Навіщо?.. Раб сумних думок,&lt;br /&gt;</w:t>
        <w:br/>
        <w:t>Грозою зірваний листок,&lt;br /&gt;</w:t>
        <w:br/>
        <w:t>Я виріс, як в неволі птах,&lt;br /&gt;</w:t>
        <w:br/>
        <w:t>Дитя душею і монах&lt;br /&gt;</w:t>
        <w:br/>
        <w:t>Судьбою. Я сказать не міг&lt;br /&gt;</w:t>
        <w:br/>
        <w:t>Нікому двоє слів святих,&lt;br /&gt;</w:t>
        <w:br/>
        <w:t>Слів "батько" й "матір". Ти, старик,&lt;br /&gt;</w:t>
        <w:br/>
        <w:t>Хотів, щоб я отут навік&lt;br /&gt;</w:t>
        <w:br/>
        <w:t>Від любих цих імен одвик,&lt;br /&gt;</w:t>
        <w:br/>
        <w:t>Даремно: звук їх дорогий&lt;br /&gt;</w:t>
        <w:br/>
        <w:t>Родивсь зі мною. Навкруги&lt;br /&gt;</w:t>
        <w:br/>
        <w:t>В людей я бачив друзів, дім,&lt;br /&gt;</w:t>
        <w:br/>
        <w:t>Вітчизну, а на життьовім&lt;br /&gt;</w:t>
        <w:br/>
        <w:t>Шляху моїм я не зустрів&lt;br /&gt;</w:t>
        <w:br/>
        <w:t>Не тільки милих душ — гробів.&lt;br /&gt;</w:t>
        <w:br/>
        <w:t>Я марних сліз не проливав,&lt;br /&gt;</w:t>
        <w:br/>
        <w:t>Присягу в серці проказав:&lt;br /&gt;</w:t>
        <w:br/>
        <w:t>Колись хоч на єдину мить&lt;br /&gt;</w:t>
        <w:br/>
        <w:t>Гарячі груди притулить&lt;br /&gt;</w:t>
        <w:br/>
        <w:t>До інших, як мої, палких,&lt;br /&gt;</w:t>
        <w:br/>
        <w:t>Хоч незнайомих, та близьких.&lt;br /&gt;</w:t>
        <w:br/>
        <w:t>На жаль, судилось мріям тим&lt;br /&gt;</w:t>
        <w:br/>
        <w:t>Зів'яти в розквіті своїм,&lt;br /&gt;</w:t>
        <w:br/>
        <w:t>Мені ж, як жив, на чужині&lt;br /&gt;</w:t>
        <w:br/>
        <w:t>Сконати тут в самотині.&lt;br /&gt;</w:t>
        <w:br/>
        <w:t>5&lt;br /&gt;</w:t>
        <w:br/>
        <w:t>"Мене могила не страшить.&lt;br /&gt;</w:t>
        <w:br/>
        <w:t>Говорять, там страждання спить</w:t>
      </w:r>
    </w:p>
    <w:p>
      <w:r>
        <w:br/>
        <w:t>В холодній, вічній тишині,&lt;br /&gt;</w:t>
        <w:br/>
        <w:t>Та жаль згубить життя мені.&lt;br /&gt;</w:t>
        <w:br/>
        <w:t>Я молодий... Чи буйних мрій&lt;br /&gt;</w:t>
        <w:br/>
        <w:t>Не знав ти в юності своїй?&lt;br /&gt;</w:t>
        <w:br/>
        <w:t>Не знав, чи з пам'яті пустив,&lt;br /&gt;</w:t>
        <w:br/>
        <w:t>Що й ти ненавидів, любив,&lt;br /&gt;</w:t>
        <w:br/>
        <w:t>Що мліло серце, як здаля&lt;br /&gt;</w:t>
        <w:br/>
        <w:t>Ти бачив сонце і поля&lt;br /&gt;</w:t>
        <w:br/>
        <w:t>Із вежі, де, немов струмок,&lt;br /&gt;</w:t>
        <w:br/>
        <w:t>Свіжить обличчя холодок,&lt;br /&gt;</w:t>
        <w:br/>
        <w:t>І де порою голубок,&lt;br /&gt;</w:t>
        <w:br/>
        <w:t>Дитя чужини, на шляху&lt;br /&gt;</w:t>
        <w:br/>
        <w:t>В шпарині муру від страху&lt;br /&gt;</w:t>
        <w:br/>
        <w:t>В грозу ховається лиху.&lt;br /&gt;</w:t>
        <w:br/>
        <w:t>Хай пишний світ тобі обрид;&lt;br /&gt;</w:t>
        <w:br/>
        <w:t>Тебе позначив років слід,&lt;br /&gt;</w:t>
        <w:br/>
        <w:t>Ти кволий, від бажань одвик.&lt;br /&gt;</w:t>
        <w:br/>
        <w:t>Байдуже це! Ти жив, старик!&lt;br /&gt;</w:t>
        <w:br/>
        <w:t>Ти жив, ти маєш що згадать —&lt;br /&gt;</w:t>
        <w:br/>
        <w:t>І я ж бо міг життя спізнать!&lt;br /&gt;</w:t>
        <w:br/>
        <w:t>6&lt;br /&gt;</w:t>
        <w:br/>
        <w:t>"Ти хочеш знать, що бачив я&lt;br /&gt;</w:t>
        <w:br/>
        <w:t>На волі? — золоті поля,&lt;br /&gt;</w:t>
        <w:br/>
        <w:t>Горби, які вдягли вінок&lt;br /&gt;</w:t>
        <w:br/>
        <w:t>Дерев, що, як брати, танок&lt;br /&gt;</w:t>
        <w:br/>
        <w:t>Шумливо ведучи кружний,&lt;br /&gt;</w:t>
        <w:br/>
        <w:t>Веселий гомін ширять свій.&lt;br /&gt;</w:t>
        <w:br/>
        <w:t>Громаддя скель, полеглі в тінь,&lt;br /&gt;</w:t>
        <w:br/>
        <w:t>Я бачив. Водяна бистрінь&lt;br /&gt;</w:t>
        <w:br/>
        <w:t>Безжально роз'єднала їх.&lt;br /&gt;</w:t>
        <w:br/>
        <w:t>Збагнув я зміст їх дум сумних,&lt;br /&gt;</w:t>
        <w:br/>
        <w:t>Відчути дано це мені.&lt;br /&gt;</w:t>
        <w:br/>
        <w:t>Вони обійми кам'яні&lt;br /&gt;</w:t>
        <w:br/>
        <w:t>Простерли, й протягом сторіч&lt;br /&gt;</w:t>
        <w:br/>
        <w:t>Стремлять одна одній навстріч;&lt;br /&gt;</w:t>
        <w:br/>
        <w:t>Та дні минуть, минуть літа,&lt;br /&gt;</w:t>
        <w:br/>
        <w:t>І скель не здійсниться мета.</w:t>
      </w:r>
    </w:p>
    <w:p>
      <w:r>
        <w:br/>
        <w:t>Хребтів гірських я бачив стрій.&lt;br /&gt;</w:t>
        <w:br/>
        <w:t>Вони химерніші від мрій&lt;br /&gt;</w:t>
        <w:br/>
        <w:t>Були на світовій зорі:&lt;br /&gt;</w:t>
        <w:br/>
        <w:t>Курились, ніби вівтарі,&lt;br /&gt;</w:t>
        <w:br/>
        <w:t>Шпилі їх в небі голубім,&lt;br /&gt;</w:t>
        <w:br/>
        <w:t>І хмароньки, легкі, як дим,&lt;br /&gt;</w:t>
        <w:br/>
        <w:t>Таємний кинувши нічліг,&lt;br /&gt;</w:t>
        <w:br/>
        <w:t>На схід свій направляли біг,&lt;br /&gt;</w:t>
        <w:br/>
        <w:t>Неначе караван ясний&lt;br /&gt;</w:t>
        <w:br/>
        <w:t>Птахів залітних з чужини.&lt;br /&gt;</w:t>
        <w:br/>
        <w:t>І бачив я крізь тумани&lt;br /&gt;</w:t>
        <w:br/>
        <w:t>В снігах, що сяли, як алмаз,&lt;br /&gt;</w:t>
        <w:br/>
        <w:t>Могутній і старий Кавказ;&lt;br /&gt;</w:t>
        <w:br/>
        <w:t>І легко так було в цей час&lt;br /&gt;</w:t>
        <w:br/>
        <w:t>Моєму серцю, а чого —&lt;br /&gt;</w:t>
        <w:br/>
        <w:t>Не знаю я і сам цього.&lt;br /&gt;</w:t>
        <w:br/>
        <w:t>Таємний голос шепотів,&lt;br /&gt;</w:t>
        <w:br/>
        <w:t>Що я також колись там жив,&lt;br /&gt;</w:t>
        <w:br/>
        <w:t>І стали в пам'яті мені&lt;br /&gt;</w:t>
        <w:br/>
        <w:t>Яснішими минулі дні.&lt;br /&gt;</w:t>
        <w:br/>
        <w:t>7&lt;br /&gt;</w:t>
        <w:br/>
        <w:t>"І пригадав я батьків дім,&lt;br /&gt;</w:t>
        <w:br/>
        <w:t>Міжгір'я наше і над ним&lt;br /&gt;</w:t>
        <w:br/>
        <w:t>Аул, що ліг спочити в тінь;&lt;br /&gt;</w:t>
        <w:br/>
        <w:t>Я чув — вечірня далечінь&lt;br /&gt;</w:t>
        <w:br/>
        <w:t>Гула від тупоту отар,&lt;br /&gt;</w:t>
        <w:br/>
        <w:t>Що повертались до кошар,&lt;br /&gt;</w:t>
        <w:br/>
        <w:t>Чув гавкання знайомих псів.&lt;br /&gt;</w:t>
        <w:br/>
        <w:t>Смаглявих я згадав дідів,&lt;br /&gt;</w:t>
        <w:br/>
        <w:t>Що в ясні літні вечори,&lt;br /&gt;</w:t>
        <w:br/>
        <w:t>Як місяць дивиться згори,&lt;br /&gt;</w:t>
        <w:br/>
        <w:t>З поважним виглядом не раз&lt;br /&gt;</w:t>
        <w:br/>
        <w:t>Сиділи біля саклі в нас.&lt;br /&gt;</w:t>
        <w:br/>
        <w:t>Кинджали довгі я згадав,&lt;br /&gt;</w:t>
        <w:br/>
        <w:t>їх піхви в золоті оправ...&lt;br /&gt;</w:t>
        <w:br/>
        <w:t>Це все, неясний сон немов,&lt;br /&gt;</w:t>
        <w:br/>
        <w:t>Пройшло передо мною знов.</w:t>
      </w:r>
    </w:p>
    <w:p>
      <w:r>
        <w:br/>
        <w:t>А батько! Начебто живий,&lt;br /&gt;</w:t>
        <w:br/>
        <w:t>В своїй одежі бойовій&lt;br /&gt;</w:t>
        <w:br/>
        <w:t>Мені з'являвся часто він,&lt;br /&gt;</w:t>
        <w:br/>
        <w:t>Я згадував кольчуги дзвін,&lt;br /&gt;</w:t>
        <w:br/>
        <w:t>Рушниці блиск серед узгір,&lt;br /&gt;</w:t>
        <w:br/>
        <w:t>І непохитний гордий зір,&lt;br /&gt;</w:t>
        <w:br/>
        <w:t>І молодих сестер моїх:&lt;br /&gt;</w:t>
        <w:br/>
        <w:t>Проміння їх очей ясних,&lt;br /&gt;</w:t>
        <w:br/>
        <w:t>Солодкі звуки їхніх слів&lt;br /&gt;</w:t>
        <w:br/>
        <w:t>Та ніжний колисковий спів...&lt;br /&gt;</w:t>
        <w:br/>
        <w:t>В міжгір'ї там потік струмів,&lt;br /&gt;</w:t>
        <w:br/>
        <w:t>Був неглибокий, та шумів;&lt;br /&gt;</w:t>
        <w:br/>
        <w:t>Туди, на золотий пісок,&lt;br /&gt;</w:t>
        <w:br/>
        <w:t>Я йшов опівдні; ластівок&lt;br /&gt;</w:t>
        <w:br/>
        <w:t>Я стежив літ над бистрицем,&lt;br /&gt;</w:t>
        <w:br/>
        <w:t>Коли вони перед дощем&lt;br /&gt;</w:t>
        <w:br/>
        <w:t>Торкались хвиль крилом своїм.&lt;br /&gt;</w:t>
        <w:br/>
        <w:t>І я згадав наш мирний дім&lt;br /&gt;</w:t>
        <w:br/>
        <w:t>І перед огнищем ясним&lt;br /&gt;</w:t>
        <w:br/>
        <w:t>Вечірніх лагідних годин&lt;br /&gt;</w:t>
        <w:br/>
        <w:t>Оповідань спокійний плин&lt;br /&gt;</w:t>
        <w:br/>
        <w:t>Про те, як люди давніх літ&lt;br /&gt;</w:t>
        <w:br/>
        <w:t>Жили, як був пишніший світ.&lt;br /&gt;</w:t>
        <w:br/>
        <w:t>8&lt;br /&gt;</w:t>
        <w:br/>
        <w:t>"Ти хочеш знати, як мені&lt;br /&gt;</w:t>
        <w:br/>
        <w:t>Було на полі ті три дні?&lt;br /&gt;</w:t>
        <w:br/>
        <w:t>Я — жив. Без них моє життя&lt;br /&gt;</w:t>
        <w:br/>
        <w:t>Було сумнішим, як твоя&lt;br /&gt;</w:t>
        <w:br/>
        <w:t>Безсила старість. Я хотів&lt;br /&gt;</w:t>
        <w:br/>
        <w:t>Давно — дістатись до полів,&lt;br /&gt;</w:t>
        <w:br/>
        <w:t>Які манили віддаля,&lt;br /&gt;</w:t>
        <w:br/>
        <w:t>Дізнать, чи красна ця земля,&lt;br /&gt;</w:t>
        <w:br/>
        <w:t>Дізнать, для волі чи тюрми&lt;br /&gt;</w:t>
        <w:br/>
        <w:t>На світ народжуємось ми.&lt;br /&gt;</w:t>
        <w:br/>
        <w:t>І в час нічний, в жахливий час,&lt;br /&gt;</w:t>
        <w:br/>
        <w:t>Коли гроза лякала вас,&lt;br /&gt;</w:t>
        <w:br/>
        <w:t>І, стовпившись при вівтарі,</w:t>
      </w:r>
    </w:p>
    <w:p>
      <w:r>
        <w:br/>
        <w:t>Ви ниць лежали на землі,&lt;br /&gt;</w:t>
        <w:br/>
        <w:t>Я втік тоді. О, я, мов брат,&lt;br /&gt;</w:t>
        <w:br/>
        <w:t>Обняти бурю був би рад,&lt;br /&gt;</w:t>
        <w:br/>
        <w:t>Очима з хмарами летів,&lt;br /&gt;</w:t>
        <w:br/>
        <w:t>Рукою блискавку ловив.&lt;br /&gt;</w:t>
        <w:br/>
        <w:t>Скажи — що серед цих-от стін&lt;br /&gt;</w:t>
        <w:br/>
        <w:t>Я міг би мати назамін&lt;br /&gt;</w:t>
        <w:br/>
        <w:t>Братання з вітром грозовим,&lt;br /&gt;</w:t>
        <w:br/>
        <w:t>Що в серці розцвіло моїм?&lt;br /&gt;</w:t>
        <w:br/>
        <w:t>9&lt;br /&gt;</w:t>
        <w:br/>
        <w:t>"Я мчався довго — і вгорі&lt;br /&gt;</w:t>
        <w:br/>
        <w:t>Не бачив жодної зорі,&lt;br /&gt;</w:t>
        <w:br/>
        <w:t>Яка б тяжку світила путь.&lt;br /&gt;</w:t>
        <w:br/>
        <w:t>Та весело було вдихнуть&lt;br /&gt;</w:t>
        <w:br/>
        <w:t>До змучених грудей моїх&lt;br /&gt;</w:t>
        <w:br/>
        <w:t>Той холодок лісів нічних.&lt;br /&gt;</w:t>
        <w:br/>
        <w:t>І тільки! Я бігцем пустивсь;&lt;br /&gt;</w:t>
        <w:br/>
        <w:t>Коли, нарешті, натомивсь,&lt;br /&gt;</w:t>
        <w:br/>
        <w:t>Я ліг серед високих трав;&lt;br /&gt;</w:t>
        <w:br/>
        <w:t>Ніхто мене не доганяв.&lt;br /&gt;</w:t>
        <w:br/>
        <w:t>Гроза утишилась. Аж ось&lt;br /&gt;</w:t>
        <w:br/>
        <w:t>Блідаве світло простяглось&lt;br /&gt;</w:t>
        <w:br/>
        <w:t>В передсвітанковій імлі&lt;br /&gt;</w:t>
        <w:br/>
        <w:t>На грані неба і землі.&lt;br /&gt;</w:t>
        <w:br/>
        <w:t>І візерунком віддалі&lt;br /&gt;</w:t>
        <w:br/>
        <w:t>Очам здавались гір шпилі;&lt;br /&gt;</w:t>
        <w:br/>
        <w:t>Недвижний, мовчки я лежав.&lt;br /&gt;</w:t>
        <w:br/>
        <w:t>Шакал десь плакав і кричав&lt;br /&gt;</w:t>
        <w:br/>
        <w:t>В ущелині, як немовля,&lt;br /&gt;</w:t>
        <w:br/>
        <w:t>Повзла в камінні — бачив я —&lt;br /&gt;</w:t>
        <w:br/>
        <w:t>Лускою сяючи, змія.&lt;br /&gt;</w:t>
        <w:br/>
        <w:t>Та острах в душу не закравсь,&lt;br /&gt;</w:t>
        <w:br/>
        <w:t>Я сам, як звір, людей цуравсь,&lt;br /&gt;</w:t>
        <w:br/>
        <w:t>Як змій, я повзав і ховавсь.&lt;br /&gt;</w:t>
        <w:br/>
        <w:t>10&lt;br /&gt;</w:t>
        <w:br/>
        <w:t>"Внизу чорніла глибочінь,&lt;br /&gt;</w:t>
        <w:br/>
        <w:t>В якій котилася бистрінь.</w:t>
      </w:r>
    </w:p>
    <w:p>
      <w:r>
        <w:br/>
        <w:t>Гроза їй сили додала,&lt;br /&gt;</w:t>
        <w:br/>
        <w:t>І спінена вода ревла,&lt;br /&gt;</w:t>
        <w:br/>
        <w:t>Неначе сотні голосів&lt;br /&gt;</w:t>
        <w:br/>
        <w:t>Сердитих. Хоч була без слів,&lt;br /&gt;</w:t>
        <w:br/>
        <w:t>Я ту розмову розумів,&lt;br /&gt;</w:t>
        <w:br/>
        <w:t>Невтомний гомін, вічний спір&lt;br /&gt;</w:t>
        <w:br/>
        <w:t>З камінням непохитним гір;&lt;br /&gt;</w:t>
        <w:br/>
        <w:t>Він тихнув, ріс на повний шир,&lt;br /&gt;</w:t>
        <w:br/>
        <w:t>Чутний виразніш в тишині;&lt;br /&gt;</w:t>
        <w:br/>
        <w:t>Схід золотився; в вишині&lt;br /&gt;</w:t>
        <w:br/>
        <w:t>Туманній злинув спів пташок,&lt;br /&gt;</w:t>
        <w:br/>
        <w:t>Вітрець поворушив листок —&lt;br /&gt;</w:t>
        <w:br/>
        <w:t>І враз урвався сон квіток,&lt;br /&gt;</w:t>
        <w:br/>
        <w:t>І, як вони, назустріч дню&lt;br /&gt;</w:t>
        <w:br/>
        <w:t>Підняв я голову мою...&lt;br /&gt;</w:t>
        <w:br/>
        <w:t>Я озирнувся; не таю,&lt;br /&gt;</w:t>
        <w:br/>
        <w:t>Що я злякавсь: я на краю&lt;br /&gt;</w:t>
        <w:br/>
        <w:t>Безодні грізної лежав,&lt;br /&gt;</w:t>
        <w:br/>
        <w:t>Де, виючи, бурун кружляв;&lt;br /&gt;</w:t>
        <w:br/>
        <w:t>Скелясті сходи вниз вели,&lt;br /&gt;</w:t>
        <w:br/>
        <w:t>Один лиш раз по них пройшли&lt;br /&gt;</w:t>
        <w:br/>
        <w:t>То був, низвергнутий з небес,&lt;br /&gt;</w:t>
        <w:br/>
        <w:t>Злий дух, який в проваллі щез.&lt;br /&gt;</w:t>
        <w:br/>
        <w:t>11&lt;br /&gt;</w:t>
        <w:br/>
        <w:t>"Круг мене квітнув божий сад.&lt;br /&gt;</w:t>
        <w:br/>
        <w:t>Рослин весельчастий наряд&lt;br /&gt;</w:t>
        <w:br/>
        <w:t>Беріг ще слід небесних рос,&lt;br /&gt;</w:t>
        <w:br/>
        <w:t>І кільця виноградних лоз&lt;br /&gt;</w:t>
        <w:br/>
        <w:t>Вились; убрала дерева&lt;br /&gt;</w:t>
        <w:br/>
        <w:t>Краса їх зелені жива;&lt;br /&gt;</w:t>
        <w:br/>
        <w:t>І грона висіли на них,&lt;br /&gt;</w:t>
        <w:br/>
        <w:t>Сережок пишних, дорогих&lt;br /&gt;</w:t>
        <w:br/>
        <w:t>Подоба; іноді летів&lt;br /&gt;</w:t>
        <w:br/>
        <w:t>До них лякливий рій птахів.&lt;br /&gt;</w:t>
        <w:br/>
        <w:t>І знов я до землі припав,&lt;br /&gt;</w:t>
        <w:br/>
        <w:t>І дослухати знов почав&lt;br /&gt;</w:t>
        <w:br/>
        <w:t>Чудних, чарівних голосів,</w:t>
      </w:r>
    </w:p>
    <w:p>
      <w:r>
        <w:br/>
        <w:t>Які шептались між кущів,&lt;br /&gt;</w:t>
        <w:br/>
        <w:t>Немовби річ вели в імлі&lt;br /&gt;</w:t>
        <w:br/>
        <w:t>Про тайни неба і землі.&lt;br /&gt;</w:t>
        <w:br/>
        <w:t>Уся природа в хор один&lt;br /&gt;</w:t>
        <w:br/>
        <w:t>Злилась тих ранішніх годин,&lt;br /&gt;</w:t>
        <w:br/>
        <w:t>Мовчав у той врочистий час&lt;br /&gt;</w:t>
        <w:br/>
        <w:t>Лише людини гордий глас.&lt;br /&gt;</w:t>
        <w:br/>
        <w:t>За тим, що я тоді відчув&lt;br /&gt;</w:t>
        <w:br/>
        <w:t>І думав що — вже й слід загув,&lt;br /&gt;</w:t>
        <w:br/>
        <w:t>Та я бажав би все відкрить,&lt;br /&gt;</w:t>
        <w:br/>
        <w:t>Щоб хоч у мислі знову жить.&lt;br /&gt;</w:t>
        <w:br/>
        <w:t>Такий був чистий небосхил,&lt;br /&gt;</w:t>
        <w:br/>
        <w:t>Що й помах ангелових крил&lt;br /&gt;</w:t>
        <w:br/>
        <w:t>Уважні очі в нім змогли б&lt;br /&gt;</w:t>
        <w:br/>
        <w:t>Спостерегти; безмежний глиб&lt;br /&gt;</w:t>
        <w:br/>
        <w:t>Його таким прозорим був.&lt;br /&gt;</w:t>
        <w:br/>
        <w:t>Очима й серцем я тонув&lt;br /&gt;</w:t>
        <w:br/>
        <w:t>В обіймах тих блакитних чар.&lt;br /&gt;</w:t>
        <w:br/>
        <w:t>Аж доки полуденний жар&lt;br /&gt;</w:t>
        <w:br/>
        <w:t>Всіх мрій моїх не розігнав,&lt;br /&gt;</w:t>
        <w:br/>
        <w:t>І муку спраги я зазнав.&lt;br /&gt;</w:t>
        <w:br/>
        <w:t>12&lt;br /&gt;</w:t>
        <w:br/>
        <w:t>"Тоді в глибінь, де мчав потік,&lt;br /&gt;</w:t>
        <w:br/>
        <w:t>Тримаючись за чагарник,&lt;br /&gt;</w:t>
        <w:br/>
        <w:t>По плитах я почав, як міг,&lt;br /&gt;</w:t>
        <w:br/>
        <w:t>Згори спускатися. З-під ніг&lt;br /&gt;</w:t>
        <w:br/>
        <w:t>Тим часом брила кам'яна&lt;br /&gt;</w:t>
        <w:br/>
        <w:t>Зривалась — димна борозна&lt;br /&gt;</w:t>
        <w:br/>
        <w:t>Вилась за нею, і кругом&lt;br /&gt;</w:t>
        <w:br/>
        <w:t>Вставала курява стовпом;&lt;br /&gt;</w:t>
        <w:br/>
        <w:t>А камінь стугонів, стрибав,&lt;br /&gt;</w:t>
        <w:br/>
        <w:t>І враз бурун його ковтав;&lt;br /&gt;</w:t>
        <w:br/>
        <w:t>І над проваллям висів я,&lt;br /&gt;</w:t>
        <w:br/>
        <w:t>Де клекотіла течія,&lt;br /&gt;</w:t>
        <w:br/>
        <w:t>Та вільна молодість міцна —&lt;br /&gt;</w:t>
        <w:br/>
        <w:t>Смерть не була мені страшна.&lt;br /&gt;</w:t>
        <w:br/>
        <w:t>Лише я з тих стрімких висот</w:t>
      </w:r>
    </w:p>
    <w:p>
      <w:r>
        <w:br/>
        <w:t>Спустився, холод свіжих вод&lt;br /&gt;</w:t>
        <w:br/>
        <w:t>Моє обличчя обійняв;&lt;br /&gt;</w:t>
        <w:br/>
        <w:t>І спрагло я до хвиль припав.&lt;br /&gt;</w:t>
        <w:br/>
        <w:t>Зненацька голос і легку&lt;br /&gt;</w:t>
        <w:br/>
        <w:t>Почув ходу... В чагарнику&lt;br /&gt;</w:t>
        <w:br/>
        <w:t>Густім сховався я за мить;&lt;br /&gt;</w:t>
        <w:br/>
        <w:t>Хвилюючися мимохіть,&lt;br /&gt;</w:t>
        <w:br/>
        <w:t>Я погляд боязкий підняв&lt;br /&gt;</w:t>
        <w:br/>
        <w:t>І слухати жадливо став.&lt;br /&gt;</w:t>
        <w:br/>
        <w:t>І ближче, ближче все звучав&lt;br /&gt;</w:t>
        <w:br/>
        <w:t>Дівочий голос молодий,&lt;br /&gt;</w:t>
        <w:br/>
        <w:t>Такий невдавано живий,&lt;br /&gt;</w:t>
        <w:br/>
        <w:t>Такий свобідний, мов здавен&lt;br /&gt;</w:t>
        <w:br/>
        <w:t>Лиш звуки дорогих імен&lt;br /&gt;</w:t>
        <w:br/>
        <w:t>Грузинка вимовлять могла.&lt;br /&gt;</w:t>
        <w:br/>
        <w:t>Ця пісня простою була,&lt;br /&gt;</w:t>
        <w:br/>
        <w:t>Та в мисль мою вона лягла;&lt;br /&gt;</w:t>
        <w:br/>
        <w:t>Мені, як землю тьма вкрива,&lt;br /&gt;</w:t>
        <w:br/>
        <w:t>Незримий дух її співа.&lt;br /&gt;</w:t>
        <w:br/>
        <w:t>13&lt;br /&gt;</w:t>
        <w:br/>
        <w:t>"Піднявши вгору глек, сюди&lt;br /&gt;</w:t>
        <w:br/>
        <w:t>Ішла грузинка до води&lt;br /&gt;</w:t>
        <w:br/>
        <w:t>Одною із вузьких стежок.&lt;br /&gt;</w:t>
        <w:br/>
        <w:t>Як, роблячи невдалий крок,&lt;br /&gt;</w:t>
        <w:br/>
        <w:t>Вона сковзалась між грудок&lt;br /&gt;</w:t>
        <w:br/>
        <w:t>Камінних, на її тонких&lt;br /&gt;</w:t>
        <w:br/>
        <w:t>Устах народжувався сміх.&lt;br /&gt;</w:t>
        <w:br/>
        <w:t>На ній злиденний і старий&lt;br /&gt;</w:t>
        <w:br/>
        <w:t>Був одяг; легко йшла з гори&lt;br /&gt;</w:t>
        <w:br/>
        <w:t>І довгі закрути чадри&lt;br /&gt;</w:t>
        <w:br/>
        <w:t>Назад відкинула. І тінь&lt;br /&gt;</w:t>
        <w:br/>
        <w:t>Злотисту літня гарячінь&lt;br /&gt;</w:t>
        <w:br/>
        <w:t>І на лице й на груди їй&lt;br /&gt;</w:t>
        <w:br/>
        <w:t>Поклала; ніжний тиховій&lt;br /&gt;</w:t>
        <w:br/>
        <w:t>Од щік та уст її пашів.&lt;br /&gt;</w:t>
        <w:br/>
        <w:t>Так глиб очей її чорнів,&lt;br /&gt;</w:t>
        <w:br/>
        <w:t>Таке кохання він таїв,</w:t>
      </w:r>
    </w:p>
    <w:p>
      <w:r>
        <w:br/>
        <w:t>Що рій палких моїх думок&lt;br /&gt;</w:t>
        <w:br/>
        <w:t>Збентежився. Ясний дзюрок&lt;br /&gt;</w:t>
        <w:br/>
        <w:t>Я згадую лише, як він&lt;br /&gt;</w:t>
        <w:br/>
        <w:t>Вливавсь до глека, срібний дзвін&lt;br /&gt;</w:t>
        <w:br/>
        <w:t>Води і шарудіння ніг...&lt;br /&gt;</w:t>
        <w:br/>
        <w:t>Це все, що в пам'яті зберіг.&lt;br /&gt;</w:t>
        <w:br/>
        <w:t>Коли ж очутився я знов&lt;br /&gt;</w:t>
        <w:br/>
        <w:t>І відлила від серця кров,&lt;br /&gt;</w:t>
        <w:br/>
        <w:t>Вона далеко вже була,&lt;br /&gt;</w:t>
        <w:br/>
        <w:t>Хоч повільніш, та легко йшла&lt;br /&gt;</w:t>
        <w:br/>
        <w:t>В аул, стрункіша від топіль —&lt;br /&gt;</w:t>
        <w:br/>
        <w:t>Цариць її родимих піль.&lt;br /&gt;</w:t>
        <w:br/>
        <w:t>Неподалеку серед мли,&lt;br /&gt;</w:t>
        <w:br/>
        <w:t>Здалось, до скелі приросли&lt;br /&gt;</w:t>
        <w:br/>
        <w:t>Дві братні саклі; линув дим&lt;br /&gt;</w:t>
        <w:br/>
        <w:t>Над дахом першої пласким,&lt;br /&gt;</w:t>
        <w:br/>
        <w:t>Струмком в'ючися голубим.&lt;br /&gt;</w:t>
        <w:br/>
        <w:t>Ще й досі видиться очам,&lt;br /&gt;</w:t>
        <w:br/>
        <w:t>Як відчинились двері там&lt;br /&gt;</w:t>
        <w:br/>
        <w:t>І зачинились за дівчам...&lt;br /&gt;</w:t>
        <w:br/>
        <w:t>Ти не збагнеш мою печаль,&lt;br /&gt;</w:t>
        <w:br/>
        <w:t>І як збагнув би, стало б жаль&lt;br /&gt;</w:t>
        <w:br/>
        <w:t>Мені! Хай спомин тих хвилин&lt;br /&gt;</w:t>
        <w:br/>
        <w:t>Зі мною знайде свій загин.&lt;br /&gt;</w:t>
        <w:br/>
        <w:t>14&lt;br /&gt;</w:t>
        <w:br/>
        <w:t>"По ночі, втомою в полон •&lt;br /&gt;</w:t>
        <w:br/>
        <w:t>Узятий, ліг я в тінь. І сон&lt;br /&gt;</w:t>
        <w:br/>
        <w:t>Відрадний очі враз мені&lt;br /&gt;</w:t>
        <w:br/>
        <w:t>Стулив!.. Я бачив знов у сні&lt;br /&gt;</w:t>
        <w:br/>
        <w:t>Грузинки юної лице.&lt;br /&gt;</w:t>
        <w:br/>
        <w:t>Родило знов видіння це&lt;br /&gt;</w:t>
        <w:br/>
        <w:t>Солодку тугу, дивний біль&lt;br /&gt;</w:t>
        <w:br/>
        <w:t>В грудях у мене мимовіль.&lt;br /&gt;</w:t>
        <w:br/>
        <w:t>Зітхнуть я довго силкувавсь&lt;br /&gt;</w:t>
        <w:br/>
        <w:t>І пробудився. Красувавсь&lt;br /&gt;</w:t>
        <w:br/>
        <w:t>Вже місяць, і за ним крадцем&lt;br /&gt;</w:t>
        <w:br/>
        <w:t>Рушала хмаронька тихцем,</w:t>
      </w:r>
    </w:p>
    <w:p>
      <w:r>
        <w:br/>
        <w:t>І, мов за здобиччю, вона&lt;br /&gt;</w:t>
        <w:br/>
        <w:t>Обійми простягла, жадна.&lt;br /&gt;</w:t>
        <w:br/>
        <w:t>Був темним світ і мовчазним.&lt;br /&gt;</w:t>
        <w:br/>
        <w:t>Лише убором срібляним,&lt;br /&gt;</w:t>
        <w:br/>
        <w:t>Уставши пасмом сніговим,&lt;br /&gt;</w:t>
        <w:br/>
        <w:t>Шпилі блищали віддалік,&lt;br /&gt;</w:t>
        <w:br/>
        <w:t>І в береги плеска потік.&lt;br /&gt;</w:t>
        <w:br/>
        <w:t>В знайомій саклі вогник сяв —&lt;br /&gt;</w:t>
        <w:br/>
        <w:t>То тріпотів, то знов згасав&lt;br /&gt;</w:t>
        <w:br/>
        <w:t>Отак опівночі вгорі&lt;br /&gt;</w:t>
        <w:br/>
        <w:t>Згасає блиск ясний зорі&lt;br /&gt;</w:t>
        <w:br/>
        <w:t>Я так жадав... але зійти&lt;br /&gt;</w:t>
        <w:br/>
        <w:t>Не смів. Єдиної мети —&lt;br /&gt;</w:t>
        <w:br/>
        <w:t>Будь-що вітчизни досягти —&lt;br /&gt;</w:t>
        <w:br/>
        <w:t>Я прагнув палко — й переміг&lt;br /&gt;</w:t>
        <w:br/>
        <w:t>Страждання голоду, як міг;&lt;br /&gt;</w:t>
        <w:br/>
        <w:t>І от подався напрямки&lt;br /&gt;</w:t>
        <w:br/>
        <w:t>Я, занімілий, боязкий,&lt;br /&gt;</w:t>
        <w:br/>
        <w:t>Та заслонив вершини гір&lt;br /&gt;</w:t>
        <w:br/>
        <w:t>Моїм очам високий бір,&lt;br /&gt;</w:t>
        <w:br/>
        <w:t>І стежку загубив мій зір.&lt;br /&gt;</w:t>
        <w:br/>
        <w:t>15&lt;br /&gt;</w:t>
        <w:br/>
        <w:t>"Даремно я, мов навісний,&lt;br /&gt;</w:t>
        <w:br/>
        <w:t>З одчаю рвав терник рясний.&lt;br /&gt;</w:t>
        <w:br/>
        <w:t>Який оплутав дикий плющ.&lt;br /&gt;</w:t>
        <w:br/>
        <w:t>Стояла товща вічних пущ,&lt;br /&gt;</w:t>
        <w:br/>
        <w:t>Як дім без вікон і дверей;&lt;br /&gt;</w:t>
        <w:br/>
        <w:t>Мільйоном вугляних очей&lt;br /&gt;</w:t>
        <w:br/>
        <w:t>Крізь пагілля кущів, страшна,&lt;br /&gt;</w:t>
        <w:br/>
        <w:t>Дивилась темрява нічна.&lt;br /&gt;</w:t>
        <w:br/>
        <w:t>І туманіла голова,&lt;br /&gt;</w:t>
        <w:br/>
        <w:t>І брався я на дерева,&lt;br /&gt;</w:t>
        <w:br/>
        <w:t>Та на собі все небо ніс&lt;br /&gt;</w:t>
        <w:br/>
        <w:t>Той самий ліс, зубчастий ліс.&lt;br /&gt;</w:t>
        <w:br/>
        <w:t>Тоді на землю я упав;&lt;br /&gt;</w:t>
        <w:br/>
        <w:t>І у нестямі я ридав,&lt;br /&gt;</w:t>
        <w:br/>
        <w:t>Землі вологе лоно гриз;</w:t>
      </w:r>
    </w:p>
    <w:p>
      <w:r>
        <w:br/>
        <w:t>І сльози, скільки ревних сліз&lt;br /&gt;</w:t>
        <w:br/>
        <w:t>Тоді затьмарило мій зір!..&lt;br /&gt;</w:t>
        <w:br/>
        <w:t>Та помочі людей, повір,&lt;br /&gt;</w:t>
        <w:br/>
        <w:t>Я не бажав... Я був як звір&lt;br /&gt;</w:t>
        <w:br/>
        <w:t>Степів, для всіх чужий навік;&lt;br /&gt;</w:t>
        <w:br/>
        <w:t>Як зрадив би й хвилевий крик&lt;br /&gt;</w:t>
        <w:br/>
        <w:t>Мене — клянусь тобі, старий,&lt;br /&gt;</w:t>
        <w:br/>
        <w:t>Я б вирвав мій язик слабий.&lt;br /&gt;</w:t>
        <w:br/>
        <w:t>16&lt;br /&gt;</w:t>
        <w:br/>
        <w:t>"Згадай: сльоза, як був хлопчам,&lt;br /&gt;</w:t>
        <w:br/>
        <w:t>Була чужа моїм очам;&lt;br /&gt;</w:t>
        <w:br/>
        <w:t>А тут я не соромивсь сліз.&lt;br /&gt;</w:t>
        <w:br/>
        <w:t>Хто бачить міг? Лиш темний ліс&lt;br /&gt;</w:t>
        <w:br/>
        <w:t>Та місяць, що у небі плив.&lt;br /&gt;</w:t>
        <w:br/>
        <w:t>В його промінні тихо снив —&lt;br /&gt;</w:t>
        <w:br/>
        <w:t>Покритий мохом і піском,&lt;br /&gt;</w:t>
        <w:br/>
        <w:t>За муром, що стояв кругом,&lt;br /&gt;</w:t>
        <w:br/>
        <w:t>Сягаючи у височінь, — лужок.&lt;br /&gt;</w:t>
        <w:br/>
        <w:t>Майнула чорна тінь,&lt;br /&gt;</w:t>
        <w:br/>
        <w:t>Дві іскри раптом над лужком&lt;br /&gt;</w:t>
        <w:br/>
        <w:t>Промчали, й мов через пролом,&lt;br /&gt;</w:t>
        <w:br/>
        <w:t>Звір вискочив одним стрибком&lt;br /&gt;</w:t>
        <w:br/>
        <w:t>Із хащі, віть торкнувши ледь,&lt;br /&gt;</w:t>
        <w:br/>
        <w:t>І, граючися, ліг на мшедь.&lt;br /&gt;</w:t>
        <w:br/>
        <w:t>То був пустелі вічний гість,&lt;br /&gt;</w:t>
        <w:br/>
        <w:t>Могутній барс. Криваву кість&lt;br /&gt;</w:t>
        <w:br/>
        <w:t>Він гриз і весело вищав&lt;br /&gt;</w:t>
        <w:br/>
        <w:t>Та хижий погляд направляв&lt;br /&gt;</w:t>
        <w:br/>
        <w:t>На повний місяць. І мотав&lt;br /&gt;</w:t>
        <w:br/>
        <w:t>Він часом лагідно хвостом;&lt;br /&gt;</w:t>
        <w:br/>
        <w:t>Лисніла шерсть його сріблом.&lt;br /&gt;</w:t>
        <w:br/>
        <w:t>В чеканні бою я до рук&lt;br /&gt;</w:t>
        <w:br/>
        <w:t>Схопив міцний рогатий сук.&lt;br /&gt;</w:t>
        <w:br/>
        <w:t>І серце спрагою борні&lt;br /&gt;</w:t>
        <w:br/>
        <w:t>Тут зайнялося... Жаль, мені&lt;br /&gt;</w:t>
        <w:br/>
        <w:t>Вказала доля іншу путь...&lt;br /&gt;</w:t>
        <w:br/>
        <w:t>Та нині можу присягнуть,</w:t>
      </w:r>
    </w:p>
    <w:p>
      <w:r>
        <w:br/>
        <w:t>Що був би я в краю батьків&lt;br /&gt;</w:t>
        <w:br/>
        <w:t>Не між останніх смільчаків.&lt;br /&gt;</w:t>
        <w:br/>
        <w:t>17&lt;br /&gt;</w:t>
        <w:br/>
        <w:t>"Я ждав. І ось у темну ніч&lt;br /&gt;</w:t>
        <w:br/>
        <w:t>Відчув він ворога, й навстріч&lt;br /&gt;</w:t>
        <w:br/>
        <w:t>Мені, як стогін, пролунав&lt;br /&gt;</w:t>
        <w:br/>
        <w:t>Квиління звук... І звір почав&lt;br /&gt;</w:t>
        <w:br/>
        <w:t>Сердито шурпати пісок,&lt;br /&gt;</w:t>
        <w:br/>
        <w:t>Став дуба й, щоб зробить стрибок,&lt;br /&gt;</w:t>
        <w:br/>
        <w:t>Він, шаленіючи, приліг,&lt;br /&gt;</w:t>
        <w:br/>
        <w:t>І перший навіжений плиг&lt;br /&gt;</w:t>
        <w:br/>
        <w:t>Мені загибеллю грозив...&lt;br /&gt;</w:t>
        <w:br/>
        <w:t>Та я його упередив.&lt;br /&gt;</w:t>
        <w:br/>
        <w:t>Удар був влучний і швидкий;&lt;br /&gt;</w:t>
        <w:br/>
        <w:t>Немов сокира, сук важкий&lt;br /&gt;</w:t>
        <w:br/>
        <w:t>Широкий лоб йому розтяв...&lt;br /&gt;</w:t>
        <w:br/>
        <w:t>Він як людина застогнав&lt;br /&gt;</w:t>
        <w:br/>
        <w:t>І перекинувся. Та знов,&lt;br /&gt;</w:t>
        <w:br/>
        <w:t>Хоча лила із рани кров, —&lt;br /&gt;</w:t>
        <w:br/>
        <w:t>Потік широкий і густий, —&lt;br /&gt;</w:t>
        <w:br/>
        <w:t>Бій спалахнув — смертельний бій.&lt;br /&gt;</w:t>
        <w:br/>
        <w:t>18&lt;br /&gt;</w:t>
        <w:br/>
        <w:t>"Мені на груди він стрибнув,&lt;br /&gt;</w:t>
        <w:br/>
        <w:t>Та я сука йому ввіткнув&lt;br /&gt;</w:t>
        <w:br/>
        <w:t>У горло й двічі повернув...&lt;br /&gt;</w:t>
        <w:br/>
        <w:t>Жахливе розляглось виття,&lt;br /&gt;</w:t>
        <w:br/>
        <w:t>І звір, рятуючи життя,&lt;br /&gt;</w:t>
        <w:br/>
        <w:t>Рвонувсь, і ми, як дві змії,&lt;br /&gt;</w:t>
        <w:br/>
        <w:t>Сплели в одно тіла свої,&lt;br /&gt;</w:t>
        <w:br/>
        <w:t>Обнявшись, як приятелі,&lt;br /&gt;</w:t>
        <w:br/>
        <w:t>І впали разом — і в імлі&lt;br /&gt;</w:t>
        <w:br/>
        <w:t>Тривав двобій наш на землі.&lt;br /&gt;</w:t>
        <w:br/>
        <w:t>І я в ту хвилю був страшний,&lt;br /&gt;</w:t>
        <w:br/>
        <w:t>Як звір пустелі, дикий, злий,&lt;br /&gt;</w:t>
        <w:br/>
        <w:t>Полум'янів я, теж вищав,&lt;br /&gt;</w:t>
        <w:br/>
        <w:t>Як він, неначе виростав</w:t>
      </w:r>
    </w:p>
    <w:p>
      <w:r>
        <w:br/>
        <w:t>В родині барсів і вовків,&lt;br /&gt;</w:t>
        <w:br/>
        <w:t>В зеленім затишку лісів.&lt;br /&gt;</w:t>
        <w:br/>
        <w:t>Здавалось, що слова людей&lt;br /&gt;</w:t>
        <w:br/>
        <w:t>Забув я — й вирвався з грудей&lt;br /&gt;</w:t>
        <w:br/>
        <w:t>Моїх отой жахливий крик,&lt;br /&gt;</w:t>
        <w:br/>
        <w:t>Немов з дитинства мій язик&lt;br /&gt;</w:t>
        <w:br/>
        <w:t>До звуку іншого не звик...&lt;br /&gt;</w:t>
        <w:br/>
        <w:t>Та звір на силі упадав,&lt;br /&gt;</w:t>
        <w:br/>
        <w:t>Він повільніше дихать став,&lt;br /&gt;</w:t>
        <w:br/>
        <w:t>І я відчув останній стиск...&lt;br /&gt;</w:t>
        <w:br/>
        <w:t>В зінках очей недвижних блиск&lt;br /&gt;</w:t>
        <w:br/>
        <w:t>Зайнявся грізний — і мерщій&lt;br /&gt;</w:t>
        <w:br/>
        <w:t>їх сон заплющив неживий;&lt;br /&gt;</w:t>
        <w:br/>
        <w:t>Та в битві з ворогом тяжкій,&lt;br /&gt;</w:t>
        <w:br/>
        <w:t>Як личить воїну, загин&lt;br /&gt;</w:t>
        <w:br/>
        <w:t>Лице в лице зустрінув він...&lt;br /&gt;</w:t>
        <w:br/>
        <w:t>19&lt;br /&gt;</w:t>
        <w:br/>
        <w:t>"На груди глянь мої, сюди —&lt;br /&gt;</w:t>
        <w:br/>
        <w:t>Це кігтів барсових сліди:&lt;br /&gt;</w:t>
        <w:br/>
        <w:t>На них темніє згусла кров,&lt;br /&gt;</w:t>
        <w:br/>
        <w:t>Вони відкриті, — та покров&lt;br /&gt;</w:t>
        <w:br/>
        <w:t>їх вогкий освіжить земний&lt;br /&gt;</w:t>
        <w:br/>
        <w:t>І смерть їх вигоїть як стій,&lt;br /&gt;</w:t>
        <w:br/>
        <w:t>Я геть забув тоді про них;&lt;br /&gt;</w:t>
        <w:br/>
        <w:t>Зібравши рештки сил своїх,&lt;br /&gt;</w:t>
        <w:br/>
        <w:t>Побрів я в хащі лісовій...&lt;br /&gt;</w:t>
        <w:br/>
        <w:t>Та марний з долею двобій:&lt;br /&gt;</w:t>
        <w:br/>
        <w:t>Лиш сміх я чув її глумний.&lt;br /&gt;</w:t>
        <w:br/>
        <w:t>20&lt;br /&gt;</w:t>
        <w:br/>
        <w:t>"Я вийшов з гущини. І от&lt;br /&gt;</w:t>
        <w:br/>
        <w:t>Прокинувсь день, і хоровод&lt;br /&gt;</w:t>
        <w:br/>
        <w:t>Світил напутніх у вогні&lt;br /&gt;</w:t>
        <w:br/>
        <w:t>Проміння зник. Ліс в тумані&lt;br /&gt;</w:t>
        <w:br/>
        <w:t>Заговорив. Удалині&lt;br /&gt;</w:t>
        <w:br/>
        <w:t>Аул диміти став. Луна&lt;br /&gt;</w:t>
        <w:br/>
        <w:t>Пробігла з вітром, неясна...</w:t>
      </w:r>
    </w:p>
    <w:p>
      <w:r>
        <w:br/>
        <w:t>Я сів і обернувся в слух;&lt;br /&gt;</w:t>
        <w:br/>
        <w:t>Та з вітром звук луни ущух.&lt;br /&gt;</w:t>
        <w:br/>
        <w:t>І кинув погляд я навкруг:&lt;br /&gt;</w:t>
        <w:br/>
        <w:t>Той край вже бачив я немов.&lt;br /&gt;</w:t>
        <w:br/>
        <w:t>І тут на мене страх найшов —&lt;br /&gt;</w:t>
        <w:br/>
        <w:t>Не міг збагнути я, що знов&lt;br /&gt;</w:t>
        <w:br/>
        <w:t>Тюрма відкриється мені;&lt;br /&gt;</w:t>
        <w:br/>
        <w:t>Що марно я ці довгі дні&lt;br /&gt;</w:t>
        <w:br/>
        <w:t>Таємний задум свій плекав,&lt;br /&gt;</w:t>
        <w:br/>
        <w:t>Терпів, томився і страждав,&lt;br /&gt;</w:t>
        <w:br/>
        <w:t>І нащо? Щоб за юних літ,&lt;br /&gt;</w:t>
        <w:br/>
        <w:t>Ледь глянувши на божий світ,&lt;br /&gt;</w:t>
        <w:br/>
        <w:t>Під гомін голосний лісів,&lt;br /&gt;</w:t>
        <w:br/>
        <w:t>Пізнати щастя вільних днів,&lt;br /&gt;</w:t>
        <w:br/>
        <w:t>Сконать на камені гірськім&lt;br /&gt;</w:t>
        <w:br/>
        <w:t>Із мрією про отчий дім,&lt;br /&gt;</w:t>
        <w:br/>
        <w:t>З гірким докором сподівань,&lt;br /&gt;</w:t>
        <w:br/>
        <w:t>З ганьбою ваших співчувань!&lt;br /&gt;</w:t>
        <w:br/>
        <w:t>Іще я в сумнівах блукав,&lt;br /&gt;</w:t>
        <w:br/>
        <w:t>Це сон жахливий — я гадав,&lt;br /&gt;</w:t>
        <w:br/>
        <w:t>Коли раптово пролунав&lt;br /&gt;</w:t>
        <w:br/>
        <w:t>Далекий дзвін у тишині...&lt;br /&gt;</w:t>
        <w:br/>
        <w:t>Все ясне стало тут мені;&lt;br /&gt;</w:t>
        <w:br/>
        <w:t>О! зразу я пізнав той дзвін.&lt;br /&gt;</w:t>
        <w:br/>
        <w:t>З очей дитини часто він&lt;br /&gt;</w:t>
        <w:br/>
        <w:t>Зганяв видіння снів живих&lt;br /&gt;</w:t>
        <w:br/>
        <w:t>Про любих рідних та близьких,&lt;br /&gt;</w:t>
        <w:br/>
        <w:t>Про дикий степ і коней шал,&lt;br /&gt;</w:t>
        <w:br/>
        <w:t>Які на волі мчать учвал,&lt;br /&gt;</w:t>
        <w:br/>
        <w:t>Про битви між скелястих брил,&lt;br /&gt;</w:t>
        <w:br/>
        <w:t>Де сам я всіх стирав на пил...&lt;br /&gt;</w:t>
        <w:br/>
        <w:t>І слухав я без сліз, без сил:&lt;br /&gt;</w:t>
        <w:br/>
        <w:t>Ішов той дзвін — мені здалось —&lt;br /&gt;</w:t>
        <w:br/>
        <w:t>З мойого серця, наче хтось&lt;br /&gt;</w:t>
        <w:br/>
        <w:t>Мене залізом в груди бив.&lt;br /&gt;</w:t>
        <w:br/>
        <w:t>І я поволі зрозумів,&lt;br /&gt;</w:t>
        <w:br/>
        <w:t>Що вже повік не буть мені&lt;br /&gt;</w:t>
        <w:br/>
        <w:t>У милій рідній стороні.</w:t>
      </w:r>
    </w:p>
    <w:p>
      <w:r>
        <w:br/>
        <w:t>"Я долю заслужив мою.&lt;br /&gt;</w:t>
        <w:br/>
        <w:t>Могутній кінь в чужім краю,&lt;br /&gt;</w:t>
        <w:br/>
        <w:t>Незграбу скинувши з сідла.&lt;br /&gt;</w:t>
        <w:br/>
        <w:t>Здаля до рідного села&lt;br /&gt;</w:t>
        <w:br/>
        <w:t>Пряму й коротку знайде путь...&lt;br /&gt;</w:t>
        <w:br/>
        <w:t>А я? В душі моїй ростуть&lt;br /&gt;</w:t>
        <w:br/>
        <w:t>Бажання, туга — і дарма:&lt;br /&gt;</w:t>
        <w:br/>
        <w:t>Це пал безсилий, це сама&lt;br /&gt;</w:t>
        <w:br/>
        <w:t>Химера хворого ума.&lt;br /&gt;</w:t>
        <w:br/>
        <w:t>Лишила на мені тюрма&lt;br /&gt;</w:t>
        <w:br/>
        <w:t>Свою печать — завжди такий&lt;br /&gt;</w:t>
        <w:br/>
        <w:t>В темниці квіт: я зріс блідий,&lt;br /&gt;</w:t>
        <w:br/>
        <w:t>Самотній серед плит сирих,&lt;br /&gt;</w:t>
        <w:br/>
        <w:t>І довго бросток молодих&lt;br /&gt;</w:t>
        <w:br/>
        <w:t>Не розкривав, проміння ждав&lt;br /&gt;</w:t>
        <w:br/>
        <w:t>Живлющого. І час настав,&lt;br /&gt;</w:t>
        <w:br/>
        <w:t>І зглянулась чиясь легка&lt;br /&gt;</w:t>
        <w:br/>
        <w:t>На той нещасний квіт рука&lt;br /&gt;</w:t>
        <w:br/>
        <w:t>І перенесла до садка&lt;br /&gt;</w:t>
        <w:br/>
        <w:t>Його в сім'ю троянд. Округ&lt;br /&gt;</w:t>
        <w:br/>
        <w:t>Пахтів буття солодкий дух.&lt;br /&gt;</w:t>
        <w:br/>
        <w:t>І що ж? Ледь зайнялось на світ,&lt;br /&gt;</w:t>
        <w:br/>
        <w:t>Палкого променя приліт&lt;br /&gt;</w:t>
        <w:br/>
        <w:t>Обпік тюремний бідний квіт.&lt;br /&gt;</w:t>
        <w:br/>
        <w:t>22&lt;br /&gt;</w:t>
        <w:br/>
        <w:t>"І, як його, пекло мене&lt;br /&gt;</w:t>
        <w:br/>
        <w:t>Опівдні полум'я ясне.&lt;br /&gt;</w:t>
        <w:br/>
        <w:t>Дарма потомлену ховав&lt;br /&gt;</w:t>
        <w:br/>
        <w:t>Я голову свою між трав!&lt;br /&gt;</w:t>
        <w:br/>
        <w:t>А листя висохле вінком&lt;br /&gt;</w:t>
        <w:br/>
        <w:t>Терновим над моїм чолом&lt;br /&gt;</w:t>
        <w:br/>
        <w:t>Звивалось — і в лице мені&lt;br /&gt;</w:t>
        <w:br/>
        <w:t>Земля пашіла, як в огні.&lt;br /&gt;</w:t>
        <w:br/>
        <w:t>З блищанням, ніби рій джмелів,&lt;br /&gt;</w:t>
        <w:br/>
        <w:t>Кружляли іскри; дим струмів&lt;br /&gt;</w:t>
        <w:br/>
        <w:t>З-над білих скель. Весь світ кругом,</w:t>
      </w:r>
    </w:p>
    <w:p>
      <w:r>
        <w:br/>
        <w:t>Закляклий, спав глибоким сном&lt;br /&gt;</w:t>
        <w:br/>
        <w:t>Хоча б озвався хорустіль,&lt;br /&gt;</w:t>
        <w:br/>
        <w:t>Чи коника бадьора тріль,&lt;br /&gt;</w:t>
        <w:br/>
        <w:t>Чи белькотанням течія&lt;br /&gt;</w:t>
        <w:br/>
        <w:t>Струмочка... З шелестом змія&lt;br /&gt;</w:t>
        <w:br/>
        <w:t>Повзла в сухому бур'яні;&lt;br /&gt;</w:t>
        <w:br/>
        <w:t>Блищала спина в жовтині, —&lt;br /&gt;</w:t>
        <w:br/>
        <w:t>Здавалось, написи ясні&lt;br /&gt;</w:t>
        <w:br/>
        <w:t>Вкривають золотом клинок...&lt;br /&gt;</w:t>
        <w:br/>
        <w:t>Черкаючи сипкий пісок,&lt;br /&gt;</w:t>
        <w:br/>
        <w:t>Обачно ковзалася в нім,&lt;br /&gt;</w:t>
        <w:br/>
        <w:t>То гралась, пестилась, трійним&lt;br /&gt;</w:t>
        <w:br/>
        <w:t>Нараз звиваючись кільцем,&lt;br /&gt;</w:t>
        <w:br/>
        <w:t>То, ніби вражена вогнем,&lt;br /&gt;</w:t>
        <w:br/>
        <w:t>На землю кидалась жарку,&lt;br /&gt;</w:t>
        <w:br/>
        <w:t>Щоб зникнути в чагарнику...&lt;br /&gt;</w:t>
        <w:br/>
        <w:t>23&lt;br /&gt;</w:t>
        <w:br/>
        <w:t>"Так тихо, світло в вишині&lt;br /&gt;</w:t>
        <w:br/>
        <w:t>Було — крізь пару вдалині&lt;br /&gt;</w:t>
        <w:br/>
        <w:t>Чорніли дві вершини гір.&lt;br /&gt;</w:t>
        <w:br/>
        <w:t>Виднівся там наш монастир.&lt;br /&gt;</w:t>
        <w:br/>
        <w:t>Внизу Арагва і Кура,&lt;br /&gt;</w:t>
        <w:br/>
        <w:t>Обвившись стрічкою срібла&lt;br /&gt;</w:t>
        <w:br/>
        <w:t>Округ зелених островів,&lt;br /&gt;</w:t>
        <w:br/>
        <w:t>В корінні шепітких кущів&lt;br /&gt;</w:t>
        <w:br/>
        <w:t>Так легко, дружно мчали вдвох...&lt;br /&gt;</w:t>
        <w:br/>
        <w:t>Я був далеко від обох.&lt;br /&gt;</w:t>
        <w:br/>
        <w:t>Хотів підвестися було:&lt;br /&gt;</w:t>
        <w:br/>
        <w:t>В очах все обертом пішло.&lt;br /&gt;</w:t>
        <w:br/>
        <w:t>Хотів гукнуть: язик сухий&lt;br /&gt;</w:t>
        <w:br/>
        <w:t>Був нерухомий, мовчазний.&lt;br /&gt;</w:t>
        <w:br/>
        <w:t>Я умирав. Здалось мені&lt;br /&gt;</w:t>
        <w:br/>
        <w:t>У передсмертній маячні,&lt;br /&gt;</w:t>
        <w:br/>
        <w:t>Що я лежу на свіжім дні&lt;br /&gt;</w:t>
        <w:br/>
        <w:t>Ріки глибокої — була&lt;br /&gt;</w:t>
        <w:br/>
        <w:t>Навколо таємнича мла.&lt;br /&gt;</w:t>
        <w:br/>
        <w:t>І спрагу, що в мені завжди</w:t>
      </w:r>
    </w:p>
    <w:p>
      <w:r>
        <w:br/>
        <w:t>Жила, гасив струмок води —&lt;br /&gt;</w:t>
        <w:br/>
        <w:t>Струмок морозяний, що біг&lt;br /&gt;</w:t>
        <w:br/>
        <w:t>З дзюрчанням вглиб грудей моїх...&lt;br /&gt;</w:t>
        <w:br/>
        <w:t>І лиш заснути я боявсь, —&lt;br /&gt;</w:t>
        <w:br/>
        <w:t>В такому щасті я купавсь...&lt;br /&gt;</w:t>
        <w:br/>
        <w:t>А надо мною угорі&lt;br /&gt;</w:t>
        <w:br/>
        <w:t>Гуляли хвилі в дивній грі,&lt;br /&gt;</w:t>
        <w:br/>
        <w:t>І сонце крізь кришталь води,&lt;br /&gt;</w:t>
        <w:br/>
        <w:t>Як місяць, сяло з висоти.&lt;br /&gt;</w:t>
        <w:br/>
        <w:t>Барвисті рибки табуном&lt;br /&gt;</w:t>
        <w:br/>
        <w:t>В промінні бавились кругом.&lt;br /&gt;</w:t>
        <w:br/>
        <w:t>Я згадую одну із них:&lt;br /&gt;</w:t>
        <w:br/>
        <w:t>Вона була між інших всіх&lt;br /&gt;</w:t>
        <w:br/>
        <w:t>Така привітна і близька.&lt;br /&gt;</w:t>
        <w:br/>
        <w:t>Горіла золотом луска&lt;br /&gt;</w:t>
        <w:br/>
        <w:t>На спині в неї. І вилась&lt;br /&gt;</w:t>
        <w:br/>
        <w:t>Круг мене рибонька якась,&lt;br /&gt;</w:t>
        <w:br/>
        <w:t>Дивилась з ніжністю сумна&lt;br /&gt;</w:t>
        <w:br/>
        <w:t>Очей зелених глибина...&lt;br /&gt;</w:t>
        <w:br/>
        <w:t>І, захват збуджуючи мій,&lt;br /&gt;</w:t>
        <w:br/>
        <w:t>Рибинки голос срібляний&lt;br /&gt;</w:t>
        <w:br/>
        <w:t>Мені щось дивне шепотав,&lt;br /&gt;</w:t>
        <w:br/>
        <w:t>Співав і знову замовкав.&lt;br /&gt;</w:t>
        <w:br/>
        <w:t>Він говорив: "Моє дитя,&lt;br /&gt;</w:t>
        <w:br/>
        <w:t>Не йди з річного дна:&lt;br /&gt;</w:t>
        <w:br/>
        <w:t>Привітне у воді життя,&lt;br /&gt;</w:t>
        <w:br/>
        <w:t>Тут свіжість, тишина.&lt;br /&gt;</w:t>
        <w:br/>
        <w:t>Покличу я сестер моїх.&lt;br /&gt;</w:t>
        <w:br/>
        <w:t>Ми танцем круговим&lt;br /&gt;</w:t>
        <w:br/>
        <w:t>Розвієм сум очей твоїх&lt;br /&gt;</w:t>
        <w:br/>
        <w:t>І душу звеселим.&lt;br /&gt;</w:t>
        <w:br/>
        <w:t>Засни! М'яка твоя постіль&lt;br /&gt;</w:t>
        <w:br/>
        <w:t>Прозорий твій покрив.&lt;br /&gt;</w:t>
        <w:br/>
        <w:t>Минуть віки під гомін хвиль,&lt;br /&gt;</w:t>
        <w:br/>
        <w:t>Під говір дивних снів.</w:t>
      </w:r>
    </w:p>
    <w:p>
      <w:r>
        <w:br/>
        <w:t>0 милий мій, не затаю,&lt;br /&gt;</w:t>
        <w:br/>
        <w:t>Що я тебе люблю,&lt;br /&gt;</w:t>
        <w:br/>
        <w:t>Люблю, як вільну течію,&lt;br /&gt;</w:t>
        <w:br/>
        <w:t>Життя й ріку мою..."&lt;br /&gt;</w:t>
        <w:br/>
        <w:t>1 довго, довго слухав я;&lt;br /&gt;</w:t>
        <w:br/>
        <w:t>Бриніла тихо течія,&lt;br /&gt;</w:t>
        <w:br/>
        <w:t>Бриніння хвиль — мені здалось&lt;br /&gt;</w:t>
        <w:br/>
        <w:t>З словами рибоньки злилось.&lt;br /&gt;</w:t>
        <w:br/>
        <w:t>Тут я знетямивсь. Світло дня&lt;br /&gt;</w:t>
        <w:br/>
        <w:t>В очах погасло. Маячня&lt;br /&gt;</w:t>
        <w:br/>
        <w:t>Мене покинула слабким...&lt;br /&gt;</w:t>
        <w:br/>
        <w:t>24&lt;br /&gt;</w:t>
        <w:br/>
        <w:t>"От ви й знайшли мене таким...&lt;br /&gt;</w:t>
        <w:br/>
        <w:t>Що сталось далі, знаєш сам..&lt;br /&gt;</w:t>
        <w:br/>
        <w:t>Кінчив я; вір моїм словам&lt;br /&gt;</w:t>
        <w:br/>
        <w:t>Або не вір їм, байдуже.&lt;br /&gt;</w:t>
        <w:br/>
        <w:t>Одним журюся я лише:&lt;br /&gt;</w:t>
        <w:br/>
        <w:t>Мій труп холодний і німий&lt;br /&gt;</w:t>
        <w:br/>
        <w:t>В землі не тлітиме моїй,&lt;br /&gt;</w:t>
        <w:br/>
        <w:t>І повість іспитів гірких&lt;br /&gt;</w:t>
        <w:br/>
        <w:t>Ніколи в стінах цих глухих&lt;br /&gt;</w:t>
        <w:br/>
        <w:t>Не збудить жалю й співчуття&lt;br /&gt;</w:t>
        <w:br/>
        <w:t>До скорбного мого життя.&lt;br /&gt;</w:t>
        <w:br/>
        <w:t>25&lt;br /&gt;</w:t>
        <w:br/>
        <w:t>"Прощай же, отче... руку дай:&lt;br /&gt;</w:t>
        <w:br/>
        <w:t>Відчув? Моя гаряча вкрай,..&lt;br /&gt;</w:t>
        <w:br/>
        <w:t>Цей пломінь від юнацьких днів&lt;br /&gt;</w:t>
        <w:br/>
        <w:t>В моєму серці потай жив.&lt;br /&gt;</w:t>
        <w:br/>
        <w:t>Поживи більш нема йому,&lt;br /&gt;</w:t>
        <w:br/>
        <w:t>І він пропік свою тюрму&lt;br /&gt;</w:t>
        <w:br/>
        <w:t>І пробуває знову з тим,&lt;br /&gt;</w:t>
        <w:br/>
        <w:t>Хто за законом віковим&lt;br /&gt;</w:t>
        <w:br/>
        <w:t>Дає страждання й спокій всім...&lt;br /&gt;</w:t>
        <w:br/>
        <w:t>Та що для мене в тім? В раю,&lt;br /&gt;</w:t>
        <w:br/>
        <w:t>У понадхмарному краю,</w:t>
      </w:r>
    </w:p>
    <w:p>
      <w:r>
        <w:br/>
        <w:t>Хай душу прихистять мою...&lt;br /&gt;</w:t>
        <w:br/>
        <w:t>Дарма! За декілька хвилин&lt;br /&gt;</w:t>
        <w:br/>
        <w:t>Між скель стрімчастих і бистрин,&lt;br /&gt;</w:t>
        <w:br/>
        <w:t>Де я в дитинстві пустував,&lt;br /&gt;</w:t>
        <w:br/>
        <w:t>Я б рай та вічність проміняв...&lt;br /&gt;</w:t>
        <w:br/>
        <w:t>26&lt;br /&gt;</w:t>
        <w:br/>
        <w:t>"Коли я стану умирать, —&lt;br /&gt;</w:t>
        <w:br/>
        <w:t>І, вір, тобі не довго ждать —&lt;br /&gt;</w:t>
        <w:br/>
        <w:t>Ти накажи, щоб піднесли&lt;br /&gt;</w:t>
        <w:br/>
        <w:t>Мене до саду, де цвіли&lt;br /&gt;</w:t>
        <w:br/>
        <w:t>Акацій два кущі рясних...&lt;br /&gt;</w:t>
        <w:br/>
        <w:t>Трава така густа між них!&lt;br /&gt;</w:t>
        <w:br/>
        <w:t>Там віє холод запашний,&lt;br /&gt;</w:t>
        <w:br/>
        <w:t>На лист прозоро-золотий&lt;br /&gt;</w:t>
        <w:br/>
        <w:t>Проміння падає ясне.&lt;br /&gt;</w:t>
        <w:br/>
        <w:t>Покласти там звели мене.&lt;br /&gt;</w:t>
        <w:br/>
        <w:t>В блакитне сяйво дня пірне&lt;br /&gt;</w:t>
        <w:br/>
        <w:t>Мій-зір тоді в останній раз.&lt;br /&gt;</w:t>
        <w:br/>
        <w:t>Відтіль видніється й Кавказ.&lt;br /&gt;</w:t>
        <w:br/>
        <w:t>І, може, з гордих верховин&lt;br /&gt;</w:t>
        <w:br/>
        <w:t>Мені привіт прощальний він&lt;br /&gt;</w:t>
        <w:br/>
        <w:t>Пришле з холодним вітерцем..&lt;br /&gt;</w:t>
        <w:br/>
        <w:t>І рідний звук перед кінцем&lt;br /&gt;</w:t>
        <w:br/>
        <w:t>Ізнов моїх торкнеться вух!&lt;br /&gt;</w:t>
        <w:br/>
        <w:t>І я гадатиму, що друг&lt;br /&gt;</w:t>
        <w:br/>
        <w:t>Чи брат в сердечному дбанні&lt;br /&gt;</w:t>
        <w:br/>
        <w:t>Втирає смертний піт мені&lt;br /&gt;</w:t>
        <w:br/>
        <w:t>З обличчя і співа пісень&lt;br /&gt;</w:t>
        <w:br/>
        <w:t>Про край, омріяний лишень...&lt;br /&gt;</w:t>
        <w:br/>
        <w:t>Я з тою мрією засну,&lt;br /&gt;</w:t>
        <w:br/>
        <w:t>Й нікого я не прокляну".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Мцирі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