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Мрії Маленької Ложечки</w:t>
      </w:r>
    </w:p>
    <w:p>
      <w:r>
        <w:br/>
        <w:t xml:space="preserve"> &lt;p&gt;Маленька Ложечка загубилася. Вона лежала у нутрощах старого Черевика, на товстій Устілці й час від часу шепотіла розтріпаному Шнурку:</w:t>
      </w:r>
    </w:p>
    <w:p>
      <w:r>
        <w:br/>
        <w:t>&amp;#8195; – Ось побачиш, мене невдовзі знайдуть.</w:t>
      </w:r>
    </w:p>
    <w:p>
      <w:r>
        <w:br/>
        <w:t>&amp;#8195; – Не сміши, кумасю, – відповідав їй похмурий Шнурок. – Ніхто й не помітив, що ти зникла. І шукати тебе ніхто не збирається. Як кожного з нас, до речі.</w:t>
      </w:r>
    </w:p>
    <w:p>
      <w:r>
        <w:br/>
        <w:t>&amp;#8195; – Як добре було колись, – пустився у згадки старий Черевик. – Пам’ятаю, коли я – такий блискучий! – кожного дня гуляв вулицями, мене поважали усі камінці. Го-го! А як рішуче я керував футбольним М’ячем?!</w:t>
      </w:r>
    </w:p>
    <w:p>
      <w:r>
        <w:br/>
        <w:t>&amp;#8195; – Здається, – не вмовчала Устілка, – ти тілько-но й робив, що шастав по калюжах й наскрізь промокав. Тому я, нещасна, постійно страждала нежитю.</w:t>
      </w:r>
    </w:p>
    <w:p>
      <w:r>
        <w:br/>
        <w:t>&amp;#8195; – Набридло! – не витримала Ложечка. – Навіщо сперечатися? Загалом, жити треба так, щоб кожна хвилина була цікавою й пізнавальною. Ось, як у мене була. Наприклад, три тижні тому, ми з Хлопчиком зарили на дворі лимонні та помаранчеві кісточки. А потім позаглядали в усі склянки з варенням. На минулому ж тижні ми проводили хімічний експеримент – насипали порошок для прання у молоко й розводили кока-колою...</w:t>
      </w:r>
    </w:p>
    <w:p>
      <w:r>
        <w:br/>
        <w:t>&amp;#8195; Ложечка так поринула у спогади, що й не помітила, як і Черевик, й Устілка поснули.</w:t>
      </w:r>
    </w:p>
    <w:p>
      <w:r>
        <w:br/>
        <w:t>&amp;#8195; – Моя улюблена кавова Ложечка зникла, – пробурмотіла Мати, перебираючи у буфеті столові набори.</w:t>
      </w:r>
    </w:p>
    <w:p>
      <w:r>
        <w:br/>
        <w:t>&amp;#8195; – Синку, – звернулася вона до Хлопчика, – ти не бачив Маленької Ложечки?</w:t>
      </w:r>
    </w:p>
    <w:p>
      <w:r>
        <w:br/>
        <w:t>&amp;#8195; – Ти кажеш, Ложечки? – перепитав Хлопчик і зашарівся.</w:t>
      </w:r>
    </w:p>
    <w:p>
      <w:r>
        <w:br/>
        <w:t>&amp;#8195; – Так, де моя улюблена Маленька Ложечка? – насупила брови Мати.</w:t>
      </w:r>
    </w:p>
    <w:p>
      <w:r>
        <w:br/>
        <w:t>&amp;#8195; – Розумієш, я ще вчора хотів тобі сказати... – почав Хлопчик нерішуче. – Так от, я хотів тобі сказати, що вона... тая Ложечка... вона десь сховалася. І я не можу її знайти.</w:t>
      </w:r>
    </w:p>
    <w:p>
      <w:r>
        <w:br/>
        <w:t>&amp;#8195; Мати зітхнула.</w:t>
      </w:r>
    </w:p>
    <w:p>
      <w:r>
        <w:br/>
        <w:t>&amp;#8195; – Що ж, будемо шукати її удвох.</w:t>
      </w:r>
    </w:p>
    <w:p>
      <w:r>
        <w:br/>
        <w:t>&amp;#8195; – Сюди! Я тут, тут! – вигукнула Ложечка, почувши знайомі голоси.</w:t>
      </w:r>
    </w:p>
    <w:p>
      <w:r>
        <w:br/>
        <w:t>&amp;#8195; – Не здіймай тарарам! – зупинив її Шнурок. – Від того лементу, що ти наробила, мене вузлом зав’язало.</w:t>
      </w:r>
    </w:p>
    <w:p>
      <w:r>
        <w:br/>
        <w:t>&amp;#8195; – Що, я комусь потрібен? – очунявся і старий Черевик.</w:t>
      </w:r>
    </w:p>
    <w:p>
      <w:r>
        <w:br/>
        <w:t>&amp;#8195; – Нікому ми, довговікі, не потрібні, – відрубала Устілка, – і не сподівайся.</w:t>
      </w:r>
    </w:p>
    <w:p>
      <w:r>
        <w:br/>
        <w:t>&amp;#8195; – Та ось вона, – зрадів Хлопчик і дістав Ложечку з Черевика.</w:t>
      </w:r>
    </w:p>
    <w:p>
      <w:r>
        <w:br/>
        <w:t>&amp;#8195; – Що вона там робила? – поцікавилась Мати.</w:t>
      </w:r>
    </w:p>
    <w:p>
      <w:r>
        <w:br/>
        <w:t>&amp;#8195; Хлопчик замислився.</w:t>
      </w:r>
    </w:p>
    <w:p>
      <w:r>
        <w:br/>
        <w:t>&amp;#8195; – Згадав! – радо вигукнув він. – Я хотів бути моряком. Наче Черевик – мій корабель, і він починає тонути. А Ложечка допомагає йому вичерпувати воду з трюму.</w:t>
      </w:r>
    </w:p>
    <w:p>
      <w:r>
        <w:br/>
        <w:t>&amp;#8195; – Фантазер... – зронила Мати і сварити Хлопчика не стала.</w:t>
      </w:r>
    </w:p>
    <w:p>
      <w:r>
        <w:br/>
        <w:t>&amp;#8195; – Так, я дуже потрібна, – задзвеніла Ложечка.</w:t>
      </w:r>
    </w:p>
    <w:p>
      <w:r>
        <w:br/>
        <w:t>&amp;#8195; – Яка радість! Про мене пам’ятають, – скрипнув Черевик.</w:t>
      </w:r>
    </w:p>
    <w:p>
      <w:r>
        <w:br/>
        <w:t>&amp;#8195; – Можна, я теж буду гратися? І стану тросом? – улесливо звернувся до Хлопчика Шнурок.</w:t>
      </w:r>
    </w:p>
    <w:p>
      <w:r>
        <w:br/>
        <w:t>&amp;#8195; – І коли ми будемо гратися? – закричали вони разом.</w:t>
      </w:r>
    </w:p>
    <w:p>
      <w:r>
        <w:br/>
        <w:t>&amp;#8195; – Ми будемо гратися завтра, – підморгнув їм Хлопчик. – Коли Мама на роботу піде. У ванні так добре плавати.</w:t>
      </w:r>
    </w:p>
    <w:p>
      <w:r>
        <w:br/>
        <w:t>&amp;#8195; Мати підняла Черевик і почала його роздивлятися.</w:t>
      </w:r>
    </w:p>
    <w:p>
      <w:r>
        <w:br/>
        <w:t>&amp;#8195; – Ти диви! Треба віддати ці черевики у ремонт. Тоді їх можна буде одягати у негоду.</w:t>
      </w:r>
    </w:p>
    <w:p>
      <w:r>
        <w:br/>
        <w:t>&amp;#8195; – Ми ще покозакуємо! – звеселився Черевик.</w:t>
      </w:r>
    </w:p>
    <w:p>
      <w:r>
        <w:br/>
        <w:t>&amp;#8195; – Хто ж буде кораблем? – засмутилася Ложечка.</w:t>
      </w:r>
    </w:p>
    <w:p>
      <w:r>
        <w:br/>
        <w:t>&amp;#8195; – Нічого не вдієш, доведеться зробити паперовий кораблик, – заспокоїв її Хлопчик.</w:t>
      </w:r>
    </w:p>
    <w:p>
      <w:r>
        <w:br/>
        <w:t>&amp;#8195; Мати віднесла Ложечку до буфету. Засинаючи, Ложечка почула, як Хлопчик шепоче:</w:t>
      </w:r>
    </w:p>
    <w:p>
      <w:r>
        <w:br/>
        <w:t>&amp;#8195; – До зустрічі, Маленька Ложечко!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Мрії Маленької Ложечки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