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&lt;blockquote&gt;&lt;p&gt;Нема в світі правди,</w:t>
      </w:r>
    </w:p>
    <w:p>
      <w:r>
        <w:br/>
        <w:t>правди не зіськати.</w:t>
      </w:r>
    </w:p>
    <w:p>
      <w:r>
        <w:br/>
        <w:t>Народна пісня,</w:t>
      </w:r>
    </w:p>
    <w:p>
      <w:r>
        <w:br/>
        <w:t>&lt;/blockquote&gt;&lt;blockquote&gt;І хоч єдиную сльозину</w:t>
      </w:r>
    </w:p>
    <w:p>
      <w:r>
        <w:br/>
        <w:t>в очах безсмертних покажи ...</w:t>
      </w:r>
    </w:p>
    <w:p>
      <w:r>
        <w:br/>
        <w:t>Шевченко.</w:t>
      </w:r>
    </w:p>
    <w:p>
      <w:r>
        <w:br/>
        <w:t>1.</w:t>
      </w:r>
    </w:p>
    <w:p>
      <w:r>
        <w:br/>
        <w:t>І Врубель спав, як стало темно,</w:t>
      </w:r>
    </w:p>
    <w:p>
      <w:r>
        <w:br/>
        <w:t>і книга на столі товста;</w:t>
      </w:r>
    </w:p>
    <w:p>
      <w:r>
        <w:br/>
        <w:t>і підійшов навшпиньки демон</w:t>
      </w:r>
    </w:p>
    <w:p>
      <w:r>
        <w:br/>
        <w:t>і в мозок нахилив вуста.</w:t>
      </w:r>
    </w:p>
    <w:p>
      <w:r>
        <w:br/>
        <w:t>Коли ж від нього, наче п'яний,</w:t>
      </w:r>
    </w:p>
    <w:p>
      <w:r>
        <w:br/>
        <w:t>поглянув скоса на мольборт,</w:t>
      </w:r>
    </w:p>
    <w:p>
      <w:r>
        <w:br/>
        <w:t>то на губах криваві плями</w:t>
      </w:r>
    </w:p>
    <w:p>
      <w:r>
        <w:br/>
        <w:t>окреслювали страшно рот.</w:t>
      </w:r>
    </w:p>
    <w:p>
      <w:r>
        <w:br/>
        <w:t>Було і через місяць темно,</w:t>
      </w:r>
    </w:p>
    <w:p>
      <w:r>
        <w:br/>
        <w:t>в лікарні Врубель умирав,</w:t>
      </w:r>
    </w:p>
    <w:p>
      <w:r>
        <w:br/>
        <w:t>і тут же на мольберті демон,</w:t>
      </w:r>
    </w:p>
    <w:p>
      <w:r>
        <w:br/>
        <w:t>уже змальований, стояв;</w:t>
      </w:r>
    </w:p>
    <w:p>
      <w:r>
        <w:br/>
        <w:t>оригінал же аж на шахві,</w:t>
      </w:r>
    </w:p>
    <w:p>
      <w:r>
        <w:br/>
        <w:t>усівшися на фоліянт,</w:t>
      </w:r>
    </w:p>
    <w:p>
      <w:r>
        <w:br/>
        <w:t>грав на крилі, немов на арфі,</w:t>
      </w:r>
    </w:p>
    <w:p>
      <w:r>
        <w:br/>
        <w:t>сумний напівцерковний кант.</w:t>
      </w:r>
    </w:p>
    <w:p>
      <w:r>
        <w:br/>
        <w:t>Але моя гаряча мрія</w:t>
      </w:r>
    </w:p>
    <w:p>
      <w:r>
        <w:br/>
        <w:t>ще кров із мозку не взяла:</w:t>
      </w:r>
    </w:p>
    <w:p>
      <w:r>
        <w:br/>
        <w:t>вона над озером німіє</w:t>
      </w:r>
    </w:p>
    <w:p>
      <w:r>
        <w:br/>
        <w:t>на Україні край села,</w:t>
      </w:r>
    </w:p>
    <w:p>
      <w:r>
        <w:br/>
        <w:t>де мідний місяць від узлісся</w:t>
      </w:r>
    </w:p>
    <w:p>
      <w:r>
        <w:br/>
        <w:t>в безодню озеро потяг</w:t>
      </w:r>
    </w:p>
    <w:p>
      <w:r>
        <w:br/>
        <w:t>і очерет над ним піднісся,</w:t>
      </w:r>
    </w:p>
    <w:p>
      <w:r>
        <w:br/>
        <w:t>і бору з берега досяг;</w:t>
      </w:r>
    </w:p>
    <w:p>
      <w:r>
        <w:br/>
        <w:t>Де плине хмара передерта</w:t>
      </w:r>
    </w:p>
    <w:p>
      <w:r>
        <w:br/>
        <w:t>аж об карпатський перелаз,</w:t>
      </w:r>
    </w:p>
    <w:p>
      <w:r>
        <w:br/>
        <w:t>не знаючи, де жде поета</w:t>
      </w:r>
    </w:p>
    <w:p>
      <w:r>
        <w:br/>
        <w:t>колишня мрія раз-у-раз;</w:t>
      </w:r>
    </w:p>
    <w:p>
      <w:r>
        <w:br/>
        <w:t>не знаючи, що без надії</w:t>
      </w:r>
    </w:p>
    <w:p>
      <w:r>
        <w:br/>
        <w:t>йому настане день тяжкий,</w:t>
      </w:r>
    </w:p>
    <w:p>
      <w:r>
        <w:br/>
        <w:t>бо скрізь, навіки вже до мрії</w:t>
      </w:r>
    </w:p>
    <w:p>
      <w:r>
        <w:br/>
        <w:t>позападалися стежки ...</w:t>
      </w:r>
    </w:p>
    <w:p>
      <w:r>
        <w:br/>
        <w:t>3.</w:t>
      </w:r>
    </w:p>
    <w:p>
      <w:r>
        <w:br/>
        <w:t>Але коли впаде в казарму</w:t>
      </w:r>
    </w:p>
    <w:p>
      <w:r>
        <w:br/>
        <w:t>поет конати в самоті, —</w:t>
      </w:r>
    </w:p>
    <w:p>
      <w:r>
        <w:br/>
        <w:t>вона стає, неначе мармур</w:t>
      </w:r>
    </w:p>
    <w:p>
      <w:r>
        <w:br/>
        <w:t>у піднебесній висоті,</w:t>
      </w:r>
    </w:p>
    <w:p>
      <w:r>
        <w:br/>
        <w:t>і твір його бере під ноги</w:t>
      </w:r>
    </w:p>
    <w:p>
      <w:r>
        <w:br/>
        <w:t>і за престол, і за хорал,</w:t>
      </w:r>
    </w:p>
    <w:p>
      <w:r>
        <w:br/>
        <w:t>і дивиться на всі дороги,</w:t>
      </w:r>
    </w:p>
    <w:p>
      <w:r>
        <w:br/>
        <w:t>немов скривавлений Ваал.</w:t>
      </w:r>
    </w:p>
    <w:p>
      <w:r>
        <w:br/>
        <w:t>Якби вхопити в духа злого</w:t>
      </w:r>
    </w:p>
    <w:p>
      <w:r>
        <w:br/>
        <w:t>велику книгу із-під крил,</w:t>
      </w:r>
    </w:p>
    <w:p>
      <w:r>
        <w:br/>
        <w:t>і кинути на путь убогу,</w:t>
      </w:r>
    </w:p>
    <w:p>
      <w:r>
        <w:br/>
        <w:t>зірвавши найгустіший пил, —</w:t>
      </w:r>
    </w:p>
    <w:p>
      <w:r>
        <w:br/>
        <w:t>щоб навіть в демона з нагоди</w:t>
      </w:r>
    </w:p>
    <w:p>
      <w:r>
        <w:br/>
        <w:t>сльоза упала в осоку,</w:t>
      </w:r>
    </w:p>
    <w:p>
      <w:r>
        <w:br/>
        <w:t>тоді поет без нагороди</w:t>
      </w:r>
    </w:p>
    <w:p>
      <w:r>
        <w:br/>
        <w:t>зазнав би правду, хоч таку!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