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весни</w:t>
      </w:r>
    </w:p>
    <w:p>
      <w:r>
        <w:br/>
        <w:t xml:space="preserve"> …Я прийду до трави, так приходять нарешті до тями,&lt;br /&gt;</w:t>
        <w:br/>
        <w:t>Скину руки навстріч… так скидають із себе тягар…&lt;br /&gt;</w:t>
        <w:br/>
        <w:t>Вийде мати з дверей… Полинами війне… полинами…&lt;br /&gt;</w:t>
        <w:br/>
        <w:t>Розлетиться в світах листвяний лісовий календар.&lt;br /&gt;</w:t>
        <w:br/>
        <w:t>Я злечу до води, так хмарини у росах зітхають,…&lt;br /&gt;</w:t>
        <w:br/>
        <w:t>Бо дитина іще, і діточа абетка прощань,&lt;br /&gt;</w:t>
        <w:br/>
        <w:t>Он метелик злетів, а струмок на очах висихає,&lt;br /&gt;</w:t>
        <w:br/>
        <w:t>І пелюстка долоні гіркої сльози не вміща.&lt;br /&gt;</w:t>
        <w:br/>
        <w:t>Ще світи голубі, а за хвилю — рожеві, зелені,&lt;br /&gt;</w:t>
        <w:br/>
        <w:t>А вітрець осідлав золотої хмаринки лоша,&lt;br /&gt;</w:t>
        <w:br/>
        <w:t>І весела бджола навертає круги біля мене,&lt;br /&gt;</w:t>
        <w:br/>
        <w:t>І сусідський хлопчина кудись, як завжди, поспіша.</w:t>
      </w:r>
    </w:p>
    <w:p>
      <w:r>
        <w:br/>
        <w:t>….Я прийду до верби, не одних вона тут повінчала.&lt;br /&gt;</w:t>
        <w:br/>
        <w:t>Затокує ріка – і не стримати хвилю жаги.&lt;br /&gt;</w:t>
        <w:br/>
        <w:t>Затремтять береги під пронизливим світлом печалі,&lt;br /&gt;</w:t>
        <w:br/>
        <w:t>Та ріка розведе і оплаче мої береги.&lt;br /&gt;</w:t>
        <w:br/>
        <w:t>Скаже мати: не йди, бо блукання ті будуть даремні.&lt;br /&gt;</w:t>
        <w:br/>
        <w:t>Я всміхнуся: пощо ти мені свої крила дала?&lt;br /&gt;</w:t>
        <w:br/>
        <w:t>І одкриється шлях, та позаду зачиняться двері,&lt;br /&gt;</w:t>
        <w:br/>
        <w:t>І вогні розростуться, та більше не буде тепла.&lt;br /&gt;</w:t>
        <w:br/>
        <w:t>Бо кохання моє — жаливою, солоним прибоєм,&lt;br /&gt;</w:t>
        <w:br/>
        <w:t>Потім — тільки світіння прощальних судьби переправ.&lt;br /&gt;</w:t>
        <w:br/>
        <w:t>І уже без стріли — тятивою лише… тятивою…&lt;br /&gt;</w:t>
        <w:br/>
        <w:t>Забриниш від високих, на грані розриву, октав.</w:t>
      </w:r>
    </w:p>
    <w:p>
      <w:r>
        <w:br/>
        <w:t>…Я прийду до гнізда. У хисткі і блідаві відзимки,&lt;br /&gt;</w:t>
        <w:br/>
        <w:t>І хитнеться навстріч постаріла знайома верба,&lt;br /&gt;</w:t>
        <w:br/>
        <w:t>Де хоробре дівча вже протоптує першу стежинку,&lt;br /&gt;</w:t>
        <w:br/>
        <w:t>А вода у струмочку колюча, й така голуба.&lt;br /&gt;</w:t>
        <w:br/>
        <w:t>Шепочу їй: не йди. Та вітри вже дзвенить стременами,&lt;br /&gt;</w:t>
        <w:br/>
        <w:t>Опускає дівча рученята у сиву ріку.&lt;br /&gt;</w:t>
        <w:br/>
        <w:t>Така рання весна. Полинами цвіте… полинами…&lt;br /&gt;</w:t>
        <w:br/>
        <w:t>Ще відчинені двері, хоч ключ вже стримить у замку.&lt;br /&gt;</w:t>
        <w:br/>
        <w:t>Я повернусь сюди, так відходять сніги у коріння,&lt;br /&gt;</w:t>
        <w:br/>
        <w:t>Так колосся скидає зерно із важкого крила.&lt;br /&gt;</w:t>
        <w:br/>
        <w:t>Що там далі? Весна. Переміни… Авжеж переміни…&lt;br /&gt;</w:t>
        <w:br/>
        <w:t>Врешті, я ще не знаю. Туди я іще не дійшла…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