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Мої пісні привикли вихваляти...</w:t>
      </w:r>
    </w:p>
    <w:p>
      <w:r>
        <w:br/>
        <w:t xml:space="preserve"> Мої пісні привикли вихваляти&lt;br /&gt;</w:t>
        <w:br/>
        <w:t>за щире співчуття до бідняків.&lt;br /&gt;</w:t>
        <w:br/>
        <w:t>Авжеж, неважко про ярмо співати&lt;br /&gt;</w:t>
        <w:br/>
        <w:t>тому, хто сам в ярмі свій вік прожив.</w:t>
      </w:r>
    </w:p>
    <w:p>
      <w:r>
        <w:br/>
        <w:t>Я знаю бій, що виник не сьогодні&lt;br /&gt;</w:t>
        <w:br/>
        <w:t>й не завтра скінчиться, одвічний бій —&lt;br /&gt;</w:t>
        <w:br/>
        <w:t>світанки над колискою голодні&lt;br /&gt;</w:t>
        <w:br/>
        <w:t>і вечори у тиші неживій.</w:t>
      </w:r>
    </w:p>
    <w:p>
      <w:r>
        <w:br/>
        <w:t>То бій за шмат насущного, змагання,&lt;br /&gt;</w:t>
        <w:br/>
        <w:t>в якому виграю?ть лупіж, підлота, мста,&lt;br /&gt;</w:t>
        <w:br/>
        <w:t>і гинуть на майбутнє сподівання,&lt;br /&gt;</w:t>
        <w:br/>
        <w:t>і в розквіті надія відцвіта.</w:t>
      </w:r>
    </w:p>
    <w:p>
      <w:r>
        <w:br/>
        <w:t>Вмій погребати кожної хвилини&lt;br /&gt;</w:t>
        <w:br/>
        <w:t>ті квіти, що у твій вінок вплелись...&lt;br /&gt;</w:t>
        <w:br/>
        <w:t>Укриє листя шар вологий глини,-&lt;br /&gt;</w:t>
        <w:br/>
        <w:t>ти жив, любив, щоб смерть прийшла колись.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Мої пісні привикли вихваляти...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