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Мовчання Європи</w:t>
      </w:r>
    </w:p>
    <w:p>
      <w:r>
        <w:br/>
        <w:t xml:space="preserve"> І Крим, І Рим. І газова труба…&lt;br /&gt;</w:t>
        <w:br/>
        <w:t>Тобі не відсидітися в окопі.&lt;br /&gt;</w:t>
        <w:br/>
        <w:t>У хижій тіні смертного гриба&lt;br /&gt;</w:t>
        <w:br/>
        <w:t>Твоїх дітей малюється судьба.&lt;br /&gt;</w:t>
        <w:br/>
        <w:t>Мовчання, вже не золото, Європо!</w:t>
      </w:r>
    </w:p>
    <w:p>
      <w:r>
        <w:br/>
        <w:t>Ти все гризешся аби зайвий гріш&lt;br /&gt;</w:t>
        <w:br/>
        <w:t>Не вислизнув із гамана товстого.&lt;br /&gt;</w:t>
        <w:br/>
        <w:t>Звичайний бізнес. І нічого більш.&lt;br /&gt;</w:t>
        <w:br/>
        <w:t>Але послухай – це і твій рубіж,&lt;br /&gt;</w:t>
        <w:br/>
        <w:t>Бо гість незваний під твоїм порогом.</w:t>
      </w:r>
    </w:p>
    <w:p>
      <w:r>
        <w:br/>
        <w:t>Тобі снується тиш і благодать,&lt;br /&gt;</w:t>
        <w:br/>
        <w:t>Не віриш, що зачепить веремія:&lt;br /&gt;</w:t>
        <w:br/>
        <w:t>Ці ріки крові, привиди багать…&lt;br /&gt;</w:t>
        <w:br/>
        <w:t>Допоки будеш нишкнути й мовчать&lt;br /&gt;</w:t>
        <w:br/>
        <w:t>Щоб раптом не розгнівати Росію?</w:t>
      </w:r>
    </w:p>
    <w:p>
      <w:r>
        <w:br/>
        <w:t>Люблю твої палаци і мости,&lt;br /&gt;</w:t>
        <w:br/>
        <w:t>І кров’ю відвойовані свободи,&lt;br /&gt;</w:t>
        <w:br/>
        <w:t>Але мовчання… Господи прости!&lt;br /&gt;</w:t>
        <w:br/>
        <w:t>І одведи од губ свої персти!&lt;br /&gt;</w:t>
        <w:br/>
        <w:t>Нічого не вартують ті угоди.</w:t>
      </w:r>
    </w:p>
    <w:p>
      <w:r>
        <w:br/>
        <w:t>В твоїх очах прадавня пелена,&lt;br /&gt;</w:t>
        <w:br/>
        <w:t>Та від сьогодні тут нема безвинних,&lt;br /&gt;</w:t>
        <w:br/>
        <w:t>Проснулася голодна звірина.&lt;br /&gt;</w:t>
        <w:br/>
        <w:t>І це є наша. І твоя війна.&lt;br /&gt;</w:t>
        <w:br/>
        <w:t>Коли мовчання, наче постріл в спину.</w:t>
      </w:r>
    </w:p>
    <w:p>
      <w:r>
        <w:br/>
        <w:t>Ця давня гра в розмисливу німу...&lt;br /&gt;</w:t>
        <w:br/>
        <w:t>Старий ковчег ладнаєш до потопу?&lt;br /&gt;</w:t>
        <w:br/>
        <w:t>То приготуй, про всяк, гірку суму,&lt;br /&gt;</w:t>
        <w:br/>
        <w:t>Й не набудуй сама собі тюрму,&lt;br /&gt;</w:t>
        <w:br/>
        <w:t>За волю не торгуються, Європо!&lt;br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Мовчання Європи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