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нині бачу все: у залі балевій...</w:t>
      </w:r>
    </w:p>
    <w:p>
      <w:r>
        <w:br/>
        <w:t xml:space="preserve"> Мов нині бачу все: у залі балевій&lt;br /&gt;</w:t>
        <w:br/>
        <w:t>Веселий гамір слів за шумом шовку в'ється,&lt;br /&gt;</w:t>
        <w:br/>
        <w:t>І мерехтить кругом світил дрімучих рій,&lt;br /&gt;</w:t>
        <w:br/>
        <w:t>І гомін музики меланхолійно ллється…</w:t>
      </w:r>
    </w:p>
    <w:p>
      <w:r>
        <w:br/>
        <w:t>У вирі ми пливем! Я подих чую твій&lt;br /&gt;</w:t>
        <w:br/>
        <w:t>І голос твій дзвінкий, і дрож руки твоєї,&lt;br /&gt;</w:t>
        <w:br/>
        <w:t>Мені в очах погас світил тремтючих рій,&lt;br /&gt;</w:t>
        <w:br/>
        <w:t>Я тихо прошептав: о будь, ах будь моєю!..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нині бачу все: у залі балевій...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