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Москаль-чарівник</w:t>
      </w:r>
    </w:p>
    <w:p>
      <w:r>
        <w:br/>
        <w:t xml:space="preserve"> &lt;p&gt;ДІЙОВІ ОСОБИ:</w:t>
      </w:r>
    </w:p>
    <w:p>
      <w:r>
        <w:br/>
        <w:t>Лихой — солдат.</w:t>
      </w:r>
    </w:p>
    <w:p>
      <w:r>
        <w:br/>
        <w:t>Михайло Чупрун — селянин.</w:t>
      </w:r>
    </w:p>
    <w:p>
      <w:r>
        <w:br/>
        <w:t>Тетяна — його жінка.</w:t>
      </w:r>
    </w:p>
    <w:p>
      <w:r>
        <w:br/>
        <w:t>Финтик Каленик Кононович — писар з города,</w:t>
      </w:r>
    </w:p>
    <w:p>
      <w:r>
        <w:br/>
        <w:t>приїхав на село.</w:t>
      </w:r>
    </w:p>
    <w:p>
      <w:r>
        <w:br/>
        <w:t>Діється в хаті у Чупруна.</w:t>
      </w:r>
    </w:p>
    <w:p>
      <w:r>
        <w:br/>
        <w:t>ЯВА І</w:t>
      </w:r>
    </w:p>
    <w:p>
      <w:r>
        <w:br/>
        <w:t>Тетяна і Финтик сидять за столом в українській хаті. Перед ними пляшка з медом і склянка.</w:t>
      </w:r>
    </w:p>
    <w:p>
      <w:r>
        <w:br/>
        <w:t>Тетяна. Ви-бо, паничу, не пустуйте, — сидіте смирно.</w:t>
      </w:r>
    </w:p>
    <w:p>
      <w:r>
        <w:br/>
        <w:t>Финтик. Что ж я роблю, любезная Тетяно? Я, кажется, то есть из благопристойности не выхожу.</w:t>
      </w:r>
    </w:p>
    <w:p>
      <w:r>
        <w:br/>
        <w:t>Тетяна. Уже ви із своєї благопристойності чи виходите, чи ні — до того мені мало діла; тільки знайте:</w:t>
      </w:r>
    </w:p>
    <w:p>
      <w:r>
        <w:br/>
        <w:t>язиком, що хочеш, роби, а рукам волі не давай.</w:t>
      </w:r>
    </w:p>
    <w:p>
      <w:r>
        <w:br/>
        <w:t>Финтик. Ах, батюшки мои! Сколько я об'яснял жарчайший пламень любви моей к тебе! Но ты все не догадуєшся, до чего мои ежедневные к тебе учащения относятся? Ей-ей, до того, чтобы насытиться твоим лицезрением, насладиться гласом уст твоих и возлобызати розы губ твоих!</w:t>
      </w:r>
    </w:p>
    <w:p>
      <w:r>
        <w:br/>
        <w:t>Тетяна. А я ж хіба бороню ходити до мене, хоть би і не годилось вам так учащати? Бороню на себе дивитись, розговорювати і баляси точити? А цілуватись — вибачайте: це вже не жарти... А знаєте, що я вам скажу? Лучче, якби ви заспівали.</w:t>
      </w:r>
    </w:p>
    <w:p>
      <w:r>
        <w:br/>
        <w:t>Финтик. Що-то сегодня голосу у меня нет. Вчера был у Епистимии Евстафиевны да, выпивши чашку воды и две чашки с настойкою, вышел на двор и на открытом воздухе сквозный ветер захватил шею и грудь, а теперь и дерет в горле. (Кашляє).</w:t>
      </w:r>
    </w:p>
    <w:p>
      <w:r>
        <w:br/>
        <w:t>Тетяна. Та нуте лиш перестаньте кородиться. Випийте кубочок меду, то горло і прочиститься.</w:t>
      </w:r>
    </w:p>
    <w:p>
      <w:r>
        <w:br/>
        <w:t>Финтик (наливає й п'є). Якую ж пісню заспівати?</w:t>
      </w:r>
    </w:p>
    <w:p>
      <w:r>
        <w:br/>
        <w:t>Тетяна. Яку зумієте. Чи у вас же їх трохи єсть! Будто ви в городі перед панночками не співаєте!.. Нуте лиш!</w:t>
      </w:r>
    </w:p>
    <w:p>
      <w:r>
        <w:br/>
        <w:t>Финтик Хіба-разві эту? (Наспівує самий голос пісні, тоді одкашлюється й співає).</w:t>
      </w:r>
    </w:p>
    <w:p>
      <w:r>
        <w:br/>
        <w:t>Тобою восхищенный</w:t>
      </w:r>
    </w:p>
    <w:p>
      <w:r>
        <w:br/>
        <w:t>Признаюсь пред тобой,</w:t>
      </w:r>
    </w:p>
    <w:p>
      <w:r>
        <w:br/>
        <w:t>Что, быв тобой плененный,</w:t>
      </w:r>
    </w:p>
    <w:p>
      <w:r>
        <w:br/>
        <w:t>Не властвую собой.</w:t>
      </w:r>
    </w:p>
    <w:p>
      <w:r>
        <w:br/>
        <w:t>Ты суд мой и расправа,</w:t>
      </w:r>
    </w:p>
    <w:p>
      <w:r>
        <w:br/>
        <w:t>Ты милый протокол,</w:t>
      </w:r>
    </w:p>
    <w:p>
      <w:r>
        <w:br/>
        <w:t>Сердечная управа,</w:t>
      </w:r>
    </w:p>
    <w:p>
      <w:r>
        <w:br/>
        <w:t>Ты повытье и стол.</w:t>
      </w:r>
    </w:p>
    <w:p>
      <w:r>
        <w:br/>
        <w:t>Дороже ты гербовой</w:t>
      </w:r>
    </w:p>
    <w:p>
      <w:r>
        <w:br/>
        <w:t>Бумаги для меня;</w:t>
      </w:r>
    </w:p>
    <w:p>
      <w:r>
        <w:br/>
        <w:t>Я в самый день почтовый</w:t>
      </w:r>
    </w:p>
    <w:p>
      <w:r>
        <w:br/>
        <w:t>Вздыхаю от тебя.</w:t>
      </w:r>
    </w:p>
    <w:p>
      <w:r>
        <w:br/>
        <w:t>Перо ты лебедино,</w:t>
      </w:r>
    </w:p>
    <w:p>
      <w:r>
        <w:br/>
        <w:t>Хрустальный каламарь!</w:t>
      </w:r>
    </w:p>
    <w:p>
      <w:r>
        <w:br/>
        <w:t>Прорцы словцо едино —</w:t>
      </w:r>
    </w:p>
    <w:p>
      <w:r>
        <w:br/>
        <w:t>И я твой секретарь.</w:t>
      </w:r>
    </w:p>
    <w:p>
      <w:r>
        <w:br/>
        <w:t>Тетяна. Чудна ця пісня! Та й які ви здаєтесь чудні, як співаєте! Мов несамовиті... Мені аж сумно стало.</w:t>
      </w:r>
    </w:p>
    <w:p>
      <w:r>
        <w:br/>
        <w:t>Финтик. Ах, эта песня весьма бойкая! Она моего сочинения. Тут очень-весьма нежно об'ясняется любовь со всеми воспалениями до милой персоны.</w:t>
      </w:r>
    </w:p>
    <w:p>
      <w:r>
        <w:br/>
        <w:t>Тетяна. Та нехай їй цур, тій персоні з воспаленієм! Заспівайте пісню без запалу, і щоб не махали руками, і не витріщали страшно очей.</w:t>
      </w:r>
    </w:p>
    <w:p>
      <w:r>
        <w:br/>
        <w:t>Финтик. Ей, не знаю, какую еще пропеть в твою угодность. Знаєш ли, прекрасная Татьяне, — заспіваймо обоє! Я окселентувать буду, а ты дишканта пой.</w:t>
      </w:r>
    </w:p>
    <w:p>
      <w:r>
        <w:br/>
        <w:t>Тетяна. Я не потраплю з вами співати, а може й пісні такої не знаю, яку ви знаєте.</w:t>
      </w:r>
    </w:p>
    <w:p>
      <w:r>
        <w:br/>
        <w:t>Финтик. Славні пісні, например: "Склонитеся, веки", "С первых весны", "Все забавы", "То теряю", "Не прельщай меня, драгая!", "Почто, ах, не склонна"... Не знаешь ли из сих какой?</w:t>
      </w:r>
    </w:p>
    <w:p>
      <w:r>
        <w:br/>
        <w:t>Тетяна. Ні, ні одної не знаю, а ви знаєте "Ой, не відтіль вітер віє"?</w:t>
      </w:r>
    </w:p>
    <w:p>
      <w:r>
        <w:br/>
        <w:t>Финтик. Знаю трохи-немного.</w:t>
      </w:r>
    </w:p>
    <w:p>
      <w:r>
        <w:br/>
        <w:t>Тетяна. Ну, заспіваймо цю, коли хочете. Ви беріте товще, а я тонше, та не спішіте. Глядіте ж, повагом співайте.</w:t>
      </w:r>
    </w:p>
    <w:p>
      <w:r>
        <w:br/>
        <w:t>Финтик. Добре, хорошо...</w:t>
      </w:r>
    </w:p>
    <w:p>
      <w:r>
        <w:br/>
        <w:t>(Співають).</w:t>
      </w:r>
    </w:p>
    <w:p>
      <w:r>
        <w:br/>
        <w:t>Ой, не відтіль вітер віє, відкіль мені треба;</w:t>
      </w:r>
    </w:p>
    <w:p>
      <w:r>
        <w:br/>
        <w:t>Виглядаю миленького з-під чужого неба.</w:t>
      </w:r>
    </w:p>
    <w:p>
      <w:r>
        <w:br/>
        <w:t>Скажіть, зірки, скажіть, ясні, де він проживає?</w:t>
      </w:r>
    </w:p>
    <w:p>
      <w:r>
        <w:br/>
        <w:t>Серце хоче вість подати, та куди — не знає.</w:t>
      </w:r>
    </w:p>
    <w:p>
      <w:r>
        <w:br/>
        <w:t>Коли вірно мене любить, то йому приснюся:</w:t>
      </w:r>
    </w:p>
    <w:p>
      <w:r>
        <w:br/>
        <w:t>Хоть і сонний, угадає, як за ним журюся.</w:t>
      </w:r>
    </w:p>
    <w:p>
      <w:r>
        <w:br/>
        <w:t>Скажіть, зірки..</w:t>
      </w:r>
    </w:p>
    <w:p>
      <w:r>
        <w:br/>
        <w:t>Нехай нашу любов згада, наше милування;</w:t>
      </w:r>
    </w:p>
    <w:p>
      <w:r>
        <w:br/>
        <w:t>Нехай має в чужій землі добре пожинання.</w:t>
      </w:r>
    </w:p>
    <w:p>
      <w:r>
        <w:br/>
        <w:t>Скажіть, зірки, скажіть, ясні, де він проживає?</w:t>
      </w:r>
    </w:p>
    <w:p>
      <w:r>
        <w:br/>
        <w:t>Серце хоче вість подати, та куди — не знає.</w:t>
      </w:r>
    </w:p>
    <w:p>
      <w:r>
        <w:br/>
        <w:t>Тетяна. Тепер, може, час вечеряти вже. Я справила вечерю за ті гроші, що ви вчора дали, та вам же далеко і додому йти.</w:t>
      </w:r>
    </w:p>
    <w:p>
      <w:r>
        <w:br/>
        <w:t>Финтик. Рано еще. Мені очень-весьма не хочется з тобою розставатись.</w:t>
      </w:r>
    </w:p>
    <w:p>
      <w:r>
        <w:br/>
        <w:t>Тетяна. Е, не хочеться! До мене швидко поприходять дівчата на вечорниці прясти, то нехороше буде, як вас тут застануть.</w:t>
      </w:r>
    </w:p>
    <w:p>
      <w:r>
        <w:br/>
        <w:t>Финтик Я не усматриваю тут нічого нехорошого. Позволь, безподобная Тетяно, і мені остатись на вечорницях!</w:t>
      </w:r>
    </w:p>
    <w:p>
      <w:r>
        <w:br/>
        <w:t>Тетяна. О, цього-то не можна! На мене богзна-чого наговорять. Ви й так щось дуже підсипаєтесь. Коли б і це даром минулось! Ви знаєте, що я замужня жінка.</w:t>
      </w:r>
    </w:p>
    <w:p>
      <w:r>
        <w:br/>
        <w:t>Финтик. Так що ж! Хіба-разві замужней не можна любити?</w:t>
      </w:r>
    </w:p>
    <w:p>
      <w:r>
        <w:br/>
        <w:t>Тетяна. Запевне, що не можна. То-то ви, учені та письменні, які ви лукаві! Буцім і не розберете, що гріх і що сором! Нехай уже ми, прості люди, коли і простудимось іноді, то нам і бог вибачить: а вам усе відомо, — за те вам буде сто погибелен! Та ви ж іще вмісто того, щобдругих поправляти, сами замишляєте лукавства і ні одної години не пропустите, щоб підвести кого на проступок.</w:t>
      </w:r>
    </w:p>
    <w:p>
      <w:r>
        <w:br/>
        <w:t>Финтик. Быть не может!.. Мы кого любим, того і поважаєм.</w:t>
      </w:r>
    </w:p>
    <w:p>
      <w:r>
        <w:br/>
        <w:t>Тетяна. Неправда ваша! Ви сами, Каленик Кононович, кажете, що мене любите; а для чого мене любите? Знаю всі ваші замисли і який у вас нежить. Тільки то вам горе, що не на плоху наскочили. Я боюся бога і люблю свого чоловіка, як саму себе. Я шаную вашу паньматку, — або, як ви кажете, матушку, — то і вам через те спускаю, що ви в'яжетесь до мене. Коли у вас єсть що мерзенне на думці, то викиньте з голови, бо після буде сором. Я дивуюсь вам, що ви приїхали додому для матері, а ніколи дома не сидите.</w:t>
      </w:r>
    </w:p>
    <w:p>
      <w:r>
        <w:br/>
        <w:t>Финтик. Мне скучно сидеть дома и заниматься с матушкою. Она такая простая, такая неловкая, во всем по-старосвітськи поступает; рано обедает, рано спать ложится, рано просыпается, а что всего для меня несноснее, что в нынешнее просвещенное время одевается по-старинному и носит очіпок, намітку, плахту и прочие мужичие наряды.</w:t>
      </w:r>
    </w:p>
    <w:p>
      <w:r>
        <w:br/>
        <w:t>Тетяна. І ви бога не боїтесь так говорити о своїй рідній? Хіба родителів почитати треба за їх одежу! Хіба не треба її уважати уже за те, що вона стара і старосвітських держиться обрядів?.. От які тепер синки на світі!</w:t>
      </w:r>
    </w:p>
    <w:p>
      <w:r>
        <w:br/>
        <w:t>Финтик. Да для чого ж ей упрямиться?.. По крайней мере, хоть бы оделась по-городскому ради сына такого, як я. Ты видишь, как я одет. Можно ли мне смотреть без стыда и не закрасневшись назвать матушкою просто одетую старуху? Ежели бы мои товарищи и друзья повидеди меня с нею вместе, я сгорел бы со стыда по причине их насмешек.</w:t>
      </w:r>
    </w:p>
    <w:p>
      <w:r>
        <w:br/>
        <w:t>Тетяна. Гріх. вам смертельний таким сином бути! Яка б мати в.аша.не була, но все мати. Вона ж у нас жінка добра, розумна і поважна; а що себе веде попросту, цього вам стидатися нічого. Ви думаєте, що паньматка ваша вже й гірша од вас затим, що ви письменний, нажили якийсь чинок, що одежа коло вас облипла і ви причепили, не знаю для чого, дворянську медаль? Та вона ж вас родила, вигодувала, до розуму довела: перше до дяка оддала вчитись читати, а після до волосного правленія писати. Без неї, може б, ви були пастухом, вівчарем або й свиней пасли...</w:t>
      </w:r>
    </w:p>
    <w:p>
      <w:r>
        <w:br/>
        <w:t>Финтик. Пустое! Фрашки! Я — ветвь масличная от грубого корня. Іосиф во Египте сделался любимцем царя, и старый Іаков, отец его, должен был смиритися пред ним.</w:t>
      </w:r>
    </w:p>
    <w:p>
      <w:r>
        <w:br/>
        <w:t>Тетяна. Отак наші знають! Ви себе рівняєте з Іосифом? Далеко куцому до зайця!.. Наш піп говорить, що Іосиф тим і щасливий був, що батька свого шанував і почитав по богові первого, а такий син, як ви, наведе на себе од бога немилость, а од людей проклятіє. Побачите, що вам буде за вашу гордість і неповагу до матері!</w:t>
      </w:r>
    </w:p>
    <w:p>
      <w:r>
        <w:br/>
        <w:t>Финтик. Ничего, ибо я прав. Надобно сообразоваться времени и по оному поступки и чувства свои располагать.</w:t>
      </w:r>
    </w:p>
    <w:p>
      <w:r>
        <w:br/>
        <w:t>Тетяна. Тільки не до родителів. Я не знаю, як вас терплять на службі? Мені здається — хто презирає рідних своїх, на такого ні в чім положитися не можна, нічого не можна на його повірити, і такий єсть осоружніший між людьми, як паршива вівця в отарі.</w:t>
      </w:r>
    </w:p>
    <w:p>
      <w:r>
        <w:br/>
        <w:t>ЯВА II</w:t>
      </w:r>
    </w:p>
    <w:p>
      <w:r>
        <w:br/>
        <w:t>Ті ж і солдат</w:t>
      </w:r>
    </w:p>
    <w:p>
      <w:r>
        <w:br/>
        <w:t>.</w:t>
      </w:r>
    </w:p>
    <w:p>
      <w:r>
        <w:br/>
        <w:t>Солдат (напідпитку, входить до хати й кричить). Здравствуй, хозяин. Я — твой постоялец. Давай угол, да на ужин курицу, да нет ли и лавреников?</w:t>
      </w:r>
    </w:p>
    <w:p>
      <w:r>
        <w:br/>
        <w:t>Тетяна. Хазяїна нема дома.</w:t>
      </w:r>
    </w:p>
    <w:p>
      <w:r>
        <w:br/>
        <w:t>Солдат. Все равно. А это кто с тобой?</w:t>
      </w:r>
    </w:p>
    <w:p>
      <w:r>
        <w:br/>
        <w:t>Тетяна (несміливо). Це?.. Це... губерець!.. (Набік). Що йойу казати?.. Цей мій родич.</w:t>
      </w:r>
    </w:p>
    <w:p>
      <w:r>
        <w:br/>
        <w:t>Солдат. Все равно... (Набік). Врет баба... Ну, когда он твой родня, што ж он так оробел?</w:t>
      </w:r>
    </w:p>
    <w:p>
      <w:r>
        <w:br/>
        <w:t>Финтик. Хто, я?.. Нет, то есть... (Боязко). Я... я губернский родич, то есть, сей хозяйки. Да тебе... вам, то есть, какая до того нужда?</w:t>
      </w:r>
    </w:p>
    <w:p>
      <w:r>
        <w:br/>
        <w:t>Солдат. Мне какая нужда? Да знаешь ли, кто я? (Удає сердитого. Співає).</w:t>
      </w:r>
    </w:p>
    <w:p>
      <w:r>
        <w:br/>
        <w:t>Меня зовут — Лихой,</w:t>
      </w:r>
    </w:p>
    <w:p>
      <w:r>
        <w:br/>
        <w:t>Солдат я не плохой</w:t>
      </w:r>
    </w:p>
    <w:p>
      <w:r>
        <w:br/>
        <w:t>И храбрости палата.</w:t>
      </w:r>
    </w:p>
    <w:p>
      <w:r>
        <w:br/>
        <w:t>Хоть с места — докажу,</w:t>
      </w:r>
    </w:p>
    <w:p>
      <w:r>
        <w:br/>
        <w:t>В капусту искрошу</w:t>
      </w:r>
    </w:p>
    <w:p>
      <w:r>
        <w:br/>
        <w:t>Тебя, чернильна хвата.</w:t>
      </w:r>
    </w:p>
    <w:p>
      <w:r>
        <w:br/>
        <w:t>Ну, стой, не шевелись!</w:t>
      </w:r>
    </w:p>
    <w:p>
      <w:r>
        <w:br/>
        <w:t>На вытяжку! Бодрись!</w:t>
      </w:r>
    </w:p>
    <w:p>
      <w:r>
        <w:br/>
        <w:t>Гляди повеселее!</w:t>
      </w:r>
    </w:p>
    <w:p>
      <w:r>
        <w:br/>
        <w:t>А то-те карачун,</w:t>
      </w:r>
    </w:p>
    <w:p>
      <w:r>
        <w:br/>
        <w:t>Бумажный ты шалун, —</w:t>
      </w:r>
    </w:p>
    <w:p>
      <w:r>
        <w:br/>
        <w:t>Вмиг будешь почестнее.</w:t>
      </w:r>
    </w:p>
    <w:p>
      <w:r>
        <w:br/>
        <w:t>(До Тетяни. Бере її за плече й підводить до Финтика).</w:t>
      </w:r>
    </w:p>
    <w:p>
      <w:r>
        <w:br/>
        <w:t>И ты марш под ранжир!</w:t>
      </w:r>
    </w:p>
    <w:p>
      <w:r>
        <w:br/>
        <w:t>У вас один мундир,</w:t>
      </w:r>
    </w:p>
    <w:p>
      <w:r>
        <w:br/>
        <w:t>Вы храброго десятка.</w:t>
      </w:r>
    </w:p>
    <w:p>
      <w:r>
        <w:br/>
        <w:t>Вас буду я пытать:</w:t>
      </w:r>
    </w:p>
    <w:p>
      <w:r>
        <w:br/>
        <w:t>Должны вы мне сказать</w:t>
      </w:r>
    </w:p>
    <w:p>
      <w:r>
        <w:br/>
        <w:t>Всю сущу правду-матку.</w:t>
      </w:r>
    </w:p>
    <w:p>
      <w:r>
        <w:br/>
        <w:t>(До Финтика). Ну, кто ты? Отвечай!</w:t>
      </w:r>
    </w:p>
    <w:p>
      <w:r>
        <w:br/>
        <w:t>Финтик (боязко співає).</w:t>
      </w:r>
    </w:p>
    <w:p>
      <w:r>
        <w:br/>
        <w:t>Почтеннейший служивый,</w:t>
      </w:r>
    </w:p>
    <w:p>
      <w:r>
        <w:br/>
        <w:t>Даю ответ правдивый:</w:t>
      </w:r>
    </w:p>
    <w:p>
      <w:r>
        <w:br/>
        <w:t>Я есмь полиции писец.</w:t>
      </w:r>
    </w:p>
    <w:p>
      <w:r>
        <w:br/>
        <w:t>Солдат. Зачем же здесь ты, сорванец?</w:t>
      </w:r>
    </w:p>
    <w:p>
      <w:r>
        <w:br/>
        <w:t>Финтик (боязко).</w:t>
      </w:r>
    </w:p>
    <w:p>
      <w:r>
        <w:br/>
        <w:t>Ей-богу, невзначай</w:t>
      </w:r>
    </w:p>
    <w:p>
      <w:r>
        <w:br/>
        <w:t>Зашел я до суседы</w:t>
      </w:r>
    </w:p>
    <w:p>
      <w:r>
        <w:br/>
        <w:t>Для дружеской беседы.</w:t>
      </w:r>
    </w:p>
    <w:p>
      <w:r>
        <w:br/>
        <w:t>Солдат (до Тетяни). А ты что запоешь?</w:t>
      </w:r>
    </w:p>
    <w:p>
      <w:r>
        <w:br/>
        <w:t>Тетяна. Ось послухай! (Співає).</w:t>
      </w:r>
    </w:p>
    <w:p>
      <w:r>
        <w:br/>
        <w:t>Ой служивий, ой служивий, не тобі питати,</w:t>
      </w:r>
    </w:p>
    <w:p>
      <w:r>
        <w:br/>
        <w:t>І я жінка не такая, щоб все розказати.</w:t>
      </w:r>
    </w:p>
    <w:p>
      <w:r>
        <w:br/>
        <w:t>Гей, сама я не знаю, чом тобі спускаю!</w:t>
      </w:r>
    </w:p>
    <w:p>
      <w:r>
        <w:br/>
        <w:t>Одчепись, не в'яжись, лукавий москалю!</w:t>
      </w:r>
    </w:p>
    <w:p>
      <w:r>
        <w:br/>
        <w:t>Я — хазяйка, ти — пройдисвіт; що ж ти розхрабрився?</w:t>
      </w:r>
    </w:p>
    <w:p>
      <w:r>
        <w:br/>
        <w:t>Оглядайся, щоб у чорта сам не опинився!</w:t>
      </w:r>
    </w:p>
    <w:p>
      <w:r>
        <w:br/>
        <w:t>Гей, сама я не знаю..</w:t>
      </w:r>
    </w:p>
    <w:p>
      <w:r>
        <w:br/>
        <w:t>Ти підкрався, як той злодій, до чужої хати;</w:t>
      </w:r>
    </w:p>
    <w:p>
      <w:r>
        <w:br/>
        <w:t>Ти один тут, не до шмиги з нами бушувати.</w:t>
      </w:r>
    </w:p>
    <w:p>
      <w:r>
        <w:br/>
        <w:t>Гей, сама я не знаю, чом тобі спускаю!</w:t>
      </w:r>
    </w:p>
    <w:p>
      <w:r>
        <w:br/>
        <w:t>Одчепись, не в'яжись, лукавий москалю.</w:t>
      </w:r>
    </w:p>
    <w:p>
      <w:r>
        <w:br/>
        <w:t>Солдат (заспокоївся, весело посміхається). Ладно, ладно, хозяюшка, ты права. Под чужой монастырь со своим уставом не суйся.</w:t>
      </w:r>
    </w:p>
    <w:p>
      <w:r>
        <w:br/>
        <w:t>Тетяна. То-то не суйся! Ми не знаємо, що ти за чоловік. Бачимо на тобі солдатський мундир — через його тебе й шануємо. Адже вас не на те роблять воєнними, щоб ви в своїм царстві нівечили людей, а на те, щоб...</w:t>
      </w:r>
    </w:p>
    <w:p>
      <w:r>
        <w:br/>
        <w:t>Солдат. Чтоб вас, мужиков, защищать от неприятелей... А вы должны нас уважать и ничего для нас не жалеть.</w:t>
      </w:r>
    </w:p>
    <w:p>
      <w:r>
        <w:br/>
        <w:t>Тетяна. Нас, мужиків? А ти великий пан? Адже і ти мужиком був, поки тобі лоба не виголили та мундира не натягли на плечі. Якби я не жінкою була, може б була луччим солдатом, як ти. (Сміється).</w:t>
      </w:r>
    </w:p>
    <w:p>
      <w:r>
        <w:br/>
        <w:t>Солдат (весело). Славно! Эдакая воструха!.. Ты, панич, зачем не идешь в военную службу? Не стыдно ли в твои лета, при твоем здоровье, а может быть и уме, пачкаться день и ночь в чернилах, грызть перья и жевать бумагу? Ну, скажи, что ты выслужишь в писарях? Да, говорят, что хоть век служи, а вашему брату до штаба не дослужиться.</w:t>
      </w:r>
    </w:p>
    <w:p>
      <w:r>
        <w:br/>
        <w:t>Финтик. А почему же? Правда, без экзамена в науках не произведут в асессоры, то есть в ранг премьер-майора; но сей чин можно получить за отличие.</w:t>
      </w:r>
    </w:p>
    <w:p>
      <w:r>
        <w:br/>
        <w:t>Солдат. За отличие?.. Да чем же и где писарь может отличиться?.. Да будь ты и секлетарь — все те запятая! У нас, брат, тоже есть в полку канцелярия и писаря — не вашим чета, а отличия нигде не показали.</w:t>
      </w:r>
    </w:p>
    <w:p>
      <w:r>
        <w:br/>
        <w:t>Финтик. Ты рассуждаешь как солдат и отличие поставляешь в том, когда руку, ногу или голову потеряешь; а беспорочное прохождение службы, ревностное и усердное прилежание к исполнению своей должности — разве не есть отличие?</w:t>
      </w:r>
    </w:p>
    <w:p>
      <w:r>
        <w:br/>
        <w:t>Солдат. Нет, это обязанность и долг служащих, а не отличие... Но военная служба, как ни говори, есть служба славная. Ну, когда ваша статская служба знаменита, зачем вас называют подьячими?</w:t>
      </w:r>
    </w:p>
    <w:p>
      <w:r>
        <w:br/>
        <w:t>Финтик. Сие взято из древних предании; но у нас, по гражданской службе, есть много почетных людей, "имеющих статские чины и звания.</w:t>
      </w:r>
    </w:p>
    <w:p>
      <w:r>
        <w:br/>
        <w:t>Солдат. И ведомо, как не быть? Но больше, я думаю, из таких, что служили первее в военной службе, а после отставки служат уже в статской. Таковы почтенны, да и поделом, ибо они посвятили всю жизнь свою на прямую царскую службу, а не для того, чтобы выслужить чинок так, как ты.</w:t>
      </w:r>
    </w:p>
    <w:p>
      <w:r>
        <w:br/>
        <w:t>Тетяна. А що, договорився? То-то: не треба об собі багато в голову забирати і думати, що ось ми-то!</w:t>
      </w:r>
    </w:p>
    <w:p>
      <w:r>
        <w:br/>
        <w:t>Финтик. Что ж! В 1812 году, во время нашествия на Россию Бонапарте, я хотел было пойти в ополчение, но батюшка и матушка — куда! — такой подняли галас и трохи не посліпли од сльоз.</w:t>
      </w:r>
    </w:p>
    <w:p>
      <w:r>
        <w:br/>
        <w:t>Солдат. Эдаки чадолюбивые!.. Полно об этом! Скажи-ка, панич, зачем ты здесь и свой пост оставил?</w:t>
      </w:r>
    </w:p>
    <w:p>
      <w:r>
        <w:br/>
        <w:t>Финтик. Я приехал в сие село домой для свидания с матушкою и имею отпуск на два месяца, а здешнюю хозяйку посещаю для ради скуки.</w:t>
      </w:r>
    </w:p>
    <w:p>
      <w:r>
        <w:br/>
        <w:t>Солдат. Смотри-ка, чтоб от скуки не завелись крючкотворные шашни. Вить ваше братье — крапивное семя. У вас совесть купоросом подправлена. Недолго до беды!</w:t>
      </w:r>
    </w:p>
    <w:p>
      <w:r>
        <w:br/>
        <w:t>Тетяна. Не турбуйся, мосьпане служивий! Знаю я, куди ви гнете. Вибийте хвіст об тин, — нужди мало, що чоловіка нема дома третій місяць!</w:t>
      </w:r>
    </w:p>
    <w:p>
      <w:r>
        <w:br/>
        <w:t>Солдат. Я, право, дурнова ничего не думаю... Однак, хозяйка, нет ли у тебя чево поужинать или хоть так перехватить? (Позіхає, ніби спати хоче).</w:t>
      </w:r>
    </w:p>
    <w:p>
      <w:r>
        <w:br/>
        <w:t>Тетяна. Далебі нема. Я одна собі живу, то до страв мені байдуже: для одної душі небагато треба.</w:t>
      </w:r>
    </w:p>
    <w:p>
      <w:r>
        <w:br/>
        <w:t>Солдат. Ну, хоть горелки чарку! (Знов позіхає).</w:t>
      </w:r>
    </w:p>
    <w:p>
      <w:r>
        <w:br/>
        <w:t>Тетяна. Горілки? цур їй! Я не знаю, коли і в хаті була.</w:t>
      </w:r>
    </w:p>
    <w:p>
      <w:r>
        <w:br/>
        <w:t>Солдат. Ну (позіхає), так где ж мне спать ложиться? Я устал, а притом и с похмелья, — смерть спать хочется.</w:t>
      </w:r>
    </w:p>
    <w:p>
      <w:r>
        <w:br/>
        <w:t>Тетяна. Оттам у запічку, коли хочеш, бо тут ніде більше.</w:t>
      </w:r>
    </w:p>
    <w:p>
      <w:r>
        <w:br/>
        <w:t>Солдат. Ладно! (Позіхаючи, здіймає з себе підсумок та тесак і вішає на стіні, під якою поставив був рушницю). Прощайте, добрые люди! Бог с вами! (Набік). Я вас подстерегу! (Заходить за лаштунки біля печі).</w:t>
      </w:r>
    </w:p>
    <w:p>
      <w:r>
        <w:br/>
        <w:t>ЯВА III</w:t>
      </w:r>
    </w:p>
    <w:p>
      <w:r>
        <w:br/>
        <w:t>Ті ж, без солдата.</w:t>
      </w:r>
    </w:p>
    <w:p>
      <w:r>
        <w:br/>
        <w:t>Финтик. Нехай голодний околіє, негодний азартник!</w:t>
      </w:r>
    </w:p>
    <w:p>
      <w:r>
        <w:br/>
        <w:t>Тетяна. А мені жаль його. Но за те, щоб не бушував, нехай спить не ївши. У нас ласкою всього достанеш, а криком та лаянням нічого не візьмеш.</w:t>
      </w:r>
    </w:p>
    <w:p>
      <w:r>
        <w:br/>
        <w:t>Финтик. Та це ж найпершая замашка у москаля, щоб на квартирі хазяйку налякати, хазяїна вилаяти і гармидеру такого наробити, що не знаєш, де дітись... Коли ж ми і як вечеряти будем?</w:t>
      </w:r>
    </w:p>
    <w:p>
      <w:r>
        <w:br/>
        <w:t>Тетяна. Пождіте, поки москаль добре засне. В мене єсть пряжена ковбаса, печена курка і пляшечка запіканої. Страва стоїть у коморці, під боднею, а запіканка — там (показує) у закапелочку... О! слухайте: уже харчить...</w:t>
      </w:r>
    </w:p>
    <w:p>
      <w:r>
        <w:br/>
        <w:t>Финтик. Однако ж ты с ним после одна останется.</w:t>
      </w:r>
    </w:p>
    <w:p>
      <w:r>
        <w:br/>
        <w:t>Тетяна. А вам що до того? До мене поприходять дівчата, а ви до того часу посидите у мене. Я скажу, що вас нарошне впросила остатись, щоб не самій бути з москалем.</w:t>
      </w:r>
    </w:p>
    <w:p>
      <w:r>
        <w:br/>
        <w:t>Финтик. А як ми начнем вечеряти, а москаль прокинеться?</w:t>
      </w:r>
    </w:p>
    <w:p>
      <w:r>
        <w:br/>
        <w:t>Тетяна. То ми і ного попросимо. Сердитим треба угождати, а злого ласкою більше улагодиш, як сваром.</w:t>
      </w:r>
    </w:p>
    <w:p>
      <w:r>
        <w:br/>
        <w:t>Финтик. Правда... Тс!... Щось застукотіло!</w:t>
      </w:r>
    </w:p>
    <w:p>
      <w:r>
        <w:br/>
        <w:t>Тетяна. То, може, вітер. (Прислухається. За лаштунками чутно гомін і голос, що обзивається до волів. Тетяна прислухається коло вікна. Финтик, видимо, злякався).</w:t>
      </w:r>
    </w:p>
    <w:p>
      <w:r>
        <w:br/>
        <w:t>Тетяна (перелякано). Пропала я! Чоловік мій приїхав з дороги!</w:t>
      </w:r>
    </w:p>
    <w:p>
      <w:r>
        <w:br/>
        <w:t>Финтик (розпачливо). Що ж мені, то єсть, робити?</w:t>
      </w:r>
    </w:p>
    <w:p>
      <w:r>
        <w:br/>
        <w:t>Де дітись?</w:t>
      </w:r>
    </w:p>
    <w:p>
      <w:r>
        <w:br/>
        <w:t>Тетяна. Швидше лізьте під припічок! Я заставлю вас заслоною, а як усі поснуть, тоді випущу надвір.</w:t>
      </w:r>
    </w:p>
    <w:p>
      <w:r>
        <w:br/>
        <w:t>Финтик ховається під піч. Тетяна заставляє заслоною і виходить</w:t>
      </w:r>
    </w:p>
    <w:p>
      <w:r>
        <w:br/>
        <w:t>назустріч чоловікові.</w:t>
      </w:r>
    </w:p>
    <w:p>
      <w:r>
        <w:br/>
        <w:t>ЯВА IV</w:t>
      </w:r>
    </w:p>
    <w:p>
      <w:r>
        <w:br/>
        <w:t>Михайло та Тетяна.</w:t>
      </w:r>
    </w:p>
    <w:p>
      <w:r>
        <w:br/>
        <w:t>Михайло (входить у світлицю). Здорова була, жінко, моя голубко. (Обіймаються). Як же поживаєш? Чи жива, чи здорова?</w:t>
      </w:r>
    </w:p>
    <w:p>
      <w:r>
        <w:br/>
        <w:t>Тетяна. Слава богу, чоловіче! Як з тобою поводиться? (Обіймає чоловіка). Чого ти так довго барився? Я ждала-ждала та й годі сказала.</w:t>
      </w:r>
    </w:p>
    <w:p>
      <w:r>
        <w:br/>
        <w:t>Михайло. В дорозі, знаєш, усього, буває; та, хвалить бога, все добре (побачив амуніцію). А це що таке, жінко?</w:t>
      </w:r>
    </w:p>
    <w:p>
      <w:r>
        <w:br/>
        <w:t>Тетяна. Що таке? Москаль-постоялець. Не дуже лишень гомони, щоб не розбудив! Недавно спати вклався.</w:t>
      </w:r>
    </w:p>
    <w:p>
      <w:r>
        <w:br/>
        <w:t>Михайло. Може, сердитий дуже, крикливий?.. Давно ж він став у нас на квартиру?</w:t>
      </w:r>
    </w:p>
    <w:p>
      <w:r>
        <w:br/>
        <w:t>Тетяна. Сьогодні ввечері прийшов. Та тут був таку бучу збив, що я не знала, що й робить! Давай йому горілки, курей та вареників!</w:t>
      </w:r>
    </w:p>
    <w:p>
      <w:r>
        <w:br/>
        <w:t>Михайло. Нагодувала ж ти його?</w:t>
      </w:r>
    </w:p>
    <w:p>
      <w:r>
        <w:br/>
        <w:t>Тетяна. Чим же я його нагодую? У мене нема нічого. Я одна, то для себе рідко коли варю.</w:t>
      </w:r>
    </w:p>
    <w:p>
      <w:r>
        <w:br/>
        <w:t>Михайло. Тим же він і сердитий. Добре, що ще й не потасував тебе. Це диво, що москаль голодний заснув, не побивши хазяйки. Та й мені їсти хочеться. Чи нема чого?</w:t>
      </w:r>
    </w:p>
    <w:p>
      <w:r>
        <w:br/>
        <w:t>Тетяна. Що ж мені на світі робити? Хіба паляниці або що?</w:t>
      </w:r>
    </w:p>
    <w:p>
      <w:r>
        <w:br/>
        <w:t>ЯВА V</w:t>
      </w:r>
    </w:p>
    <w:p>
      <w:r>
        <w:br/>
        <w:t>Ті ж ісолдат.</w:t>
      </w:r>
    </w:p>
    <w:p>
      <w:r>
        <w:br/>
        <w:t>Солдат. Что у вас тут за шум? Мне и спать помешали!</w:t>
      </w:r>
    </w:p>
    <w:p>
      <w:r>
        <w:br/>
        <w:t>Михайло. Вибачайте, судир, будьте ласкаві. Я вернувся з дороги та з жінкою і розбалакався.</w:t>
      </w:r>
    </w:p>
    <w:p>
      <w:r>
        <w:br/>
        <w:t>Солдат. Так ты хозяин? Ну, брат, здорово! Небось давно в дому не бывал?</w:t>
      </w:r>
    </w:p>
    <w:p>
      <w:r>
        <w:br/>
        <w:t>Михайло. Дев'ятий тиждень, як з дому виїхав у Крим за сіллю.</w:t>
      </w:r>
    </w:p>
    <w:p>
      <w:r>
        <w:br/>
        <w:t>Солдат. Это нехорошо — такую молодую и пригожую жоночку оставлять одну и на долгое время.</w:t>
      </w:r>
    </w:p>
    <w:p>
      <w:r>
        <w:br/>
        <w:t>Михайло. Нічим же й перемінити. Як все з жінкою дома сидіть, то й їсти нічого буде!</w:t>
      </w:r>
    </w:p>
    <w:p>
      <w:r>
        <w:br/>
        <w:t>Тетяна. Нам це не першина. Я вже привикла оставатись дома сама без чоловіка.</w:t>
      </w:r>
    </w:p>
    <w:p>
      <w:r>
        <w:br/>
        <w:t>Солдат. И тебе не скучно одной?</w:t>
      </w:r>
    </w:p>
    <w:p>
      <w:r>
        <w:br/>
        <w:t>Тетяна. Як то не скучно? Та помогти нічим.</w:t>
      </w:r>
    </w:p>
    <w:p>
      <w:r>
        <w:br/>
        <w:t>Солдат. Эй, смотри! Мне что-то не верится, чтоб женщина не нашла для себя забавы в скуке!..</w:t>
      </w:r>
    </w:p>
    <w:p>
      <w:r>
        <w:br/>
        <w:t>Тетяна. Про всіх не можна сказати. Буває так, що найневинніша, по своїй простоті, терпить поговір од людей; а яка і недобре робить, та вміє свої проступки хорошенько прикрити, така остається в мислях людей невинною.</w:t>
      </w:r>
    </w:p>
    <w:p>
      <w:r>
        <w:br/>
        <w:t>Солдат (набік). Бой-молодица! Где здравый рассудок, там ожидать можно и прямой добродетели.</w:t>
      </w:r>
    </w:p>
    <w:p>
      <w:r>
        <w:br/>
        <w:t>Михайло. Жінко! Та чи нема чого попоїсти?.. Далебі, аж шкура болить, так їсти хочеться.</w:t>
      </w:r>
    </w:p>
    <w:p>
      <w:r>
        <w:br/>
        <w:t>Солдат. Чево, хозяин? И я не поевши спать лег. Да для меня это ничего, а для тебя, брат, накладно с дороги, после трудов.</w:t>
      </w:r>
    </w:p>
    <w:p>
      <w:r>
        <w:br/>
        <w:t>Тетяна. Що ж я вам їсти дам? Коли б хоть не так нерано було...</w:t>
      </w:r>
    </w:p>
    <w:p>
      <w:r>
        <w:br/>
        <w:t>Михайло. Дай же хоть хліба!</w:t>
      </w:r>
    </w:p>
    <w:p>
      <w:r>
        <w:br/>
        <w:t>Тетяна виходить по хліб.</w:t>
      </w:r>
    </w:p>
    <w:p>
      <w:r>
        <w:br/>
        <w:t>ЯВА VI</w:t>
      </w:r>
    </w:p>
    <w:p>
      <w:r>
        <w:br/>
        <w:t>Солдат і Михайло.</w:t>
      </w:r>
    </w:p>
    <w:p>
      <w:r>
        <w:br/>
        <w:t>Солдат. Жаль мне жены твоей. Ты, уезжая из дому, оставляешь ее без домашнево запасу. Ты, видно, скуп?</w:t>
      </w:r>
    </w:p>
    <w:p>
      <w:r>
        <w:br/>
        <w:t>Михайло. Я скупий?! Нехай мене бог боронить... Та ще для такої жінки, як моя,Тетяна!.. У неї всього доволі, хіба птичого молока нема. Це так трапилось.</w:t>
      </w:r>
    </w:p>
    <w:p>
      <w:r>
        <w:br/>
        <w:t>ЯВА VII</w:t>
      </w:r>
    </w:p>
    <w:p>
      <w:r>
        <w:br/>
        <w:t>Ті ж і Тетяна,входить з білою паляницею та ножем і кладе все на стіл.</w:t>
      </w:r>
    </w:p>
    <w:p>
      <w:r>
        <w:br/>
        <w:t>Солдат. Славный хлеб!.. Кабы да по чарке водки!..</w:t>
      </w:r>
    </w:p>
    <w:p>
      <w:r>
        <w:br/>
        <w:t>Михайло. Жінко! Чи нема хоть по маленькій?</w:t>
      </w:r>
    </w:p>
    <w:p>
      <w:r>
        <w:br/>
        <w:t>Тетяна (з досадою). Чудний і ти! Де б то в мене горілка взялася?!</w:t>
      </w:r>
    </w:p>
    <w:p>
      <w:r>
        <w:br/>
        <w:t>Солдат (весело). —Хозяин, ты полюбился мне. Хочешь ли, я тебя и себя водкой поподчиваю?</w:t>
      </w:r>
    </w:p>
    <w:p>
      <w:r>
        <w:br/>
        <w:t>Михайло. Як би то це так?</w:t>
      </w:r>
    </w:p>
    <w:p>
      <w:r>
        <w:br/>
        <w:t>Солдат (бере обох за руки). Я признаюсь вам (з таємничим виразом), я — колдун.</w:t>
      </w:r>
    </w:p>
    <w:p>
      <w:r>
        <w:br/>
        <w:t>Тетяна. Що це таке — колдун?</w:t>
      </w:r>
    </w:p>
    <w:p>
      <w:r>
        <w:br/>
        <w:t>Солдат. Ворожея, чародей, то есть такой человек — что захочу, то сделаю, и чего захочу, тут и вырастет.</w:t>
      </w:r>
    </w:p>
    <w:p>
      <w:r>
        <w:br/>
        <w:t>Михайло і Тетяна виривають у нього руки й одступають я острахом.</w:t>
      </w:r>
    </w:p>
    <w:p>
      <w:r>
        <w:br/>
        <w:t>Солдат (сміється). Чево ж вы испугались? Я вам зла не сделаю: оно мне запрещено, а только могу добро сделать.</w:t>
      </w:r>
    </w:p>
    <w:p>
      <w:r>
        <w:br/>
        <w:t>Тетяна. Та як же? Не своїм духом?</w:t>
      </w:r>
    </w:p>
    <w:p>
      <w:r>
        <w:br/>
        <w:t>Михайло. Може, накладаєш з тим, що живе в болоті?</w:t>
      </w:r>
    </w:p>
    <w:p>
      <w:r>
        <w:br/>
        <w:t>Солдат (сміється). Что вам до тово? Вы ничево не увидите и не услышите, что б могло вас перепугать или повредить.</w:t>
      </w:r>
    </w:p>
    <w:p>
      <w:r>
        <w:br/>
        <w:t>Михайло. А що, жінко? Я не боюсь нічого. (Підморгує, що не вірить солдатові).</w:t>
      </w:r>
    </w:p>
    <w:p>
      <w:r>
        <w:br/>
        <w:t>Тетяна. Та й про мене. Вже коли його (показує на солдата) не боюсь, то друге мені байдуже.</w:t>
      </w:r>
    </w:p>
    <w:p>
      <w:r>
        <w:br/>
        <w:t>Солдат. Харашо. (Прибирає поважного вигляду). Сказывай, хозяин, как тебя зовут?</w:t>
      </w:r>
    </w:p>
    <w:p>
      <w:r>
        <w:br/>
        <w:t>Михайло (неспокійно). Мене?.. Мене зовуть Михайло Чупрун.</w:t>
      </w:r>
    </w:p>
    <w:p>
      <w:r>
        <w:br/>
        <w:t>Солдат (до жінки). А тебя? Тетяна. Адже ти чув? Тетяна Чупрунка.</w:t>
      </w:r>
    </w:p>
    <w:p>
      <w:r>
        <w:br/>
        <w:t>Солдат (виймає шомпол, махає над головою й робить усякі знаки в повітрі). Тепер слушайте! (Співає).</w:t>
      </w:r>
    </w:p>
    <w:p>
      <w:r>
        <w:br/>
        <w:t>Ну, знай. Чупрун,</w:t>
      </w:r>
    </w:p>
    <w:p>
      <w:r>
        <w:br/>
        <w:t>Что я — колдун,</w:t>
      </w:r>
    </w:p>
    <w:p>
      <w:r>
        <w:br/>
        <w:t>Ворочаю чертями</w:t>
      </w:r>
    </w:p>
    <w:p>
      <w:r>
        <w:br/>
        <w:t>И самим сатаною</w:t>
      </w:r>
    </w:p>
    <w:p>
      <w:r>
        <w:br/>
        <w:t>Командую, дружок!</w:t>
      </w:r>
    </w:p>
    <w:p>
      <w:r>
        <w:br/>
        <w:t>Он служит предо мною,</w:t>
      </w:r>
    </w:p>
    <w:p>
      <w:r>
        <w:br/>
        <w:t>Как маленький щенок.</w:t>
      </w:r>
    </w:p>
    <w:p>
      <w:r>
        <w:br/>
        <w:t>Что прикажу, все здесь родится:</w:t>
      </w:r>
    </w:p>
    <w:p>
      <w:r>
        <w:br/>
        <w:t>И пить, и есть, и веселиться</w:t>
      </w:r>
    </w:p>
    <w:p>
      <w:r>
        <w:br/>
        <w:t>Мы примемся сейчас:</w:t>
      </w:r>
    </w:p>
    <w:p>
      <w:r>
        <w:br/>
        <w:t>Зажмурьте правый глаз,</w:t>
      </w:r>
    </w:p>
    <w:p>
      <w:r>
        <w:br/>
        <w:t>Скажите громко: шнапс!</w:t>
      </w:r>
    </w:p>
    <w:p>
      <w:r>
        <w:br/>
        <w:t>Михайло і Тетяна (разом). Шнапс!</w:t>
      </w:r>
    </w:p>
    <w:p>
      <w:r>
        <w:br/>
        <w:t>Солдат. Только и нада. Поди ж ты, хозяйка, в тот угол, там найдешь бутылку с славной запеканкой. Бери ее смело, принеси и поставь на стол, а после подай чарочку. Тут-то мы себя и покажем.</w:t>
      </w:r>
    </w:p>
    <w:p>
      <w:r>
        <w:br/>
        <w:t>Тетяна. Я боюсь і з місця поступиться!</w:t>
      </w:r>
    </w:p>
    <w:p>
      <w:r>
        <w:br/>
        <w:t>Михайло. Чого ж бояться, божевільна? Адже ми тут в хаті.</w:t>
      </w:r>
    </w:p>
    <w:p>
      <w:r>
        <w:br/>
        <w:t>Солдат. Поди, хозяюшка, не бось, поди!</w:t>
      </w:r>
    </w:p>
    <w:p>
      <w:r>
        <w:br/>
        <w:t>Тетяна (йде боязко до показаного місця, знаходить свою горілку і скрикує, буцім злякавшись). Ох!</w:t>
      </w:r>
    </w:p>
    <w:p>
      <w:r>
        <w:br/>
        <w:t>Михайло. Чого ти? Піп там таке?</w:t>
      </w:r>
    </w:p>
    <w:p>
      <w:r>
        <w:br/>
        <w:t>Тетяна. Ох чоловіче! .Далебі, пляшечка з горілкою!.. Це справді, чи не той, що — не при хаті згадуючи?..</w:t>
      </w:r>
    </w:p>
    <w:p>
      <w:r>
        <w:br/>
        <w:t>Солдат. Полно блажить, хозяйка! Подавай-ка скорей сюда! Вот мы ее без страха отведаем.</w:t>
      </w:r>
    </w:p>
    <w:p>
      <w:r>
        <w:br/>
        <w:t>Тетяна приносить горілку, ставить на стіл і подає чарку.</w:t>
      </w:r>
    </w:p>
    <w:p>
      <w:r>
        <w:br/>
        <w:t>Солдат (наливає горілку). Здравствуй, хозяин с хозяйкой! (Випивши, наливає й подає хазяїнові).</w:t>
      </w:r>
    </w:p>
    <w:p>
      <w:r>
        <w:br/>
        <w:t>Михайло. Жінко! Мені щось моторошно. Чи пити, чи не пити?</w:t>
      </w:r>
    </w:p>
    <w:p>
      <w:r>
        <w:br/>
        <w:t>Тетяна. Про мене, як хочеш. Адже служивий випив і не здригнувся.</w:t>
      </w:r>
    </w:p>
    <w:p>
      <w:r>
        <w:br/>
        <w:t>Михайло (бере чарку). А смачна дуже?</w:t>
      </w:r>
    </w:p>
    <w:p>
      <w:r>
        <w:br/>
        <w:t>Солдат. Знатная запеканочка! Дай бог здоровья тому, кто ее смастерил.</w:t>
      </w:r>
    </w:p>
    <w:p>
      <w:r>
        <w:br/>
        <w:t>Михайло хоче пити. Жінка здержує його.</w:t>
      </w:r>
    </w:p>
    <w:p>
      <w:r>
        <w:br/>
        <w:t>Тетяна. Перехрести перше.</w:t>
      </w:r>
    </w:p>
    <w:p>
      <w:r>
        <w:br/>
        <w:t>Михайло (до солдата). А можна'перехрестити?</w:t>
      </w:r>
    </w:p>
    <w:p>
      <w:r>
        <w:br/>
        <w:t>Солдат. Не только можно, да и должно.</w:t>
      </w:r>
    </w:p>
    <w:p>
      <w:r>
        <w:br/>
        <w:t>Михайло (хрестить і випиває разом, потім виявляє здивування та. задоволення). А!..</w:t>
      </w:r>
    </w:p>
    <w:p>
      <w:r>
        <w:br/>
        <w:t>Солдат. Какова?</w:t>
      </w:r>
    </w:p>
    <w:p>
      <w:r>
        <w:br/>
        <w:t>Михайло. Та я зроду не пив такої міцної. А налий іще!</w:t>
      </w:r>
    </w:p>
    <w:p>
      <w:r>
        <w:br/>
        <w:t>Солдат. Погоди, хозяйку прежде попотчую. (Наливає).</w:t>
      </w:r>
    </w:p>
    <w:p>
      <w:r>
        <w:br/>
        <w:t>Тетяна. Я горілки не п'ю, а чарівної й подавно.</w:t>
      </w:r>
    </w:p>
    <w:p>
      <w:r>
        <w:br/>
        <w:t>Михайло. Та хоть покуштуй, щоб знала, який смак!</w:t>
      </w:r>
    </w:p>
    <w:p>
      <w:r>
        <w:br/>
        <w:t>Тетяна. Далебі, боюсь. Може, це така, — як вип'єш, то...</w:t>
      </w:r>
    </w:p>
    <w:p>
      <w:r>
        <w:br/>
        <w:t>Солдат. Пей, не бось! Право, добрая водка!</w:t>
      </w:r>
    </w:p>
    <w:p>
      <w:r>
        <w:br/>
        <w:t>Тетяна пригубила, — морщиться, здригається й ставить на стіл.</w:t>
      </w:r>
    </w:p>
    <w:p>
      <w:r>
        <w:br/>
        <w:t>Солдат. Ин поднеси нам, хозяюшка.</w:t>
      </w:r>
    </w:p>
    <w:p>
      <w:r>
        <w:br/>
        <w:t>Тетяна (з досадою). От, не видали! Буду їх частувати!.. Вип'єте, коли схочете, й самі.</w:t>
      </w:r>
    </w:p>
    <w:p>
      <w:r>
        <w:br/>
        <w:t>Солдат. Экая спесивная! (Набік). Будешь посговорчивее. (Випиває й потім підносить хазяїнові).</w:t>
      </w:r>
    </w:p>
    <w:p>
      <w:r>
        <w:br/>
        <w:t>Михайло (вже напідпитку). Служивий! Чи твоя рушниця стріля?</w:t>
      </w:r>
    </w:p>
    <w:p>
      <w:r>
        <w:br/>
        <w:t>Солдат. Простачина! Зачем же солдату и ружье, ежели оно будет неисправно? Да тебе на что это?</w:t>
      </w:r>
    </w:p>
    <w:p>
      <w:r>
        <w:br/>
        <w:t>Михайло. Бо і я умію мітко стріляти!</w:t>
      </w:r>
    </w:p>
    <w:p>
      <w:r>
        <w:br/>
        <w:t>Солдат. Где тебе стрелять! (Наливає й дає хазяїнові). Ну-ка, выстрели из этова ружья.</w:t>
      </w:r>
    </w:p>
    <w:p>
      <w:r>
        <w:br/>
        <w:t>Михайло. Та то таки із сього, а то із твого хочеться стрельнути. (Випиває).</w:t>
      </w:r>
    </w:p>
    <w:p>
      <w:r>
        <w:br/>
        <w:t>Солдат. Изволь. (Наливає й п'є). Давай я заряжу. (Виймає патрон із сумки й заряджає рушницю).</w:t>
      </w:r>
    </w:p>
    <w:p>
      <w:r>
        <w:br/>
        <w:t>Михайло. Жінко, знайди угля або крейди.</w:t>
      </w:r>
    </w:p>
    <w:p>
      <w:r>
        <w:br/>
        <w:t>Тетяна. От чорт надав забаву! Вікна повибиваєте і стіни подірявите або двері.</w:t>
      </w:r>
    </w:p>
    <w:p>
      <w:r>
        <w:br/>
        <w:t>Солдат. Не бось, все цело будет. Подай-ка уголь.</w:t>
      </w:r>
    </w:p>
    <w:p>
      <w:r>
        <w:br/>
        <w:t>Тетяна виймає вуглину і подає чоловікові.</w:t>
      </w:r>
    </w:p>
    <w:p>
      <w:r>
        <w:br/>
        <w:t>Михайло. Де ж би намалювати ціль?</w:t>
      </w:r>
    </w:p>
    <w:p>
      <w:r>
        <w:br/>
        <w:t>Солдат. Я знаю. (Кладе рушницю на столі, бере у Михайла вуглину, іде до печі й на заслоні позначає крапку і круг).</w:t>
      </w:r>
    </w:p>
    <w:p>
      <w:r>
        <w:br/>
        <w:t>Тетяна (підходить до столу). Ох, мені горе! Пропаде Финтик даром, і я без умислу буду виною його смерті.. Що тут робити? (Трохи замислилась. У той час Михайло біля солдата дивиться на ціль..Тетяна намазує мерщій огниво лоєм із свічки й кладе рушницю на те саме місце).</w:t>
      </w:r>
    </w:p>
    <w:p>
      <w:r>
        <w:br/>
        <w:t>Михайло. Добре так буде. (Підступає до столу й бере рушницю).</w:t>
      </w:r>
    </w:p>
    <w:p>
      <w:r>
        <w:br/>
        <w:t>Солдат. Ладно! Становись здесь. Смотри же, целься харашо.</w:t>
      </w:r>
    </w:p>
    <w:p>
      <w:r>
        <w:br/>
        <w:t>Михайло. Та ну вже, не вчи, будь ласкав (націляється, потім опускає руку). Покійний панотець маленьким іще вчив мене стріляти, і я, бувало, на льоту курей стріляю.</w:t>
      </w:r>
    </w:p>
    <w:p>
      <w:r>
        <w:br/>
        <w:t>Солдат. Искусный же ты стрелок! Посмотрим теперь твою удаль.</w:t>
      </w:r>
    </w:p>
    <w:p>
      <w:r>
        <w:br/>
        <w:t>Тетяна (до солдата). Ви богзна-що надумали: вночі в хаті стріляти! Коли за трьома разами не вистрелить, то більш і не треба.</w:t>
      </w:r>
    </w:p>
    <w:p>
      <w:r>
        <w:br/>
        <w:t>Михайло. За трьома разами? Та я за одним разом так торохну, що й горшки з полиці полетять.</w:t>
      </w:r>
    </w:p>
    <w:p>
      <w:r>
        <w:br/>
        <w:t>Солдат. Слушай, хозяин — я скажу: раз, два, три!.. По слову "три" тотчас пали!</w:t>
      </w:r>
    </w:p>
    <w:p>
      <w:r>
        <w:br/>
        <w:t>Михайло. Чую. (Прицілюється).</w:t>
      </w:r>
    </w:p>
    <w:p>
      <w:r>
        <w:br/>
        <w:t>Солдат. Раз.. два... три!..</w:t>
      </w:r>
    </w:p>
    <w:p>
      <w:r>
        <w:br/>
        <w:t>Михайло (спускає курок — огню нема). Що це за причина?</w:t>
      </w:r>
    </w:p>
    <w:p>
      <w:r>
        <w:br/>
        <w:t>Тетяна сміється. Солдат регочеться.</w:t>
      </w:r>
    </w:p>
    <w:p>
      <w:r>
        <w:br/>
        <w:t>Солдат. Прикладывайся. Пусть жена твоя говорит: раз, два, три!</w:t>
      </w:r>
    </w:p>
    <w:p>
      <w:r>
        <w:br/>
        <w:t>Михайло. Добре, — кажи, жінко: раз, два, три! (Націлюється).</w:t>
      </w:r>
    </w:p>
    <w:p>
      <w:r>
        <w:br/>
        <w:t>Тетяна. Раз... два... три!</w:t>
      </w:r>
    </w:p>
    <w:p>
      <w:r>
        <w:br/>
        <w:t>Михайло спускає курок, — знов нема огню. Регіт.</w:t>
      </w:r>
    </w:p>
    <w:p>
      <w:r>
        <w:br/>
        <w:t>Михайло (гнівно). Та ну-бо, москалю, к чорту! Це твоя штука. Нащо ти замовив ружжо?</w:t>
      </w:r>
    </w:p>
    <w:p>
      <w:r>
        <w:br/>
        <w:t>Солдат. Вот те на! Да мне какая нужда заговаривать ружье? Подай-ка, подсыплю пороху на полку: авось выстрелит!</w:t>
      </w:r>
    </w:p>
    <w:p>
      <w:r>
        <w:br/>
        <w:t>Тетяна (до чоловіка). Та не стріляй! Нехай воно тямиться! Бач, москаль непевний. Розірве рушницю, то поранить із нас кого або і вб'є.</w:t>
      </w:r>
    </w:p>
    <w:p>
      <w:r>
        <w:br/>
        <w:t>Михайло. Не хочу, не хочу! Не буду стріляти. Мосьпан глузує з нас (сідає)... А їсти притьмом хочеться.</w:t>
      </w:r>
    </w:p>
    <w:p>
      <w:r>
        <w:br/>
        <w:t>Солдат. Ех, кабы теперь подала хозяйка лавреничков, этих, знаешь, треугольничков...</w:t>
      </w:r>
    </w:p>
    <w:p>
      <w:r>
        <w:br/>
        <w:t>Михайло (сміється). Лавреничків! Який то у вас, москалів, язик лубяний! Скільки між нами вештаєтесь, а й досі не вимовиш: ва-ре-ни-ків.</w:t>
      </w:r>
    </w:p>
    <w:p>
      <w:r>
        <w:br/>
        <w:t>Солдат. Ну, вареников... Да что ты. Чупрун, об москалях так плохо думаешь? Да я, как захочу, то по-хохлацки говорить буду не, хуже тебя.</w:t>
      </w:r>
    </w:p>
    <w:p>
      <w:r>
        <w:br/>
        <w:t>Михайло (спокійно) Диво. Може і заспіваєш по-нашому?</w:t>
      </w:r>
    </w:p>
    <w:p>
      <w:r>
        <w:br/>
        <w:t>Солдат. А почему ж и нет? Слушай в оба.</w:t>
      </w:r>
    </w:p>
    <w:p>
      <w:r>
        <w:br/>
        <w:t>Михайло. Слухаю, слухаю. Прислухайся і ти, Тетяно!</w:t>
      </w:r>
    </w:p>
    <w:p>
      <w:r>
        <w:br/>
        <w:t>Солдат (співає).</w:t>
      </w:r>
    </w:p>
    <w:p>
      <w:r>
        <w:br/>
        <w:t>Ой, был, да нима, да поехал на мельницу.</w:t>
      </w:r>
    </w:p>
    <w:p>
      <w:r>
        <w:br/>
        <w:t>Бедна моя головушка, одна дома осталась. (2)</w:t>
      </w:r>
    </w:p>
    <w:p>
      <w:r>
        <w:br/>
        <w:t>Девчина моя, ти ж моя мати!</w:t>
      </w:r>
    </w:p>
    <w:p>
      <w:r>
        <w:br/>
        <w:t>Довго ж мені, моє серце, без тебе скучати? (2)</w:t>
      </w:r>
    </w:p>
    <w:p>
      <w:r>
        <w:br/>
        <w:t>Дівчино моя, Переяслівко.</w:t>
      </w:r>
    </w:p>
    <w:p>
      <w:r>
        <w:br/>
        <w:t>Дай мені вечеряти, моя ластівко! (2)</w:t>
      </w:r>
    </w:p>
    <w:p>
      <w:r>
        <w:br/>
        <w:t>Михайло з Тетяною довго регочуться. Солдат, на них дивлячись, теж сміється.</w:t>
      </w:r>
    </w:p>
    <w:p>
      <w:r>
        <w:br/>
        <w:t>Солдат. Что ж вы смеетесь? Разве худо спел?</w:t>
      </w:r>
    </w:p>
    <w:p>
      <w:r>
        <w:br/>
        <w:t>Михайло і Тетяна (разом). Гарно, гарно, нічого сказати.</w:t>
      </w:r>
    </w:p>
    <w:p>
      <w:r>
        <w:br/>
        <w:t>Михайло. Утяв до гапликів! (Сміється).</w:t>
      </w:r>
    </w:p>
    <w:p>
      <w:r>
        <w:br/>
        <w:t>Тетяна. Аж пальці знати! (Сміється).</w:t>
      </w:r>
    </w:p>
    <w:p>
      <w:r>
        <w:br/>
        <w:t>Михайло. Де ти так вивчився? Це диковина! Не можна й розпізнати, — таки немистенно по-нашому! (Сміється).</w:t>
      </w:r>
    </w:p>
    <w:p>
      <w:r>
        <w:br/>
        <w:t>Солдат. Да спой-ка ты, хохлач, хотя одну русскую песню. Ну, спой!.. Э, брат, стал!</w:t>
      </w:r>
    </w:p>
    <w:p>
      <w:r>
        <w:br/>
        <w:t>Михайло. Вашу? А яку? Може, соколика або кукушечку?.. Може, лапушку або кумушку? Може, рукавичку або підпоясочку? Убирайся з своїми піснями!.. Правду сказати, єсть що й переймати!.. Жінко, заспівай же ти по-своєму ту пісню, що москаль співав. (До солдата). Сядьта послухай, як вона співає.</w:t>
      </w:r>
    </w:p>
    <w:p>
      <w:r>
        <w:br/>
        <w:t>Тетяна. Добре, чоловіче, заспіваю. (Співає).</w:t>
      </w:r>
    </w:p>
    <w:p>
      <w:r>
        <w:br/>
        <w:t>Ой, був та нема, та поїхав до млина.</w:t>
      </w:r>
    </w:p>
    <w:p>
      <w:r>
        <w:br/>
        <w:t>Бідна моя голівонька, що я дома не була. (2)</w:t>
      </w:r>
    </w:p>
    <w:p>
      <w:r>
        <w:br/>
        <w:t>Дівчино моя, ти ж моя мати!</w:t>
      </w:r>
    </w:p>
    <w:p>
      <w:r>
        <w:br/>
        <w:t>Довго ж мені, моє серце, без тебе скучати? (2)</w:t>
      </w:r>
    </w:p>
    <w:p>
      <w:r>
        <w:br/>
        <w:t>Дівчино моя, Переяслівко.</w:t>
      </w:r>
    </w:p>
    <w:p>
      <w:r>
        <w:br/>
        <w:t>Дай мені вечеряти, моя ластівко! (2)</w:t>
      </w:r>
    </w:p>
    <w:p>
      <w:r>
        <w:br/>
        <w:t>Я ж не топила, я ж не варила.</w:t>
      </w:r>
    </w:p>
    <w:p>
      <w:r>
        <w:br/>
        <w:t>По воду пішла — відра побила. (2)</w:t>
      </w:r>
    </w:p>
    <w:p>
      <w:r>
        <w:br/>
        <w:t>А додому прийшла — піч розвалила.</w:t>
      </w:r>
    </w:p>
    <w:p>
      <w:r>
        <w:br/>
        <w:t>За те мене моя мати трохи не побила. (2)</w:t>
      </w:r>
    </w:p>
    <w:p>
      <w:r>
        <w:br/>
        <w:t>Михайло. А що, яково?</w:t>
      </w:r>
    </w:p>
    <w:p>
      <w:r>
        <w:br/>
        <w:t>Солдат. Ну, што и говорить! Вить вы — природные певцы. У нас пословица есть: хахлы никуда не годятся, да голос у них хорош.</w:t>
      </w:r>
    </w:p>
    <w:p>
      <w:r>
        <w:br/>
        <w:t>Михайло. Нікуди не годяться? Ні, служивий, така ваша пословиця нікуди тепер не годиться. Я тобі коротенько скажу. Тепер уже не те, як давно було, іскра дотепу розжеврілась. Ось заглянь у столицю, в одну і в другу, та заглянь в сенат, та кинься по міністрах, та тоді й говори — чи годяться наші куди, чи ні!..</w:t>
      </w:r>
    </w:p>
    <w:p>
      <w:r>
        <w:br/>
        <w:t>Солдат. Спору нет, что нынче и ваших много есть заслуженных, способных и отличных людей даже в армии, да пословица-то идет, вишь ты.</w:t>
      </w:r>
    </w:p>
    <w:p>
      <w:r>
        <w:br/>
        <w:t>Михайло. Пословиця? Коли на те пішло, так і у нас єсть їх не трохи.</w:t>
      </w:r>
    </w:p>
    <w:p>
      <w:r>
        <w:br/>
        <w:t>Тетяна. Годі вам споритися. Тепер чи москаль, чи наш — все одно: всі одного батька, царя білого, діти. Тільки в тім і разниця, що одні дуже шпаркі, а другі смирні... Чоловіче, вже не рано, — може, час спати лягати?</w:t>
      </w:r>
    </w:p>
    <w:p>
      <w:r>
        <w:br/>
        <w:t>Михайло. Та щось і сон не бере, коли їсти хочеться.</w:t>
      </w:r>
    </w:p>
    <w:p>
      <w:r>
        <w:br/>
        <w:t>Солдат. Да, с тощим брюхом плохой сон будет...</w:t>
      </w:r>
    </w:p>
    <w:p>
      <w:r>
        <w:br/>
        <w:t>Михайло. Хоть би ти, Тетяно, заспівала. Може б, на животі полегшало.</w:t>
      </w:r>
    </w:p>
    <w:p>
      <w:r>
        <w:br/>
        <w:t>Солдат. В самом деле, спой, Танюша, что ни есть.</w:t>
      </w:r>
    </w:p>
    <w:p>
      <w:r>
        <w:br/>
        <w:t>Тетяна. Хіба московську, що мене одна дончиха вивчила.</w:t>
      </w:r>
    </w:p>
    <w:p>
      <w:r>
        <w:br/>
        <w:t>Солдат. Нутка, ну, спой русскую; верно, так же споешь, как я вашу.</w:t>
      </w:r>
    </w:p>
    <w:p>
      <w:r>
        <w:br/>
        <w:t>Михайло. Почуєш та й скажеш тоді, чи прийде тобі по нутру.</w:t>
      </w:r>
    </w:p>
    <w:p>
      <w:r>
        <w:br/>
        <w:t>Солдат. А как эта песня начинается?</w:t>
      </w:r>
    </w:p>
    <w:p>
      <w:r>
        <w:br/>
        <w:t>Тетяна. Больно сердцу...</w:t>
      </w:r>
    </w:p>
    <w:p>
      <w:r>
        <w:br/>
        <w:t>Солдат. О! Эту и я знаю — начинай, хозяйка, и я стану подпевать.</w:t>
      </w:r>
    </w:p>
    <w:p>
      <w:r>
        <w:br/>
        <w:t>Больно сердцу мила друга не иметь,</w:t>
      </w:r>
    </w:p>
    <w:p>
      <w:r>
        <w:br/>
        <w:t>Скучно, грустно одиночкою сидеть.</w:t>
      </w:r>
    </w:p>
    <w:p>
      <w:r>
        <w:br/>
        <w:t>Кто со мною час приятный разделит?</w:t>
      </w:r>
    </w:p>
    <w:p>
      <w:r>
        <w:br/>
        <w:t>Кто слезою меня в горе подарит?</w:t>
      </w:r>
    </w:p>
    <w:p>
      <w:r>
        <w:br/>
        <w:t>И цветочек лишь от дождика цветет,</w:t>
      </w:r>
    </w:p>
    <w:p>
      <w:r>
        <w:br/>
        <w:t>Так и сердце лишь занятием живет.</w:t>
      </w:r>
    </w:p>
    <w:p>
      <w:r>
        <w:br/>
        <w:t>Где для сердца мила друга мне найтить?</w:t>
      </w:r>
    </w:p>
    <w:p>
      <w:r>
        <w:br/>
        <w:t>Чувства перед кем души своей открыть?</w:t>
      </w:r>
    </w:p>
    <w:p>
      <w:r>
        <w:br/>
        <w:t>Ах! Люблю я — но сказать того боюсь,</w:t>
      </w:r>
    </w:p>
    <w:p>
      <w:r>
        <w:br/>
        <w:t>Без уверенности я любви страшусь.</w:t>
      </w:r>
    </w:p>
    <w:p>
      <w:r>
        <w:br/>
        <w:t>И без слов любовь мне можно доказать,</w:t>
      </w:r>
    </w:p>
    <w:p>
      <w:r>
        <w:br/>
        <w:t>Сердце знает, как и друга испытать;</w:t>
      </w:r>
    </w:p>
    <w:p>
      <w:r>
        <w:br/>
        <w:t>Буду молча нежно друга я любить,</w:t>
      </w:r>
    </w:p>
    <w:p>
      <w:r>
        <w:br/>
        <w:t>Буду молча радость, скуку с ним делить.</w:t>
      </w:r>
    </w:p>
    <w:p>
      <w:r>
        <w:br/>
        <w:t>Михайло. А що? Гарна пісня?</w:t>
      </w:r>
    </w:p>
    <w:p>
      <w:r>
        <w:br/>
        <w:t>Солдат. Правда твоя; да и жена твоя славно поет.</w:t>
      </w:r>
    </w:p>
    <w:p>
      <w:r>
        <w:br/>
        <w:t>Тетяна. Не дуже і славно, а так, як ти співав мильницю.</w:t>
      </w:r>
    </w:p>
    <w:p>
      <w:r>
        <w:br/>
        <w:t>Михайло. А їсти все-таки хочеться.</w:t>
      </w:r>
    </w:p>
    <w:p>
      <w:r>
        <w:br/>
        <w:t>Солдат. Хочеш, хозяйка, я тебя выручу и накормлю твоего мужа, тебя и себя?</w:t>
      </w:r>
    </w:p>
    <w:p>
      <w:r>
        <w:br/>
        <w:t>Михайло. Ану, ну! Яким би то способом?</w:t>
      </w:r>
    </w:p>
    <w:p>
      <w:r>
        <w:br/>
        <w:t>Солдат. Каким способом? Вить я чародей! Захочу — прикажу, вот и кушанье будет на столе.</w:t>
      </w:r>
    </w:p>
    <w:p>
      <w:r>
        <w:br/>
        <w:t>Тетяна. Цур йому! Може, страшно буде або і страва богзна відкіль візьметься. (До чоловіка). От уже і ти — намігся їсти, мов мала дитина! (Обом). Лягали 6 спати, а я раненько встану та снідати наварю вам.</w:t>
      </w:r>
    </w:p>
    <w:p>
      <w:r>
        <w:br/>
        <w:t>Михайло. Де те у бога снідання!.. А тут їсти хочеться, аж живіт корчить.</w:t>
      </w:r>
    </w:p>
    <w:p>
      <w:r>
        <w:br/>
        <w:t>Солдат. Дай волю, хозяйка — вмиг будет кушанье! (Виймає шомпол, махає на всі боки, потім становить Михайла й Тетяну поряд). Стойте смирно, не шевелитесь, зажмурьте оба глаза и выговорите громко слова, какие скажу: "Бердень, Бердень, Ладога моя!"</w:t>
      </w:r>
    </w:p>
    <w:p>
      <w:r>
        <w:br/>
        <w:t>Господарі проказують за ним і розплющують очі.</w:t>
      </w:r>
    </w:p>
    <w:p>
      <w:r>
        <w:br/>
        <w:t>Солдат. Теперь объявляю вам, что жареная курица и колбаса в каморке у вас спрятаны. Поди, хозяин, сыщи и принеси сюда.</w:t>
      </w:r>
    </w:p>
    <w:p>
      <w:r>
        <w:br/>
        <w:t>Михайло. В якім же місці спрятана? Тепер поночі — як її найдеш?</w:t>
      </w:r>
    </w:p>
    <w:p>
      <w:r>
        <w:br/>
        <w:t>Солдат. Все вместе лежит под... Как бишь оно?.. Сказывай, хозяйка, что у вас там есть?</w:t>
      </w:r>
    </w:p>
    <w:p>
      <w:r>
        <w:br/>
        <w:t>Тетяна. Мало чого там есть у нас!.. Ну — куфа?</w:t>
      </w:r>
    </w:p>
    <w:p>
      <w:r>
        <w:br/>
        <w:t>Солдат. Нет.</w:t>
      </w:r>
    </w:p>
    <w:p>
      <w:r>
        <w:br/>
        <w:t>Тетяна. Діжка, корито, ночви, горшки, макітра, поставець, гладушки, козубенька, кошик, діжа, підситок, решето?</w:t>
      </w:r>
    </w:p>
    <w:p>
      <w:r>
        <w:br/>
        <w:t>Солдат. Нет, нет!</w:t>
      </w:r>
    </w:p>
    <w:p>
      <w:r>
        <w:br/>
        <w:t>Тетяна. Більше ж нема нічого.</w:t>
      </w:r>
    </w:p>
    <w:p>
      <w:r>
        <w:br/>
        <w:t>Михайло. А бодня?</w:t>
      </w:r>
    </w:p>
    <w:p>
      <w:r>
        <w:br/>
        <w:t>Солдат. Да, да! В бодне или под бодней. Ступай скорей, хозяин, забирай кушанье и приноси сюда.</w:t>
      </w:r>
    </w:p>
    <w:p>
      <w:r>
        <w:br/>
        <w:t>Михайло (чухає голову й виявляє неохоту). А чи не буде ж воно страшно?</w:t>
      </w:r>
    </w:p>
    <w:p>
      <w:r>
        <w:br/>
        <w:t>Солдат. Отчево страшно? Ступай смело, не бось?</w:t>
      </w:r>
    </w:p>
    <w:p>
      <w:r>
        <w:br/>
        <w:t>Михайло. Жінко, засвіти недогарок. (Тетяна світить недогарок і дає чоловікові, той одходить). Гляди ж, господа служивий! Як перелякаюсь, то не прогнівайся!</w:t>
      </w:r>
    </w:p>
    <w:p>
      <w:r>
        <w:br/>
        <w:t>Солдат. Ступай, ступай! Да не съешь один колбасу!</w:t>
      </w:r>
    </w:p>
    <w:p>
      <w:r>
        <w:br/>
        <w:t>Михайло з смішними гримасами виходить.</w:t>
      </w:r>
    </w:p>
    <w:p>
      <w:r>
        <w:br/>
        <w:t>ЯВА VIII</w:t>
      </w:r>
    </w:p>
    <w:p>
      <w:r>
        <w:br/>
        <w:t>Солдат і Тетяна.</w:t>
      </w:r>
    </w:p>
    <w:p>
      <w:r>
        <w:br/>
        <w:t>Солдат (плеще Тетяну по плечу). Ну, хозяйка, каков я чародей?</w:t>
      </w:r>
    </w:p>
    <w:p>
      <w:r>
        <w:br/>
        <w:t>Тетяна. Великий!.. Но більше хитрий, настоящий москаль.</w:t>
      </w:r>
    </w:p>
    <w:p>
      <w:r>
        <w:br/>
        <w:t>Солдат. Да и ты лукава. Зачем ты мне ужинать не дала?</w:t>
      </w:r>
    </w:p>
    <w:p>
      <w:r>
        <w:br/>
        <w:t>Тетяна. А нащо ти таку бучу зняв? Якби ти ласкою обійшовся зо мною, то я й нагодувала б тебе.</w:t>
      </w:r>
    </w:p>
    <w:p>
      <w:r>
        <w:br/>
        <w:t>Солдат. Полно притворяться. Тебе досадно стало, что я помешал тебе...</w:t>
      </w:r>
    </w:p>
    <w:p>
      <w:r>
        <w:br/>
        <w:t>Тетяна. Ти кривдиш мене, служивий. Правда, ти — сторонній чоловік, то, заставши мене одну з паничем і ввечері, вільно тобі помислити всяково; а якби знав мене лучче, то б лучче обо мні й думав. Не хватайся ніколи осуждати.</w:t>
      </w:r>
    </w:p>
    <w:p>
      <w:r>
        <w:br/>
        <w:t>Солдат. Нет, моя милая, я ничего дурного о тебе не заключаю. Я узнал тебя: ты женщина хоть и молодая, но умная и честных правил. Самая робость твоя и торопливость оказали твою невинность. Положись на меня: я избавлю тебя от хлопот. В свете часто случается; что и добродетель кажется подозрительною.</w:t>
      </w:r>
    </w:p>
    <w:p>
      <w:r>
        <w:br/>
        <w:t>Тетяна. Зо мною так тепер і трапилось, і бог тобі порука, що в мене й на умі не було...</w:t>
      </w:r>
    </w:p>
    <w:p>
      <w:r>
        <w:br/>
        <w:t>Солдат. Верю, верю, милая. Я и бедного арестанта скоро выпущу.</w:t>
      </w:r>
    </w:p>
    <w:p>
      <w:r>
        <w:br/>
        <w:t>Тетяна. Мені до його нужди мало. Його треба б таки провчити, щоб не ліз осою і не піддурював чужих жінок. Він мені дуже надоїв.</w:t>
      </w:r>
    </w:p>
    <w:p>
      <w:r>
        <w:br/>
        <w:t>Солдат. Изволь, проучу ево путем и отважу подлипать к чужим жонам.</w:t>
      </w:r>
    </w:p>
    <w:p>
      <w:r>
        <w:br/>
        <w:t>Тетяна. Ти, може, його скалічиш? Не надсади йому бебехів!</w:t>
      </w:r>
    </w:p>
    <w:p>
      <w:r>
        <w:br/>
        <w:t>Солдат. Не бось, я пользу сделаю ему, а не вред... Вот и муж твой идет.</w:t>
      </w:r>
    </w:p>
    <w:p>
      <w:r>
        <w:br/>
        <w:t>ЯВА IX</w:t>
      </w:r>
    </w:p>
    <w:p>
      <w:r>
        <w:br/>
        <w:t>Ті ж і Михайло.</w:t>
      </w:r>
    </w:p>
    <w:p>
      <w:r>
        <w:br/>
        <w:t>Михайло (голосно за лаштунками). Одчини, жінко!.. одчини!</w:t>
      </w:r>
    </w:p>
    <w:p>
      <w:r>
        <w:br/>
        <w:t>Тетяна (одчиняє). Що ти так галиш, неначе хто женеться за тобою?</w:t>
      </w:r>
    </w:p>
    <w:p>
      <w:r>
        <w:br/>
        <w:t>Михайло (з досадою). Женеться! Так що ж, що не женеться? Так волос дибом становиться, і здається, неначе за шиворот хтось ловить. Та й недогарок погас.</w:t>
      </w:r>
    </w:p>
    <w:p>
      <w:r>
        <w:br/>
        <w:t>Солдат (весело). Ну, хозяин, все ли так было, как сказано?</w:t>
      </w:r>
    </w:p>
    <w:p>
      <w:r>
        <w:br/>
        <w:t>Михайло (ставить, що приніс, на стіл). Адже бач, що все так було! Курка печена, ковбаса пряжена під боднею найшлися, та ще либонь і в наших мисках... (Підозріливе). Жінко!</w:t>
      </w:r>
    </w:p>
    <w:p>
      <w:r>
        <w:br/>
        <w:t>Тетяна. От тобі й раз! Всі люди на однім базарі купують миски і в одних гончарів, то і миски однакові!</w:t>
      </w:r>
    </w:p>
    <w:p>
      <w:r>
        <w:br/>
        <w:t>Солдат. Ты вздор замолол, хозяин. Я лучше знаю все это. Выпьем-ка по одной перед ужином. (Наливає й п'є). Здравствуй, хозяин.</w:t>
      </w:r>
    </w:p>
    <w:p>
      <w:r>
        <w:br/>
        <w:t>Михайло (наливає і п'є). Здорові були, господа служба! (їдять з солдатом ковбасу).</w:t>
      </w:r>
    </w:p>
    <w:p>
      <w:r>
        <w:br/>
        <w:t>Михайло. Жінко, голубко, люба Тетясю! Чи нема чим запити смачної сеї ковбаси?</w:t>
      </w:r>
    </w:p>
    <w:p>
      <w:r>
        <w:br/>
        <w:t>Тетяна. Чим же ти зап'єш? Хіба водою?</w:t>
      </w:r>
    </w:p>
    <w:p>
      <w:r>
        <w:br/>
        <w:t>Михайло (наказуючи). Ні, не водою, а оставалась пляшка спотикачу. Піди ж, принеси, коли не вичастувала з ким.</w:t>
      </w:r>
    </w:p>
    <w:p>
      <w:r>
        <w:br/>
        <w:t>Тетяна. Та єсть же. Кого б то я мала без тебе частувати! (Виходить).</w:t>
      </w:r>
    </w:p>
    <w:p>
      <w:r>
        <w:br/>
        <w:t>ЯВА Х</w:t>
      </w:r>
    </w:p>
    <w:p>
      <w:r>
        <w:br/>
        <w:t>Т і ж без Тетяни.</w:t>
      </w:r>
    </w:p>
    <w:p>
      <w:r>
        <w:br/>
        <w:t>Солдат. У тебя жена добрая, хозяин.</w:t>
      </w:r>
    </w:p>
    <w:p>
      <w:r>
        <w:br/>
        <w:t>Михайло. Чи ти жартом так говориш, чи навсправжки?</w:t>
      </w:r>
    </w:p>
    <w:p>
      <w:r>
        <w:br/>
        <w:t>Солдат. Без шуток. Молода, пригожа и, кажется, тебя любит.</w:t>
      </w:r>
    </w:p>
    <w:p>
      <w:r>
        <w:br/>
        <w:t>Михайло. Хіба що молода і хороша — міша мене любити? Вона у мене добра й вірна жінка, тільки дуже жвава, жартлива і глузлива. Вже коли попадеться їй хоть трохи тюхтюх-сердега, то такого і підніме —на зубки і рада довести до того, хоть би цьому йолопові й ворсу нам'яли. Достається од неї деколи, як поприїжджають, отим цвентюхам, канцелюжкам!.. Та й смішні-бо вони собі, такі необачні, такі легкодухі: всьому вірять, усьому дивуються, всього бояться.</w:t>
      </w:r>
    </w:p>
    <w:p>
      <w:r>
        <w:br/>
        <w:t>Солдат. Однако к чужим жонам подлипать не боятся, словно как будто военные. Мне случалось их видеть храбрость при таких замашках.</w:t>
      </w:r>
    </w:p>
    <w:p>
      <w:r>
        <w:br/>
        <w:t>Михайло. Вже я за свою скажу, що не боюсь нічого.</w:t>
      </w:r>
    </w:p>
    <w:p>
      <w:r>
        <w:br/>
        <w:t>Солдат. Бывает и на старуху проруха. Не потачь, хозяин: у каждова есть свои блохи.</w:t>
      </w:r>
    </w:p>
    <w:p>
      <w:r>
        <w:br/>
        <w:t>Михайло. Борони боже — якби я свою підстеріг в чім, тут би їй і доклав воза.</w:t>
      </w:r>
    </w:p>
    <w:p>
      <w:r>
        <w:br/>
        <w:t>ЯВА XI</w:t>
      </w:r>
    </w:p>
    <w:p>
      <w:r>
        <w:br/>
        <w:t>Ті ж іТетяна (ставить наливку на стіл).</w:t>
      </w:r>
    </w:p>
    <w:p>
      <w:r>
        <w:br/>
        <w:t>Михайло Ану, судир! Ось і я вас почастую гарним спотикачем (наливає й підносить солдатові).</w:t>
      </w:r>
    </w:p>
    <w:p>
      <w:r>
        <w:br/>
        <w:t>Солдат (п'є). Вот славная наливочка! Кто ее сделал?</w:t>
      </w:r>
    </w:p>
    <w:p>
      <w:r>
        <w:br/>
        <w:t>Михайло. Жінка моя, Тетяна.</w:t>
      </w:r>
    </w:p>
    <w:p>
      <w:r>
        <w:br/>
        <w:t>Тетяна. Я, я — іще й з вишень свого садка. А москаль дума, що я нічого не вмію.</w:t>
      </w:r>
    </w:p>
    <w:p>
      <w:r>
        <w:br/>
        <w:t>Михайло (п'є). Вона, вона. Це у мене клад — не жінка!</w:t>
      </w:r>
    </w:p>
    <w:p>
      <w:r>
        <w:br/>
        <w:t>Солдат. Ты счастлив, хозяин: жена у тебя хороша и наливка недурна (наливає). За здоровье чернобровой Татьяны. (П'є).</w:t>
      </w:r>
    </w:p>
    <w:p>
      <w:r>
        <w:br/>
        <w:t>Михайло. Здорова, моя рибко, перепілко! (П'є).</w:t>
      </w:r>
    </w:p>
    <w:p>
      <w:r>
        <w:br/>
        <w:t>Тетяна (наливає). Спасибі! За здоров'я москаля-чарівника!.. (Пригубила й оддала чоловікові).</w:t>
      </w:r>
    </w:p>
    <w:p>
      <w:r>
        <w:br/>
        <w:t>Михайло. Здорові були, мосьпане-чарівник!</w:t>
      </w:r>
    </w:p>
    <w:p>
      <w:r>
        <w:br/>
        <w:t>Солдат (наливши). Благодарствуйте, завидная парочка! (П'є).</w:t>
      </w:r>
    </w:p>
    <w:p>
      <w:r>
        <w:br/>
        <w:t>Михайло. Що вже моя Тетяна, то (п'є) чорнобрива, кохана. (Співає).</w:t>
      </w:r>
    </w:p>
    <w:p>
      <w:r>
        <w:br/>
        <w:t>З того часу, як женився,</w:t>
      </w:r>
    </w:p>
    <w:p>
      <w:r>
        <w:br/>
        <w:t>Я ніколи не журився,</w:t>
      </w:r>
    </w:p>
    <w:p>
      <w:r>
        <w:br/>
        <w:t>Ой, чук, Тетяна,</w:t>
      </w:r>
    </w:p>
    <w:p>
      <w:r>
        <w:br/>
        <w:t>Чорнобрива, кохана!</w:t>
      </w:r>
    </w:p>
    <w:p>
      <w:r>
        <w:br/>
        <w:t>За Тетяну сто кіп дав,</w:t>
      </w:r>
    </w:p>
    <w:p>
      <w:r>
        <w:br/>
        <w:t>Бо Тетяну сподобав.</w:t>
      </w:r>
    </w:p>
    <w:p>
      <w:r>
        <w:br/>
        <w:t>Ой, чук...</w:t>
      </w:r>
    </w:p>
    <w:p>
      <w:r>
        <w:br/>
        <w:t>За Марусю п'ятака,</w:t>
      </w:r>
    </w:p>
    <w:p>
      <w:r>
        <w:br/>
        <w:t>Бо Маруся не така.</w:t>
      </w:r>
    </w:p>
    <w:p>
      <w:r>
        <w:br/>
        <w:t>Ой, чук...</w:t>
      </w:r>
    </w:p>
    <w:p>
      <w:r>
        <w:br/>
        <w:t>Я веселий і здоров</w:t>
      </w:r>
    </w:p>
    <w:p>
      <w:r>
        <w:br/>
        <w:t>Від Тетяниних бров...</w:t>
      </w:r>
    </w:p>
    <w:p>
      <w:r>
        <w:br/>
        <w:t>Ой, чук...</w:t>
      </w:r>
    </w:p>
    <w:p>
      <w:r>
        <w:br/>
        <w:t>Як Тетина засміється,</w:t>
      </w:r>
    </w:p>
    <w:p>
      <w:r>
        <w:br/>
        <w:t>В душі радість оддається.</w:t>
      </w:r>
    </w:p>
    <w:p>
      <w:r>
        <w:br/>
        <w:t>Ой, чук, Тетяна,</w:t>
      </w:r>
    </w:p>
    <w:p>
      <w:r>
        <w:br/>
        <w:t>Чорнобрива, кохана!</w:t>
      </w:r>
    </w:p>
    <w:p>
      <w:r>
        <w:br/>
        <w:t>Солдат. Ай, хозяин! Да ты, брат, хват!</w:t>
      </w:r>
    </w:p>
    <w:p>
      <w:r>
        <w:br/>
        <w:t>Тетяна. А ти думав, що у мене чоловік абиякий?..Не бійсь, себе не видасть. (Співає).</w:t>
      </w:r>
    </w:p>
    <w:p>
      <w:r>
        <w:br/>
        <w:t>Будь у мене мужичок з кулачок,</w:t>
      </w:r>
    </w:p>
    <w:p>
      <w:r>
        <w:br/>
        <w:t>А я таки мужикова жінка...</w:t>
      </w:r>
    </w:p>
    <w:p>
      <w:r>
        <w:br/>
        <w:t>Я за його захилюсь, захилюсь,</w:t>
      </w:r>
    </w:p>
    <w:p>
      <w:r>
        <w:br/>
        <w:t>Та нікого не боюсь, не боюсь. (2)</w:t>
      </w:r>
    </w:p>
    <w:p>
      <w:r>
        <w:br/>
        <w:t>Ой, до мене губерець підсипавсь</w:t>
      </w:r>
    </w:p>
    <w:p>
      <w:r>
        <w:br/>
        <w:t>І любові добивавсь, добивавсь.</w:t>
      </w:r>
    </w:p>
    <w:p>
      <w:r>
        <w:br/>
        <w:t>Я губерця любити не стала, —</w:t>
      </w:r>
    </w:p>
    <w:p>
      <w:r>
        <w:br/>
        <w:t>Його трясця напала, напала. (2)</w:t>
      </w:r>
    </w:p>
    <w:p>
      <w:r>
        <w:br/>
        <w:t>"Молодице, чия ти, чия ти?</w:t>
      </w:r>
    </w:p>
    <w:p>
      <w:r>
        <w:br/>
        <w:t>Пусти мене до хати, до хати".</w:t>
      </w:r>
    </w:p>
    <w:p>
      <w:r>
        <w:br/>
        <w:t>"Піди к чорту, убирайсь, убирайсь,</w:t>
      </w:r>
    </w:p>
    <w:p>
      <w:r>
        <w:br/>
        <w:t>Коло воріт не шатайсь, не шатайсь!" (2)</w:t>
      </w:r>
    </w:p>
    <w:p>
      <w:r>
        <w:br/>
        <w:t>Михайло. Воно так, вашеці проше: сучка санчата замчала; у нас ремінця за личко не виміняєш.</w:t>
      </w:r>
    </w:p>
    <w:p>
      <w:r>
        <w:br/>
        <w:t>Тетяна. От тепер час уже спати лягати</w:t>
      </w:r>
    </w:p>
    <w:p>
      <w:r>
        <w:br/>
        <w:t>Солдат. А я поразмялся так, что сон прошел. Хотите ли, хозяева, я вас потешу?</w:t>
      </w:r>
    </w:p>
    <w:p>
      <w:r>
        <w:br/>
        <w:t>Михайло. Потіш... та чим же і як?</w:t>
      </w:r>
    </w:p>
    <w:p>
      <w:r>
        <w:br/>
        <w:t>Тетяна. Та годі вам утішатись: час спати!</w:t>
      </w:r>
    </w:p>
    <w:p>
      <w:r>
        <w:br/>
        <w:t>Солдат. Успеешь, хозяйка, выспаться. Хотите ли, я покажу вам старшова, с которым все делаю?</w:t>
      </w:r>
    </w:p>
    <w:p>
      <w:r>
        <w:br/>
        <w:t>Михайло. Старшого? Це б того, — що греблі рве?</w:t>
      </w:r>
    </w:p>
    <w:p>
      <w:r>
        <w:br/>
        <w:t>Тетяна. Цур йому! Це б того, що — не при хаті згадуючи? (Плюється).</w:t>
      </w:r>
    </w:p>
    <w:p>
      <w:r>
        <w:br/>
        <w:t>Солдат. Ну, да что ж? Вить беды никакой не будет, ни страха. Он явится в человеческом виде, когда хотите.</w:t>
      </w:r>
    </w:p>
    <w:p>
      <w:r>
        <w:br/>
        <w:t>Михайло. В чоловічеськім? Якого ж чоловіка?</w:t>
      </w:r>
    </w:p>
    <w:p>
      <w:r>
        <w:br/>
        <w:t>Солдат. Какого хотите? (Всі мовчать).</w:t>
      </w:r>
    </w:p>
    <w:p>
      <w:r>
        <w:br/>
        <w:t>Тетяна. Знаєш, чоловіче, що? Нехай явиться таким, як я знаю і скажу москалеві... Побачимо, чи покаже!</w:t>
      </w:r>
    </w:p>
    <w:p>
      <w:r>
        <w:br/>
        <w:t>Михайло. Добре, кажи, говори.</w:t>
      </w:r>
    </w:p>
    <w:p>
      <w:r>
        <w:br/>
        <w:t>Солдат. Изволь, сказывай, в каком хочешь образе видеть.</w:t>
      </w:r>
    </w:p>
    <w:p>
      <w:r>
        <w:br/>
        <w:t>Тетяна. Нехай твій старший покажеться паничем Финтиком, що в нашім селі проживає, та щоб і в такій одежі, яку він носить.</w:t>
      </w:r>
    </w:p>
    <w:p>
      <w:r>
        <w:br/>
        <w:t>Солдат. Да платья-то, думаю, много есть у него. Так в каком прикажешь его представить?</w:t>
      </w:r>
    </w:p>
    <w:p>
      <w:r>
        <w:br/>
        <w:t>Михайло. В такім, яке носив сьогодні.</w:t>
      </w:r>
    </w:p>
    <w:p>
      <w:r>
        <w:br/>
        <w:t>Солдат. Изволь.</w:t>
      </w:r>
    </w:p>
    <w:p>
      <w:r>
        <w:br/>
        <w:t>Михайло (жінці). Я не вірю москалеві: він хваста.</w:t>
      </w:r>
    </w:p>
    <w:p>
      <w:r>
        <w:br/>
        <w:t>Солдат бере вуглину і виймає шомпол, розставляє чоловіка і жінку по обидва боки сцени, обводить їх кругами, зав'язує хустками очі. Стає сам посеред сцени і питає поважно, міняючи голос.</w:t>
      </w:r>
    </w:p>
    <w:p>
      <w:r>
        <w:br/>
        <w:t>Солдат. Откуда хотите, чтоб сатана в виде панича вышел?</w:t>
      </w:r>
    </w:p>
    <w:p>
      <w:r>
        <w:br/>
        <w:t>Михайло (боязко). Нехай жінка каже.</w:t>
      </w:r>
    </w:p>
    <w:p>
      <w:r>
        <w:br/>
        <w:t>Тетяна. З-під припічка.</w:t>
      </w:r>
    </w:p>
    <w:p>
      <w:r>
        <w:br/>
        <w:t>Михайло (набік). О, хитра з біса!</w:t>
      </w:r>
    </w:p>
    <w:p>
      <w:r>
        <w:br/>
        <w:t>Солдат. Не робейте, не бойтесь ничего, не говорите ни слова, не отзывайтесь и с круга ни на шаг не сходите; а не то — быть бедам!</w:t>
      </w:r>
    </w:p>
    <w:p>
      <w:r>
        <w:br/>
        <w:t>Михайло. А з зав'язаними очима побачиш його?</w:t>
      </w:r>
    </w:p>
    <w:p>
      <w:r>
        <w:br/>
        <w:t>Солдат. К повязке не дотрагивайтесь. Я сам сниму ее, как придет время.</w:t>
      </w:r>
    </w:p>
    <w:p>
      <w:r>
        <w:br/>
        <w:t>Михайло. Господа служивий! Чи не можна, щоб ції потіхи не показувати? Мене циганський піт проймає.</w:t>
      </w:r>
    </w:p>
    <w:p>
      <w:r>
        <w:br/>
        <w:t>Солдат. Теперь уже поздно: все черти встревожились в аде. Стойте, не шевелитесь и слушайте! (Поважно і помалу).</w:t>
      </w:r>
    </w:p>
    <w:p>
      <w:r>
        <w:br/>
        <w:t>Тара, бара,</w:t>
      </w:r>
    </w:p>
    <w:p>
      <w:r>
        <w:br/>
        <w:t>Гала, бала.</w:t>
      </w:r>
    </w:p>
    <w:p>
      <w:r>
        <w:br/>
        <w:t>Во всех углах</w:t>
      </w:r>
    </w:p>
    <w:p>
      <w:r>
        <w:br/>
        <w:t>Трах-тарарах!</w:t>
      </w:r>
    </w:p>
    <w:p>
      <w:r>
        <w:br/>
        <w:t>Из печнова дна</w:t>
      </w:r>
    </w:p>
    <w:p>
      <w:r>
        <w:br/>
        <w:t>Вылезай, сатана!</w:t>
      </w:r>
    </w:p>
    <w:p>
      <w:r>
        <w:br/>
        <w:t>При цих словах Михайло смішно кривиться. Финтик вилізає з-під печі. Солдат йому помагає, затуляє піч, стає знов на своє місце й робить знак, щоб той мовчав; підходить до жінки, розв'язує їй очі, далі й чоловікові. Михайло, вгледівши Финтика, виявляє переляк і дивування. Тетяна хоче так само зробити, та удає невдало. .</w:t>
      </w:r>
    </w:p>
    <w:p>
      <w:r>
        <w:br/>
        <w:t>Михайло (опам'ятавшись). А можна, мосьпане, з ним і побалакати?</w:t>
      </w:r>
    </w:p>
    <w:p>
      <w:r>
        <w:br/>
        <w:t>Солдат. Нельзя: голос его сильнеє грома, когда заговорит, из глаз засверкают молнии, а из ушей дым пойдет коромыслом. Ты не перенесешь такого ужаса.</w:t>
      </w:r>
    </w:p>
    <w:p>
      <w:r>
        <w:br/>
        <w:t>Михайло. А жінка перенесе?</w:t>
      </w:r>
    </w:p>
    <w:p>
      <w:r>
        <w:br/>
        <w:t>Солдат. Нет..</w:t>
      </w:r>
    </w:p>
    <w:p>
      <w:r>
        <w:br/>
        <w:t>Тетяна. Неправда, перенесу! (Выходить з круга, до чоловіка). Чоловіче! Москаль жартував над тобою. Я тобі все тепер розкажу. Цей панич не чорт, а настоящий Финтик, но своїми умислами походить на чорта.</w:t>
      </w:r>
    </w:p>
    <w:p>
      <w:r>
        <w:br/>
        <w:t>Михайло. Як же то так?.. Чи ви мене справді морочите, чи на глузд піднімаєте? Я нічого тут не розчовпу собі. А горілка? А вечеря під боднею?</w:t>
      </w:r>
    </w:p>
    <w:p>
      <w:r>
        <w:br/>
        <w:t>Солдат сміється.</w:t>
      </w:r>
    </w:p>
    <w:p>
      <w:r>
        <w:br/>
        <w:t>Тетяна. Все то не чари. Послухай. Три неділі вже тому, як панич цей приїхав у наше село до своїх родичів і, дізнавшись, що тебе дома нема, почав до мене вчащати. Я перше думала, що для того ходить, що нічого йому робити дома, аж ні: зачав мені говорити, що мене любить, що без мене йому скучно, щоб була я до його ласкава, що коли чоловіка дома нема, то і другого не гріх полюбити, бо так у світі ведеться. Такими й гіршими розказами так "ієні надоїв і осоружився, що і мені здумалось над ним поглумитися. Вчора дав грошей, щоб я вечерю для його справила на сьогодні. Я купила горілки, курку і ковбасу, та ще до вечері прийшов москаль. Я рада була, що на Финтиків кошт погодується служивий. Но цей служивий таку веремію підняв, як чорт у лотоках. Я спровадила його спати голодного, но він, видно, не спав і підслухав, як я Финтикові розказувала, де сховала горілку і страву. Ти, як на те, вернувся з дороги. Москаль на хитрощі піднявся і удавав, мов він чарівник. От тобі вся правда; а ти знаєш, що я перед тобою не брешу і не обманюю тебе.</w:t>
      </w:r>
    </w:p>
    <w:p>
      <w:r>
        <w:br/>
        <w:t>Михайло. Так ось воно як... Е! (До солдата). Господа служба! Так ти не чарівник і панич цей не... дух святий з нами? Горілка і страва — не од того, що не при хаті згадуючи? Га?</w:t>
      </w:r>
    </w:p>
    <w:p>
      <w:r>
        <w:br/>
        <w:t>Солдат. Точно все так, как жена тебе-пересказала. А притом я хоть и москаль, а ручаюсь тебе, что жена твоя, по всем моим замечаниям, никакова шаловства с этим фертиком не имела.</w:t>
      </w:r>
    </w:p>
    <w:p>
      <w:r>
        <w:br/>
        <w:t>Михайло. Та мені й самому здається, що од моєї жінки не треба б сподіватись городянського, вашеці проше, бешкету. Та тепер дивний світ...</w:t>
      </w:r>
    </w:p>
    <w:p>
      <w:r>
        <w:br/>
        <w:t>Тетяна. Не гріши, чоловіче! Хто проступиться, то той виля, як собака в човні. Погляди на мене і на пани ча — і вгадаєш, хто грішний, а хто праведний.</w:t>
      </w:r>
    </w:p>
    <w:p>
      <w:r>
        <w:br/>
        <w:t>Солдат. Вот оправдание, которое и строгий кригсрехт уважил бы. Поступим с виновным по воинским артикулам.</w:t>
      </w:r>
    </w:p>
    <w:p>
      <w:r>
        <w:br/>
        <w:t>Финтик. Прошу милосердия, пощады и прощения! (Стає навколішки й співає).</w:t>
      </w:r>
    </w:p>
    <w:p>
      <w:r>
        <w:br/>
        <w:t>Помилуйте, вас прошу:</w:t>
      </w:r>
    </w:p>
    <w:p>
      <w:r>
        <w:br/>
        <w:t>Єй-єй же, покаюсь!</w:t>
      </w:r>
    </w:p>
    <w:p>
      <w:r>
        <w:br/>
        <w:t>І прельщатися чужим</w:t>
      </w:r>
    </w:p>
    <w:p>
      <w:r>
        <w:br/>
        <w:t>По смерть зацураюсь.</w:t>
      </w:r>
    </w:p>
    <w:p>
      <w:r>
        <w:br/>
        <w:t>Я — бездельник, признаюсь,</w:t>
      </w:r>
    </w:p>
    <w:p>
      <w:r>
        <w:br/>
        <w:t>І дурак письменный!</w:t>
      </w:r>
    </w:p>
    <w:p>
      <w:r>
        <w:br/>
        <w:t>Я проныра і крючок</w:t>
      </w:r>
    </w:p>
    <w:p>
      <w:r>
        <w:br/>
        <w:t>I хапун отменный...</w:t>
      </w:r>
    </w:p>
    <w:p>
      <w:r>
        <w:br/>
        <w:t>Я спокутую гріхи</w:t>
      </w:r>
    </w:p>
    <w:p>
      <w:r>
        <w:br/>
        <w:t>I, божусь, ісправлюсь</w:t>
      </w:r>
    </w:p>
    <w:p>
      <w:r>
        <w:br/>
        <w:t>І любить чужих жінок</w:t>
      </w:r>
    </w:p>
    <w:p>
      <w:r>
        <w:br/>
        <w:t>По смерть не отважусь.</w:t>
      </w:r>
    </w:p>
    <w:p>
      <w:r>
        <w:br/>
        <w:t>Солдат. Как же тебе поверить, когда ты крючок! Тебе непременно нада сделать наказ на спине и на ребрах. (Показує на мигах).</w:t>
      </w:r>
    </w:p>
    <w:p>
      <w:r>
        <w:br/>
        <w:t>Финтик (перелякано). Ой, ой, умилосердитесь!</w:t>
      </w:r>
    </w:p>
    <w:p>
      <w:r>
        <w:br/>
        <w:t>Тетяна (до солдата). Не будьмо неумолимі для других, одним собі зазорного не прощаймо. (До Финтика). Слухай (співає).</w:t>
      </w:r>
    </w:p>
    <w:p>
      <w:r>
        <w:br/>
        <w:t>Треба б дати</w:t>
      </w:r>
    </w:p>
    <w:p>
      <w:r>
        <w:br/>
        <w:t>Прочухана,</w:t>
      </w:r>
    </w:p>
    <w:p>
      <w:r>
        <w:br/>
        <w:t>Щоб ти научився;</w:t>
      </w:r>
    </w:p>
    <w:p>
      <w:r>
        <w:br/>
        <w:t>Михайло.</w:t>
      </w:r>
    </w:p>
    <w:p>
      <w:r>
        <w:br/>
        <w:t>Як обманювать жінок,</w:t>
      </w:r>
    </w:p>
    <w:p>
      <w:r>
        <w:br/>
        <w:t>В другий раз страшився.</w:t>
      </w:r>
    </w:p>
    <w:p>
      <w:r>
        <w:br/>
        <w:t>Тетяна.</w:t>
      </w:r>
    </w:p>
    <w:p>
      <w:r>
        <w:br/>
        <w:t>Ти за чванство,</w:t>
      </w:r>
    </w:p>
    <w:p>
      <w:r>
        <w:br/>
        <w:t>За лукавство</w:t>
      </w:r>
    </w:p>
    <w:p>
      <w:r>
        <w:br/>
        <w:t>І попався в сітку</w:t>
      </w:r>
    </w:p>
    <w:p>
      <w:r>
        <w:br/>
        <w:t>Михайло.</w:t>
      </w:r>
    </w:p>
    <w:p>
      <w:r>
        <w:br/>
        <w:t>За те б треба</w:t>
      </w:r>
    </w:p>
    <w:p>
      <w:r>
        <w:br/>
        <w:t>Дати хльосту</w:t>
      </w:r>
    </w:p>
    <w:p>
      <w:r>
        <w:br/>
        <w:t>І спровадить к дідьку.</w:t>
      </w:r>
    </w:p>
    <w:p>
      <w:r>
        <w:br/>
        <w:t>Тетяна.</w:t>
      </w:r>
    </w:p>
    <w:p>
      <w:r>
        <w:br/>
        <w:t>Признавайся,</w:t>
      </w:r>
    </w:p>
    <w:p>
      <w:r>
        <w:br/>
        <w:t>Оправдайся,</w:t>
      </w:r>
    </w:p>
    <w:p>
      <w:r>
        <w:br/>
        <w:t>То не буде лиха.</w:t>
      </w:r>
    </w:p>
    <w:p>
      <w:r>
        <w:br/>
        <w:t>Михайло.</w:t>
      </w:r>
    </w:p>
    <w:p>
      <w:r>
        <w:br/>
        <w:t>Добрих людей не кусай</w:t>
      </w:r>
    </w:p>
    <w:p>
      <w:r>
        <w:br/>
        <w:t>Явно, ні спідтиха.</w:t>
      </w:r>
    </w:p>
    <w:p>
      <w:r>
        <w:br/>
        <w:t>Финтик.</w:t>
      </w:r>
    </w:p>
    <w:p>
      <w:r>
        <w:br/>
        <w:t>О, горе мне, грешнику сущу,</w:t>
      </w:r>
    </w:p>
    <w:p>
      <w:r>
        <w:br/>
        <w:t>Ко оправданню ответа не имущу!</w:t>
      </w:r>
    </w:p>
    <w:p>
      <w:r>
        <w:br/>
        <w:t>Како и чем могу вас ублажити?</w:t>
      </w:r>
    </w:p>
    <w:p>
      <w:r>
        <w:br/>
        <w:t>Ей, от сего часа буду честно жити!</w:t>
      </w:r>
    </w:p>
    <w:p>
      <w:r>
        <w:br/>
        <w:t>Михайло. Гляди ж того! Встань та послухай сюди. Мені б треба більше за всіх проученіє тобі дати, но я непотребство твоєї душі прощаю тобі, тільки обіщай нам ніколи не забувати, якого ти роду, почитати матір свою, поважати старших себе, не обижати нікого, не підсипатись під чужих жінок, а мою Тетяну за тридев'ять земель обходити; бо колись за це дадуть тобі березової припарки такої, що й правнучатам будеш заказувати.</w:t>
      </w:r>
    </w:p>
    <w:p>
      <w:r>
        <w:br/>
        <w:t>Солдат. И небо с овчинку покажется.</w:t>
      </w:r>
    </w:p>
    <w:p>
      <w:r>
        <w:br/>
        <w:t>Тетяна. І в могилі боляче буде.</w:t>
      </w:r>
    </w:p>
    <w:p>
      <w:r>
        <w:br/>
        <w:t>Финтик. Милостивые благодетели! Ваше великодушие проникло в мою совесть. Она пробудилась и представляет мне докладный регистр моих бесчинств. Стыжусь моих злых окаянств и сам себе кажусь презрительным, как за дурные поступки противу моих родных, равно и противу всех людей. Теперь все силы употреблю доказать на деле мое исправление. Буду всем рассказывать сегодняшнее мое приключение и москаля-чаривника, дабы пример мой послужил ко исправлению всех и каждого.</w:t>
      </w:r>
    </w:p>
    <w:p>
      <w:r>
        <w:br/>
        <w:t>Солдат. Поэтому правда, что шутка, кстати сделанная, больше делает иногда пользы, чем строгие наставления.</w:t>
      </w:r>
    </w:p>
    <w:p>
      <w:r>
        <w:br/>
        <w:t>Всі (хор).</w:t>
      </w:r>
    </w:p>
    <w:p>
      <w:r>
        <w:br/>
        <w:t>Треба дружно з людьми жити,</w:t>
      </w:r>
    </w:p>
    <w:p>
      <w:r>
        <w:br/>
        <w:t>Треба так жінок любити,</w:t>
      </w:r>
    </w:p>
    <w:p>
      <w:r>
        <w:br/>
        <w:t>Щоб од бога не гріх,</w:t>
      </w:r>
    </w:p>
    <w:p>
      <w:r>
        <w:br/>
        <w:t>Щоб і людям не в сміх. (2)</w:t>
      </w:r>
    </w:p>
    <w:p>
      <w:r>
        <w:br/>
        <w:t>Финтик.</w:t>
      </w:r>
    </w:p>
    <w:p>
      <w:r>
        <w:br/>
        <w:t>Всем теперь скажу я смело:</w:t>
      </w:r>
    </w:p>
    <w:p>
      <w:r>
        <w:br/>
        <w:t>В прок не пойдет злое дело, —</w:t>
      </w:r>
    </w:p>
    <w:p>
      <w:r>
        <w:br/>
        <w:t>Хоть удастся в один раз —</w:t>
      </w:r>
    </w:p>
    <w:p>
      <w:r>
        <w:br/>
        <w:t>Попадешься в инчий час. (2)</w:t>
      </w:r>
    </w:p>
    <w:p>
      <w:r>
        <w:br/>
        <w:t>Всі.</w:t>
      </w:r>
    </w:p>
    <w:p>
      <w:r>
        <w:br/>
        <w:t>Треба дружно з людьми жити... (і далі).</w:t>
      </w:r>
    </w:p>
    <w:p>
      <w:r>
        <w:br/>
        <w:t>Тетяна.</w:t>
      </w:r>
    </w:p>
    <w:p>
      <w:r>
        <w:br/>
        <w:t>Паничі, остерігайтесь,</w:t>
      </w:r>
    </w:p>
    <w:p>
      <w:r>
        <w:br/>
        <w:t>Не запальчиво влюбляйтесь,</w:t>
      </w:r>
    </w:p>
    <w:p>
      <w:r>
        <w:br/>
        <w:t>Бо хто ласий до чужбин,</w:t>
      </w:r>
    </w:p>
    <w:p>
      <w:r>
        <w:br/>
        <w:t>Той скуштує і дубин. (2)</w:t>
      </w:r>
    </w:p>
    <w:p>
      <w:r>
        <w:br/>
        <w:t>Всі</w:t>
      </w:r>
    </w:p>
    <w:p>
      <w:r>
        <w:br/>
        <w:t>Треба дружно з людьми жити,</w:t>
      </w:r>
    </w:p>
    <w:p>
      <w:r>
        <w:br/>
        <w:t>Треба так жінок любити,</w:t>
      </w:r>
    </w:p>
    <w:p>
      <w:r>
        <w:br/>
        <w:t>Щоб од бога не гріх,</w:t>
      </w:r>
    </w:p>
    <w:p>
      <w:r>
        <w:br/>
        <w:t>Щоб і людям не в сміх. (2)</w:t>
      </w:r>
    </w:p>
    <w:p>
      <w:r>
        <w:br/>
        <w:t>Завіса.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Москаль-чарівник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