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Морозова кара</w:t>
      </w:r>
    </w:p>
    <w:p>
      <w:r>
        <w:br/>
        <w:t xml:space="preserve"> &lt;p&gt;Їхали раз зимою пан і мужик. Пан попереду, а мужик собі окремо — в ліс по дрова.</w:t>
      </w:r>
    </w:p>
    <w:p>
      <w:r>
        <w:br/>
        <w:t>А було дуже холодно, морозно, то обидва лаялись.</w:t>
      </w:r>
    </w:p>
    <w:p>
      <w:r>
        <w:br/>
        <w:t>— От проклятий мороз,— каже пан, кутаючись у хутро.</w:t>
      </w:r>
    </w:p>
    <w:p>
      <w:r>
        <w:br/>
        <w:t>— От проклятий мороз, бодай ти сказився! — каже й мужик, щулячись у старій кожушині.</w:t>
      </w:r>
    </w:p>
    <w:p>
      <w:r>
        <w:br/>
        <w:t>А шляхом гуляли собі старий Мороз і молоденький Морозенко.</w:t>
      </w:r>
    </w:p>
    <w:p>
      <w:r>
        <w:br/>
        <w:t>— Е,— каже Мороз,— як вони мене лають! Треба ж їх провчити! Я їх ще не так стисну, коли вони мене клянуть!.. Особливо треба провчити того мужика. Я його дошкулю не так, щоб не пащекував ще й він!</w:t>
      </w:r>
    </w:p>
    <w:p>
      <w:r>
        <w:br/>
        <w:t>— Добре, таточку! — каже на те Морозенко.— Тільки коли ти хочеш, щоб добре провчити мужика, то краще ти йди до пана, а до мужика піду я, бо ти вже старий, у тебе сила менша, а я дужчий, то я того мужика не так проберу!</w:t>
      </w:r>
    </w:p>
    <w:p>
      <w:r>
        <w:br/>
        <w:t>— Добре,— каже Мороз,— іди!</w:t>
      </w:r>
    </w:p>
    <w:p>
      <w:r>
        <w:br/>
        <w:t>А сам пішов до ланових саней. Як заходився старий Мороз біля подорожнього, то пан і коміра підіймав, і полами загортався, і бараницею ноги вкривав,— ні, таки дойняв лютий Мороз. Ледве-ледве пан додому добрався, аж руки й ноги поклякли, аж груди стисло!</w:t>
      </w:r>
    </w:p>
    <w:p>
      <w:r>
        <w:br/>
        <w:t>А Морозенко подався до мужика та й собі почав його пробирать: то за комір лізе, то під поли, то дірочку в кожушині знайде. А мужик приїхав у ліс, витяг сокиру з-за пояса та як почав рубати, як почав руками махати, то й упрів. Скинув тоді кожуха, поклав геть на землю. А сам одно руба, в свитині.</w:t>
      </w:r>
    </w:p>
    <w:p>
      <w:r>
        <w:br/>
        <w:t>— Ну, добре ж,— каже сам собі Морозенко,— ось я ж тобі так заморожу кожуха, що ти й не вдягнеш його. Ось тоді мене знатимеш!</w:t>
      </w:r>
    </w:p>
    <w:p>
      <w:r>
        <w:br/>
        <w:t>Та й уліз у кожушину.</w:t>
      </w:r>
    </w:p>
    <w:p>
      <w:r>
        <w:br/>
        <w:t>Мужик нарубав дров; треба вже йому додому їхати. До кожуха — коли кожух так обмерз (бо був же перед тим мокрий), що аж дубом стоїть, не можна вдягнути!</w:t>
      </w:r>
    </w:p>
    <w:p>
      <w:r>
        <w:br/>
        <w:t>Тоді мужик як узяв дровину, як почав гатить по кожухові, щоб пом'якшав, то Мороз мерщій з кожуха втікати! Добре-таки полатав його по плечах мужик та ще й приказував:</w:t>
      </w:r>
    </w:p>
    <w:p>
      <w:r>
        <w:br/>
        <w:t>— А, проклятий мороз, як мені кожуха зціпив! А, нема на тебе погибелі.</w:t>
      </w:r>
    </w:p>
    <w:p>
      <w:r>
        <w:br/>
        <w:t>Та все періщить поліном, та все гатить!..</w:t>
      </w:r>
    </w:p>
    <w:p>
      <w:r>
        <w:br/>
        <w:t>Вискочив Морозенко та мерщій од мужика далі.</w:t>
      </w:r>
    </w:p>
    <w:p>
      <w:r>
        <w:br/>
        <w:t>Зустрівся з батьком Морозом.</w:t>
      </w:r>
    </w:p>
    <w:p>
      <w:r>
        <w:br/>
        <w:t>— Ну,— каже старий Мороз,— я таки добре напер пана! Уже він і не лаявся далі, мовчав, бо ледве живий додому доїхав! А ти ж як там, синку, впорався з мужиком? Чи живий він зостався?</w:t>
      </w:r>
    </w:p>
    <w:p>
      <w:r>
        <w:br/>
        <w:t>— Живий... Лихо його не візьме! — понуро відказав Морозенко. Та вже не хотів доказувати, яка йому халепа була з мужиком, тільки чухав плечі.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Морозова 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