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Мороз сідає</w:t>
      </w:r>
    </w:p>
    <w:p>
      <w:r>
        <w:br/>
        <w:t xml:space="preserve"> &lt;p&gt;Мати зайшла знадвору в хату і, поклавши оберемок дров біля печі, сказала:</w:t>
      </w:r>
    </w:p>
    <w:p>
      <w:r>
        <w:br/>
        <w:t>— А мороз уже сідає.</w:t>
      </w:r>
    </w:p>
    <w:p>
      <w:r>
        <w:br/>
        <w:t>Василько вдягнувся, взув теплі валянки й гайда за поріг: цікаво, як сідає мороз?</w:t>
      </w:r>
    </w:p>
    <w:p>
      <w:r>
        <w:br/>
        <w:t>Дим із комина сусідньої хати вчора ввечері вився догори сивим тоненьким ручаєм, а сьогодні опустився донизу й слався, тремтів над землею, немов м'яка борода.</w:t>
      </w:r>
    </w:p>
    <w:p>
      <w:r>
        <w:br/>
        <w:t>Гілля молодої вишні рясно обнизали снігурі, наче то вишня взимку зацвіла жаристими квітками. Цікавий Василько ступив під вишню, щоб ізблизька подивитись, і тоді яскраві квітки, змахнувши живими крильми, вмить зірвалися з гілля й полетіли. Дружно всілись на яблуні в садку, й тепер уже яблуня зацвіла посеред зими — снігурами, їхніми святковими кольорами.</w:t>
      </w:r>
    </w:p>
    <w:p>
      <w:r>
        <w:br/>
        <w:t>Потім Василько задивився, як метушаться щиглики біля воріт на сухому віниччі та на всохлих стеблах чорнобривців, що стриміли з-під снігу.</w:t>
      </w:r>
    </w:p>
    <w:p>
      <w:r>
        <w:br/>
        <w:t>Та це ж вони викльовують насіннячко, бо голодні!</w:t>
      </w:r>
    </w:p>
    <w:p>
      <w:r>
        <w:br/>
        <w:t>Коли Василько підійшов до торішнього квітника, то щиглики відлетіли на бузиновий кущ. Хлопець обережно став притоптувати сніг біля стебел, а деякі просто руками дістав із-під снігу. Скоро з холодної неволі на світ появилось багато стебел усіляких квіток, на яких позоставалось чимало насіння.</w:t>
      </w:r>
    </w:p>
    <w:p>
      <w:r>
        <w:br/>
        <w:t>Прилітайте, щиглики! Прилітайте, снігурі! Прилітайте і клюйте, підкріплюйтесь, щоб не замерзнути від голоду і холоду.</w:t>
      </w:r>
    </w:p>
    <w:p>
      <w:r>
        <w:br/>
        <w:t>А мороз, видно, й справді сідає. Сідає інієм на кожній гілочці і бадилинці, сивими візерунками на шибках по хатах. Сідає на пухнастий сніг і сердито так посварюється під валянками Василька, що йде на город.</w:t>
      </w:r>
    </w:p>
    <w:p>
      <w:r>
        <w:br/>
        <w:t>Ось забута капустина ледь-ледь виглядає з-під снігу, то Василько потоптався довкола неї. Далі руками розгріб качан, за ним другий. Це ж і зайці забігають із поля в село, щоб десь бурячок чи морквинку знайти. Не обминайте Васильків город, знайдете поживу тут для себе, а стовбурці молодих яблуньок та вишеньок не обгризайте, бо ж дерево живе, замерзнути може.</w:t>
      </w:r>
    </w:p>
    <w:p>
      <w:r>
        <w:br/>
        <w:t>Вдарив дятел міцним дзьобом по сухій яворовій гілці, і той перестук повис у повітрі, наче довгий, лункий разок намиста.</w:t>
      </w:r>
    </w:p>
    <w:p>
      <w:r>
        <w:br/>
        <w:t>Горобець заспівав:</w:t>
      </w:r>
    </w:p>
    <w:p>
      <w:r>
        <w:br/>
        <w:t>Цвірінь-цвірінь! Цвірінь-цвірінь!</w:t>
      </w:r>
    </w:p>
    <w:p>
      <w:r>
        <w:br/>
        <w:t>А Василькові почулося:</w:t>
      </w:r>
    </w:p>
    <w:p>
      <w:r>
        <w:br/>
        <w:t>— Скоро весна! Скоро весна!</w:t>
      </w:r>
    </w:p>
    <w:p>
      <w:r>
        <w:br/>
        <w:t>А мороз сів і вже цього тихого ранку сидів скрізь — на городі примостився покрадьки, на яблуневому гіллі білів несміливо, тихенько посварювався під Васильковими валянками.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Мороз сідає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