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старої хати</w:t>
      </w:r>
    </w:p>
    <w:p>
      <w:r>
        <w:br/>
        <w:t xml:space="preserve"> МОНОЛОГ СТАРОЇ ХАТИ</w:t>
      </w:r>
    </w:p>
    <w:p>
      <w:r>
        <w:br/>
        <w:t>Я відслужила на землі своє.&lt;br /&gt;</w:t>
        <w:br/>
        <w:t>Хоч промінь світла ще по стінах бризка,&lt;br /&gt;</w:t>
        <w:br/>
        <w:t>вже сволок, де була твоя колиска,&lt;br /&gt;</w:t>
        <w:br/>
        <w:t>прогнувся низько – і тепер гниє…&lt;br /&gt;</w:t>
        <w:br/>
        <w:t>Ще вечорами йдуть пісні сюди,&lt;br /&gt;</w:t>
        <w:br/>
        <w:t>натомлені, закурені, зі степу&lt;br /&gt;</w:t>
        <w:br/>
        <w:t>і на моїм порозі-перечепі&lt;br /&gt;</w:t>
        <w:br/>
        <w:t>ще залишають голубі сліди…&lt;br /&gt;</w:t>
        <w:br/>
        <w:t>Я відслужила, наче добрий кінь.&lt;br /&gt;</w:t>
        <w:br/>
        <w:t>Ти не піднось моє сумління в сором,&lt;br /&gt;</w:t>
        <w:br/>
        <w:t>що зараз для твойого кругозору&lt;br /&gt;</w:t>
        <w:br/>
        <w:t>зіниці моїх вікон завузькі.&lt;br /&gt;</w:t>
        <w:br/>
        <w:t>У них доба світилася твоя,&lt;br /&gt;</w:t>
        <w:br/>
        <w:t>коли було країні гірко й туго,&lt;br /&gt;</w:t>
        <w:br/>
        <w:t>коли варила мати суп з макухи&lt;br /&gt;</w:t>
        <w:br/>
        <w:t>між звершень, голоду і злодіянь.&lt;br /&gt;</w:t>
        <w:br/>
        <w:t>Коли пастух в Народ себе возвів,&lt;br /&gt;</w:t>
        <w:br/>
        <w:t>насупивши вождя холодні очі,&lt;br /&gt;</w:t>
        <w:br/>
        <w:t>коли у дні вривались чорні ночі&lt;br /&gt;</w:t>
        <w:br/>
        <w:t>воронням чорним в злобі і крові.&lt;br /&gt;</w:t>
        <w:br/>
        <w:t>Тоді лягав у стіни мої біль,&lt;br /&gt;</w:t>
        <w:br/>
        <w:t>де пелюшки, і поминки, і спрага.&lt;br /&gt;</w:t>
        <w:br/>
        <w:t>Та бились у травневу шибку птахи,&lt;br /&gt;</w:t>
        <w:br/>
        <w:t>для трударя віщуючи хліб-сіль.&lt;br /&gt;</w:t>
        <w:br/>
        <w:t>Я доглядала часточку тепла…&lt;br /&gt;</w:t>
        <w:br/>
        <w:t>Узяте в сонця –&lt;br /&gt;</w:t>
        <w:br/>
        <w:t>сонцю повертаю!&lt;br /&gt;</w:t>
        <w:br/>
        <w:t>Благословенна –&lt;br /&gt;</w:t>
        <w:br/>
        <w:t>вас благословляю!&lt;br /&gt;</w:t>
        <w:br/>
        <w:t>… Я віджила.</w:t>
      </w:r>
    </w:p>
    <w:p>
      <w:r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старої хати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