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Монолог перед завісою</w:t>
      </w:r>
    </w:p>
    <w:p>
      <w:r>
        <w:br/>
        <w:t xml:space="preserve"> Косяки наших тіл потрапили знов&lt;br /&gt;</w:t>
        <w:br/>
        <w:t>у цей каламутний час&lt;br /&gt;</w:t>
        <w:br/>
        <w:t>рибина музики агонізує — бубни небес і&lt;br /&gt;</w:t>
        <w:br/>
        <w:t>бас клітини майбутнього монстра,&lt;br /&gt;</w:t>
        <w:br/>
        <w:t>цей ошалілий люд рев новонародженого ознаменує&lt;br /&gt;</w:t>
        <w:br/>
        <w:t>подвійний очей салют&lt;br /&gt;</w:t>
        <w:br/>
        <w:t>а поки що — тертя валют, пальт, авт&lt;br /&gt;</w:t>
        <w:br/>
        <w:t>черепахи мозків сповзаються,&lt;br /&gt;</w:t>
        <w:br/>
        <w:t>черепи — звалища правд&lt;br /&gt;</w:t>
        <w:br/>
        <w:t>і з них мурують парламентський череп&lt;br /&gt;</w:t>
        <w:br/>
        <w:t>і добувають тепло&lt;br /&gt;</w:t>
        <w:br/>
        <w:t>членистоноге тіло у безміри погребло&lt;br /&gt;</w:t>
        <w:br/>
        <w:t>простір в інформаційних вирах,&lt;br /&gt;</w:t>
        <w:br/>
        <w:t>над кожним поселенням німб&lt;br /&gt;</w:t>
        <w:br/>
        <w:t>павукоподібні структури,&lt;br /&gt;</w:t>
        <w:br/>
        <w:t>кожна-сяйливий олімп ці істоти над нами є,&lt;br /&gt;</w:t>
        <w:br/>
        <w:t>я відчуваю їх владу, Їх жовч&lt;br /&gt;</w:t>
        <w:br/>
        <w:t>комашня наших душ в павутинні&lt;br /&gt;</w:t>
        <w:br/>
        <w:t>— заткайся, помовч&lt;br /&gt;</w:t>
        <w:br/>
        <w:t>слова існують окремо,&lt;br /&gt;</w:t>
        <w:br/>
        <w:t>мови провадять війни імперії мов —&lt;br /&gt;</w:t>
        <w:br/>
        <w:t>у тріщинах пережиття ейфорійне м'ясо мов,&lt;br /&gt;</w:t>
        <w:br/>
        <w:t>себто ми: воїни апокаліпси&lt;br /&gt;</w:t>
        <w:br/>
        <w:t>мотлох, цвіль, гнилизна, прілі пахощі, кліпси&lt;br /&gt;</w:t>
        <w:br/>
        <w:t>на бруці розгублені погляди,&lt;br /&gt;</w:t>
        <w:br/>
        <w:t>пальці на струнах арфічних&lt;br /&gt;</w:t>
        <w:br/>
        <w:t>коханці, прибульці космічні, релігії, сходи у небо&lt;br /&gt;</w:t>
        <w:br/>
        <w:t>ангели, цар неба, обличчя цареве веселе...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Монолог перед завісою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