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Молитви до чужого</w:t>
      </w:r>
    </w:p>
    <w:p>
      <w:r>
        <w:br/>
        <w:t xml:space="preserve"> І</w:t>
      </w:r>
    </w:p>
    <w:p>
      <w:r>
        <w:br/>
        <w:t>Кручуся, як мертва сорока&lt;br /&gt;</w:t>
        <w:br/>
        <w:t>з фіалкою в дзьобі. Її підвісили&lt;br /&gt;</w:t>
        <w:br/>
        <w:t>за лапки, перед входом, вершники.&lt;br /&gt;</w:t>
        <w:br/>
        <w:t>"Костику" — і мертва пташка,&lt;br /&gt;</w:t>
        <w:br/>
        <w:t>яка крутиться на вітрі з чотирма&lt;br /&gt;</w:t>
        <w:br/>
        <w:t>сходинками, відбиваючись у ошатній&lt;br /&gt;</w:t>
        <w:br/>
        <w:t>вітрині зі срібними причандалами.&lt;br /&gt;</w:t>
        <w:br/>
        <w:t>І тільки фіалка, що&lt;br /&gt;</w:t>
        <w:br/>
        <w:t>обертається вкупі із тілом,&lt;br /&gt;</w:t>
        <w:br/>
        <w:t>ще свідчить&lt;br /&gt;</w:t>
        <w:br/>
        <w:t>про воздаяння рубінової крові,&lt;br /&gt;</w:t>
        <w:br/>
        <w:t>ущерть налитої&lt;br /&gt;</w:t>
        <w:br/>
        <w:t>до фіалу.</w:t>
      </w:r>
    </w:p>
    <w:p>
      <w:r>
        <w:br/>
        <w:t>II</w:t>
      </w:r>
    </w:p>
    <w:p>
      <w:r>
        <w:br/>
        <w:t>Аякже, вежа, добре обтесане каміння,&lt;br /&gt;</w:t>
        <w:br/>
        <w:t>переходи, балкони, ґалереї,&lt;br /&gt;</w:t>
        <w:br/>
        <w:t>вежа, покрита ґонтою, і висока,&lt;br /&gt;</w:t>
        <w:br/>
        <w:t>і, знову ж таки, самотня — між&lt;br /&gt;</w:t>
        <w:br/>
        <w:t>хмар, які течуть на північ, друзки,&lt;br /&gt;</w:t>
        <w:br/>
        <w:t>двох-трьох вибухів сонця забутого,&lt;br /&gt;</w:t>
        <w:br/>
        <w:t>призабутої радості і вміння.&lt;br /&gt;</w:t>
        <w:br/>
        <w:t>Задля того, щоб потім довше блукалося&lt;br /&gt;</w:t>
        <w:br/>
        <w:t>Галереями, балконами, переходами&lt;br /&gt;</w:t>
        <w:br/>
        <w:t>від одного місячного сяйва до&lt;br /&gt;</w:t>
        <w:br/>
        <w:t>іншого.&lt;br /&gt;</w:t>
        <w:br/>
        <w:t>— У розкинутих, як жінка, квітучих&lt;br /&gt;</w:t>
        <w:br/>
        <w:t>абрикосових галузках, що були&lt;br /&gt;</w:t>
        <w:br/>
        <w:t>перш ніж ти оселився тут і&lt;br /&gt;</w:t>
        <w:br/>
        <w:t>заходився тужити, на вежі, аякже.</w:t>
      </w:r>
    </w:p>
    <w:p>
      <w:r>
        <w:br/>
        <w:t>III</w:t>
      </w:r>
    </w:p>
    <w:p>
      <w:r>
        <w:br/>
        <w:t>І ця незвична трава, така трава надвечір,&lt;br /&gt;</w:t>
        <w:br/>
        <w:t>коли вже поїхала остання електричка на північ,&lt;br /&gt;</w:t>
        <w:br/>
        <w:t>а ти тільки посміхався, передчуваючи люте&lt;br /&gt;</w:t>
        <w:br/>
        <w:t>безсоння, якого не буває у трави, такої трави,&lt;br /&gt;</w:t>
        <w:br/>
        <w:t>такої тихої-і-лагідної, наче голос мами,&lt;br /&gt;</w:t>
        <w:br/>
        <w:t>що запитує, чи купив я мінеральної води,&lt;br /&gt;</w:t>
        <w:br/>
        <w:t>а вслід за цим надходить звістка про чиєсь&lt;br /&gt;</w:t>
        <w:br/>
        <w:t>самогубство, і ти виносиш їм гроші, карбованець-&lt;br /&gt;</w:t>
        <w:br/>
        <w:t>два, хто скільки&lt;br /&gt;</w:t>
        <w:br/>
        <w:t>може, хто скільки хоче, — трава така от,&lt;br /&gt;</w:t>
        <w:br/>
        <w:t>незвична,&lt;br /&gt;</w:t>
        <w:br/>
        <w:t>зелена, густа, перша і&lt;br /&gt;</w:t>
        <w:br/>
        <w:t>остання.</w:t>
      </w:r>
    </w:p>
    <w:p>
      <w:r>
        <w:br/>
        <w:t>IV</w:t>
      </w:r>
    </w:p>
    <w:p>
      <w:r>
        <w:br/>
        <w:t>Запалюєш сірника, тремтячою рукою&lt;br /&gt;</w:t>
        <w:br/>
        <w:t>гортаєш запилюжені, як сходи,&lt;br /&gt;</w:t>
        <w:br/>
        <w:t>сторінки, здмухуєш волосинку золоту,&lt;br /&gt;</w:t>
        <w:br/>
        <w:t>що впала на вбрання жони, одягненої так,&lt;br /&gt;</w:t>
        <w:br/>
        <w:t>як тоді вдягалися Божі Матері,&lt;br /&gt;</w:t>
        <w:br/>
        <w:t>читаєш латину і не можеш ніяк&lt;br /&gt;</w:t>
        <w:br/>
        <w:t>зрозуміти, чи то назви троянд,&lt;br /&gt;</w:t>
        <w:br/>
        <w:t>а чи імена павуків, бо й вони&lt;br /&gt;</w:t>
        <w:br/>
        <w:t>подібні до тебе, у червоній сорочці,&lt;br /&gt;</w:t>
        <w:br/>
        <w:t>з лапками, підібганими&lt;br /&gt;</w:t>
        <w:br/>
        <w:t>від холоду, з бульбусами&lt;br /&gt;</w:t>
        <w:br/>
        <w:t>і вірою, яку здмухуєш, наче золоту волосинку,&lt;br /&gt;</w:t>
        <w:br/>
        <w:t>на одну менше,&lt;br /&gt;</w:t>
        <w:br/>
        <w:t>і гасне сірник, і рука не тремтить.</w:t>
      </w:r>
    </w:p>
    <w:p>
      <w:r>
        <w:br/>
        <w:t>V</w:t>
      </w:r>
    </w:p>
    <w:p>
      <w:r>
        <w:br/>
        <w:t>Madeleine Paris&lt;br /&gt;</w:t>
        <w:br/>
        <w:t>Синя, з білою облямівкою,&lt;br /&gt;</w:t>
        <w:br/>
        <w:t>вчора Тома її забула,&lt;br /&gt;</w:t>
        <w:br/>
        <w:t>забула її, принісши вина та хліба,&lt;br /&gt;</w:t>
        <w:br/>
        <w:t>слухаючи про мою улюблену іграшку;&lt;br /&gt;</w:t>
        <w:br/>
        <w:t>— може іграшкою стати скорпіон? —&lt;br /&gt;</w:t>
        <w:br/>
        <w:t>засумнівалась вона, розглядаючи пробірку,&lt;br /&gt;</w:t>
        <w:br/>
        <w:t>де плавала ця мала жовта тварина,&lt;br /&gt;</w:t>
        <w:br/>
        <w:t>і як пояснити, коли навіть католики,&lt;br /&gt;</w:t>
        <w:br/>
        <w:t>охайні троянди целібату — і ті не мають&lt;br /&gt;</w:t>
        <w:br/>
        <w:t>вірогідного висновку,&lt;br /&gt;</w:t>
        <w:br/>
        <w:t>стрункого й палючого,&lt;br /&gt;</w:t>
        <w:br/>
        <w:t>і прохолодного,&lt;br /&gt;</w:t>
        <w:br/>
        <w:t>як собор, де химери, цокаючи кам’яними&lt;br /&gt;</w:t>
        <w:br/>
        <w:t>кігтями, перебігають вогкою підлогою,&lt;br /&gt;</w:t>
        <w:br/>
        <w:t>нічого не забуваючи, нічого не пам’ятаючи,&lt;br /&gt;</w:t>
        <w:br/>
        <w:t>вистромивши жала, заплющивши сині очі.</w:t>
      </w:r>
    </w:p>
    <w:p>
      <w:r>
        <w:br/>
        <w:t>Amen.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Молитви до чужого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