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Мою смереку хто послав на муки?...</w:t>
      </w:r>
    </w:p>
    <w:p>
      <w:r>
        <w:br/>
        <w:t xml:space="preserve"> Мою смереку хто послав на муки?&lt;br /&gt;</w:t>
        <w:br/>
        <w:t>Сніг на неї обтрусив – ховав свій слід.&lt;br /&gt;</w:t>
        <w:br/>
        <w:t>І пада сніг з її колючих віт&lt;br /&gt;</w:t>
        <w:br/>
        <w:t>на голову мою. В порожню сутінь</w:t>
      </w:r>
    </w:p>
    <w:p>
      <w:r>
        <w:br/>
        <w:t>ховаю погляд… Хай порветься нить&lt;br /&gt;</w:t>
        <w:br/>
        <w:t>одвічна.</w:t>
      </w:r>
    </w:p>
    <w:p>
      <w:r>
        <w:br/>
        <w:t>Вже не попіл калатає,</w:t>
      </w:r>
    </w:p>
    <w:p>
      <w:r>
        <w:br/>
        <w:t>а сніг…</w:t>
      </w:r>
    </w:p>
    <w:p>
      <w:r>
        <w:br/>
        <w:t>Але вини не відчуває</w:t>
      </w:r>
    </w:p>
    <w:p>
      <w:r>
        <w:br/>
        <w:t>душа. Прощення ні в кого просить.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Мою смереку хто послав на муки?...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