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Мойсей</w:t>
      </w:r>
    </w:p>
    <w:p>
      <w:r>
        <w:br/>
        <w:t xml:space="preserve"> МОЙСЕЙ&lt;br /&gt;</w:t>
        <w:br/>
        <w:t>(Поема)&lt;br /&gt;</w:t>
        <w:br/>
        <w:t>У Нілі купалась дочка фараона —&lt;br /&gt;</w:t>
        <w:br/>
        <w:t>струнка, і смуглява, й гнучка...&lt;br /&gt;</w:t>
        <w:br/>
        <w:t>Купалась, а сльози... А серце холоне...&lt;br /&gt;</w:t>
        <w:br/>
        <w:t>Чи ж сина віддасть їй ріка?..&lt;br /&gt;</w:t>
        <w:br/>
        <w:t>А Ніл позолотно тече без турботи...&lt;br /&gt;</w:t>
        <w:br/>
        <w:t>А жура у серці — німа...&lt;br /&gt;</w:t>
        <w:br/>
        <w:t>Багряні фламінго... Лелеки... Скорбота,&lt;br /&gt;</w:t>
        <w:br/>
        <w:t>що сина нема... І нема.&lt;br /&gt;</w:t>
        <w:br/>
        <w:t>Купаються дзвінко веселі рабині...&lt;br /&gt;</w:t>
        <w:br/>
        <w:t>І зойкнула раптом одна:&lt;br /&gt;</w:t>
        <w:br/>
        <w:t>"Дитинка?!!" Несуть дитинча у корзині.&lt;br /&gt;</w:t>
        <w:br/>
        <w:t>А в юнки у серці — весна.&lt;br /&gt;</w:t>
        <w:br/>
        <w:t>"До мене! До мене!" — гукнула, й шалено&lt;br /&gt;</w:t>
        <w:br/>
        <w:t>забилося серце її...&lt;br /&gt;</w:t>
        <w:br/>
        <w:t>"Це син од гебрея..." — майнуло у неї.&lt;br /&gt;</w:t>
        <w:br/>
        <w:t>І дум полетіли рої...&lt;br /&gt;</w:t>
        <w:br/>
        <w:t>Він раб був... Цеглини робив він із глини,&lt;br /&gt;</w:t>
        <w:br/>
        <w:t>злий бич за спиною свистів...&lt;br /&gt;</w:t>
        <w:br/>
        <w:t>Мордастий наглядач... Наруга і кпини...&lt;br /&gt;</w:t>
        <w:br/>
        <w:t>Юнак же — як сонячний спів...&lt;br /&gt;</w:t>
        <w:br/>
        <w:t>Мов янгол, що бачила у синагозі&lt;br /&gt;</w:t>
        <w:br/>
        <w:t>таємно від батька вона&lt;br /&gt;</w:t>
        <w:br/>
        <w:t>й в його закохалась... І раз по дорозі,&lt;br /&gt;</w:t>
        <w:br/>
        <w:t>коли в колісниці ясна&lt;br /&gt;</w:t>
        <w:br/>
        <w:t>летіла в зорю, мов у смертній знемозі,&lt;br /&gt;</w:t>
        <w:br/>
        <w:t>гебреїв уздріла вона,&lt;br /&gt;</w:t>
        <w:br/>
        <w:t>рабів фараона... Той... Янгол між ними,&lt;br /&gt;</w:t>
        <w:br/>
        <w:t>але без меча (що за знак?..),&lt;br /&gt;</w:t>
        <w:br/>
        <w:t>ішов крізь пилюки хвилястої дими.&lt;br /&gt;</w:t>
        <w:br/>
        <w:t>Це він був... її Ісаак.&lt;br /&gt;</w:t>
        <w:br/>
        <w:t>А потім... І серце забилось, як птиця,&lt;br /&gt;</w:t>
        <w:br/>
        <w:t>що в небо злітає, де спів,&lt;br /&gt;</w:t>
        <w:br/>
        <w:t>і кличе між хмарами синя криниця&lt;br /&gt;</w:t>
        <w:br/>
        <w:t>у сяйві далеких мечів.</w:t>
      </w:r>
    </w:p>
    <w:p>
      <w:r>
        <w:br/>
        <w:t>І все їй здавалось... Неначе то очі&lt;br /&gt;</w:t>
        <w:br/>
        <w:t>крізь хмари їй шлють промені...&lt;br /&gt;</w:t>
        <w:br/>
        <w:t>Чиї? Невідомо... О зоряні ночі,&lt;br /&gt;</w:t>
        <w:br/>
        <w:t>обійми жагучі, міцні!..&lt;br /&gt;</w:t>
        <w:br/>
        <w:t>Ті очі погасли у мертвому сні...&lt;br /&gt;</w:t>
        <w:br/>
        <w:t>Кати юнака зарубали...&lt;br /&gt;</w:t>
        <w:br/>
        <w:t>А в неї... "О Ра!.. Як &lt;НСЄ ТЯїНСКО мені!"&lt;br /&gt;</w:t>
        <w:br/>
        <w:t>І юнка зомліло упала.&lt;br /&gt;</w:t>
        <w:br/>
        <w:t>Рабині несуть фараона дочку,&lt;br /&gt;</w:t>
        <w:br/>
        <w:t>а поруч — маля у корзині,&lt;br /&gt;</w:t>
        <w:br/>
        <w:t>таке чорнооке, в янтарнім вінку&lt;br /&gt;</w:t>
        <w:br/>
        <w:t>із лотосів... "Дайте* дитині...&lt;br /&gt;</w:t>
        <w:br/>
        <w:t>ну, моні!.." — сказала рабиня одна,&lt;br /&gt;</w:t>
        <w:br/>
        <w:t>і всі потягнулись за нею&lt;br /&gt;</w:t>
        <w:br/>
        <w:t>к дитині...&lt;br /&gt;</w:t>
        <w:br/>
        <w:t>Не одна промчала весна...&lt;br /&gt;</w:t>
        <w:br/>
        <w:t>І сонце не раз золотеє&lt;br /&gt;</w:t>
        <w:br/>
        <w:t>криваво заходило й сходило знов...&lt;br /&gt;</w:t>
        <w:br/>
        <w:t>Мойсей вже юнак. До гебрейки любов&lt;br /&gt;</w:t>
        <w:br/>
        <w:t>спахнула й погасла... Гебреї&lt;br /&gt;</w:t>
        <w:br/>
        <w:t>навчали наук таємничих його...&lt;br /&gt;</w:t>
        <w:br/>
        <w:t>Навчали його єгиптяни...&lt;br /&gt;</w:t>
        <w:br/>
        <w:t>І серце надвоє кололось... Вогонь&lt;br /&gt;</w:t>
        <w:br/>
        <w:t>пізнав він, повітря, тумани&lt;br /&gt;</w:t>
        <w:br/>
        <w:t>і зорі далекі, і Ніл золотий,&lt;br /&gt;</w:t>
        <w:br/>
        <w:t>і синього моря приплив і одбій,&lt;br /&gt;</w:t>
        <w:br/>
        <w:t>забувши для цього кохану,&lt;br /&gt;</w:t>
        <w:br/>
        <w:t>і погляд останній її ніби злий,&lt;br /&gt;</w:t>
        <w:br/>
        <w:t>і вірного друга Датана.&lt;br /&gt;</w:t>
        <w:br/>
        <w:t>Покинув науку для юнки Датан,&lt;br /&gt;</w:t>
        <w:br/>
        <w:t>хоч знав, що вона полюбила&lt;br /&gt;</w:t>
        <w:br/>
        <w:t>навіки Мойсея... Кохання ж туман...&lt;br /&gt;</w:t>
        <w:br/>
        <w:t>За носа нелюба водила&lt;br /&gt;</w:t>
        <w:br/>
        <w:t>Есфір... На Мойсея дивилась не раз&lt;br /&gt;</w:t>
        <w:br/>
        <w:t>і кликала серцем крізь очі&lt;br /&gt;</w:t>
        <w:br/>
        <w:t>до себе в вечірній задумливий час,&lt;br /&gt;</w:t>
        <w:br/>
        <w:t>туди, де під шатами ночі&lt;br /&gt;</w:t>
        <w:br/>
        <w:t>про щось піраміди розмову ведуть,&lt;br /&gt;</w:t>
        <w:br/>
        <w:t>де Сфінкс, напівлев, напівптиця...&lt;br /&gt;</w:t>
        <w:br/>
        <w:t>З обличчям... Кого? Чарівниці?&lt;br /&gt;</w:t>
        <w:br/>
        <w:t>Чи мудрого змія?! Не знаю. Та в муть&lt;br /&gt;</w:t>
        <w:br/>
        <w:t>жорстокої зради Мойсея&lt;br /&gt;</w:t>
        <w:br/>
        <w:t>Есфір не втягнулась... Не одна ж бо путь&lt;br /&gt;</w:t>
        <w:br/>
        <w:t>у неї, зрадливки, й в Мойсея.&lt;br /&gt;</w:t>
        <w:br/>
        <w:t>І роки промчали... Пустеля... Піски...&lt;br /&gt;</w:t>
        <w:br/>
        <w:t>Хоч вільні Ізраїлю діти...&lt;br /&gt;</w:t>
        <w:br/>
        <w:t>Та діти у них, мов зів'ялі квітки,&lt;br /&gt;</w:t>
        <w:br/>
        <w:t>немає ні їсти, ні пити...&lt;br /&gt;</w:t>
        <w:br/>
        <w:t>Забутий, покинутий Богом народ&lt;br /&gt;</w:t>
        <w:br/>
        <w:t>зламав золоті заповіти.&lt;br /&gt;</w:t>
        <w:br/>
        <w:t>їх Бог обдурив... І Ваала д'висот&lt;br /&gt;</w:t>
        <w:br/>
        <w:t>зняли вони злотно й теляті —&lt;br /&gt;</w:t>
        <w:br/>
        <w:t>з металу; як сонце, молитви все шлють&lt;br /&gt;</w:t>
        <w:br/>
        <w:t>в жорстоких пісках, мов прокляті.&lt;br /&gt;</w:t>
        <w:br/>
        <w:t>Веде їх Датан. Він їх люті навчив,&lt;br /&gt;</w:t>
        <w:br/>
        <w:t>це він зацькував Моїсея...&lt;br /&gt;</w:t>
        <w:br/>
        <w:t>Смагляві гебрейки сидять між шатрів,&lt;br /&gt;</w:t>
        <w:br/>
        <w:t>сплять мули, і сонце їх злеє&lt;br /&gt;</w:t>
        <w:br/>
        <w:t>нестерпно цілує і жалить вогнем;&lt;br /&gt;</w:t>
        <w:br/>
        <w:t>неначе незлічені бджоли —&lt;br /&gt;</w:t>
        <w:br/>
        <w:t>проміння бринить... Десь шакали кричать,&lt;br /&gt;</w:t>
        <w:br/>
        <w:t>гієни гризуться за трупи.&lt;br /&gt;</w:t>
        <w:br/>
        <w:t>Блукає Мойсей за шатрами. Печать&lt;br /&gt;</w:t>
        <w:br/>
        <w:t>печалі наморщила губи...&lt;br /&gt;</w:t>
        <w:br/>
        <w:t>Високий, ставний, він до Богагука:&lt;br /&gt;</w:t>
        <w:br/>
        <w:t>"Я знаю тебе, Адонає!&lt;br /&gt;</w:t>
        <w:br/>
        <w:t>В Єгипті ти волю нам дав?! І в пісках&lt;br /&gt;</w:t>
        <w:br/>
        <w:t>од голоду й спраги вмирає&lt;br /&gt;</w:t>
        <w:br/>
        <w:t>народ, що облудно назвав ти "своїм".&lt;br /&gt;</w:t>
        <w:br/>
        <w:t>Ішов перед ним ти стовпом огняним&lt;br /&gt;</w:t>
        <w:br/>
        <w:t>і от — обдурив і покинув...&lt;br /&gt;</w:t>
        <w:br/>
        <w:t>Ти нас Ханааном міражно манив,&lt;br /&gt;</w:t>
        <w:br/>
        <w:t>ти нам обіцяв Батьківщину...&lt;br /&gt;</w:t>
        <w:br/>
        <w:t>А де вона, кате?.."&lt;br /&gt;</w:t>
        <w:br/>
        <w:t>І чує: "Синок!.."&lt;br /&gt;</w:t>
        <w:br/>
        <w:t>І мати над сивим титаном&lt;br /&gt;</w:t>
        <w:br/>
        <w:t>схилилась крилато, мов сяйво зірок&lt;br /&gt;</w:t>
        <w:br/>
        <w:t>прорвалось крізь ночі тумани...&lt;br /&gt;</w:t>
        <w:br/>
        <w:t>"Синок! Не сумуй! Лиш ніколи не вір&lt;br /&gt;</w:t>
        <w:br/>
        <w:t>тому, хто дурив нас одвічно.&lt;br /&gt;</w:t>
        <w:br/>
        <w:t>Не Бог він, а кривда, не янгол, а звір,&lt;br /&gt;</w:t>
        <w:br/>
        <w:t>омана йому тільки звична.&lt;br /&gt;</w:t>
        <w:br/>
        <w:t>Він хоче згубити гебрейський народ,&lt;br /&gt;</w:t>
        <w:br/>
        <w:t>він навіть сади Ханаана&lt;br /&gt;</w:t>
        <w:br/>
        <w:t>одкриє для смілих, та крил їх польот&lt;br /&gt;</w:t>
        <w:br/>
        <w:t>зупинить... І знову, мов рана,&lt;br /&gt;</w:t>
        <w:br/>
        <w:t>Ізраїль, роздертий катами навпіл,&lt;br /&gt;</w:t>
        <w:br/>
        <w:t>тремтітиме в муці... Й мільйони могил&lt;br /&gt;</w:t>
        <w:br/>
        <w:t>залишить по грізній дорозі...&lt;br /&gt;</w:t>
        <w:br/>
        <w:t>Веди з них обраних, не всіх, о мій син,&lt;br /&gt;</w:t>
        <w:br/>
        <w:t>з Датаном борись за їх душі!.."&lt;br /&gt;</w:t>
        <w:br/>
        <w:t>І голос замовк... Але довго, як дзвін,&lt;br /&gt;</w:t>
        <w:br/>
        <w:t>тремтіла луна... І уже не один&lt;br /&gt;</w:t>
        <w:br/>
        <w:t>вигнанець до табору рушив.&lt;br /&gt;</w:t>
        <w:br/>
        <w:t>Іде він... А сонце палить і палить,&lt;br /&gt;</w:t>
        <w:br/>
        <w:t>і дзьобає голову сиву,&lt;br /&gt;</w:t>
        <w:br/>
        <w:t>і плаче пісок, що від спеки, як мідь,&lt;br /&gt;</w:t>
        <w:br/>
        <w:t>десь мекають кози плаксиво,&lt;br /&gt;</w:t>
        <w:br/>
        <w:t>худенькі, як діти...&lt;br /&gt;</w:t>
        <w:br/>
        <w:t>Та, враз, перед ним,&lt;br /&gt;</w:t>
        <w:br/>
        <w:t>з очима, як грози, як бою той дим,&lt;br /&gt;</w:t>
        <w:br/>
        <w:t>титан появився крилатий...&lt;br /&gt;</w:t>
        <w:br/>
        <w:t>Ставав він все менший і став, наче брат&lt;br /&gt;</w:t>
        <w:br/>
        <w:t>і брат і не брат... Але зросту&lt;br /&gt;</w:t>
        <w:br/>
        <w:t>такого, як люди... "Ні кроку назад!&lt;br /&gt;</w:t>
        <w:br/>
        <w:t>Тебе розтерзають дівчата&lt;br /&gt;</w:t>
        <w:br/>
        <w:t>і хлопці, й жінки, і старі й молоді...&lt;br /&gt;</w:t>
        <w:br/>
        <w:t>Нема молока в материнній груді,&lt;br /&gt;</w:t>
        <w:br/>
        <w:t>Датан їх веде... О, Датана&lt;br /&gt;</w:t>
        <w:br/>
        <w:t>всі слухають! Люта Есфір всіх жінок&lt;br /&gt;</w:t>
        <w:br/>
        <w:t>розбурхано кине на тебе!!!"&lt;br /&gt;</w:t>
        <w:br/>
        <w:t>Але Моїсей не спиняє свій крок&lt;br /&gt;</w:t>
        <w:br/>
        <w:t>і йде крізь примару... "Ганеба!" —&lt;br /&gt;</w:t>
        <w:br/>
        <w:t>гукає позаду злий голос... Але&lt;br /&gt;</w:t>
        <w:br/>
        <w:t>Мойсей вже далеко... Звірятко мале&lt;br /&gt;</w:t>
        <w:br/>
        <w:t>з піску визирає, мов кличе:&lt;br /&gt;</w:t>
        <w:br/>
        <w:t>не вірить примарам... Іде Моїсей...&lt;br /&gt;</w:t>
        <w:br/>
        <w:t>Зорі золотої на бровах іней...&lt;br /&gt;</w:t>
        <w:br/>
        <w:t>Як сяє героя обличчя!..&lt;br /&gt;</w:t>
        <w:br/>
        <w:t>Немов із проміння увесь він... Жінки,&lt;br /&gt;</w:t>
        <w:br/>
        <w:t>що хтіли його розтерзати,&lt;br /&gt;</w:t>
        <w:br/>
        <w:t>спинились... І тільки єдина Есфір,&lt;br /&gt;</w:t>
        <w:br/>
        <w:t>неначе та кішка завзята,&lt;br /&gt;</w:t>
        <w:br/>
        <w:t>хотіла вчепитись в волосся йому, —&lt;br /&gt;</w:t>
        <w:br/>
        <w:t>та, враз, захиталась і впала у тьму,&lt;br /&gt;</w:t>
        <w:br/>
        <w:t>обличчям в пісок, мов розп'ята...&lt;br /&gt;</w:t>
        <w:br/>
        <w:t>Веселі верблюди в дорогу ідуть,&lt;br /&gt;</w:t>
        <w:br/>
        <w:t>в корзинах міжгорбних малята&lt;br /&gt;</w:t>
        <w:br/>
        <w:t>сміються до сонця... Пісків каламуть&lt;br /&gt;</w:t>
        <w:br/>
        <w:t>уже не страшна їм... Як свято,&lt;br /&gt;</w:t>
        <w:br/>
        <w:t>навколо все сяє... Десь бубни гудуть, —&lt;br /&gt;</w:t>
        <w:br/>
        <w:t>то молодь смуглява танцює,&lt;br /&gt;</w:t>
        <w:br/>
        <w:t>іде з караваном... Тимпани... їх путь&lt;br /&gt;</w:t>
        <w:br/>
        <w:t>лежить в Ханаан осіянна.&lt;br /&gt;</w:t>
        <w:br/>
        <w:t>Датана обвів Моїсей, як мечем...&lt;br /&gt;</w:t>
        <w:br/>
        <w:t>І з золота мертве телятко&lt;br /&gt;</w:t>
        <w:br/>
        <w:t>розбив об каміння! І, раптом, ключем&lt;br /&gt;</w:t>
        <w:br/>
        <w:t>забило з-під нього... "О татко! —&lt;br /&gt;</w:t>
        <w:br/>
        <w:t>скричала дитина. — Вода! Це вода!"&lt;br /&gt;</w:t>
        <w:br/>
        <w:t>"Осанна! — гукають. — Осанна!"&lt;br /&gt;</w:t>
        <w:br/>
        <w:t>Стоїть Моїсей як весна молода...&lt;br /&gt;</w:t>
        <w:br/>
        <w:t>А з неба все падає манна...&lt;br /&gt;</w:t>
        <w:br/>
        <w:t>"Не вмер Моїсей!" їх веде Гедеон,&lt;br /&gt;</w:t>
        <w:br/>
        <w:t>що рід свій веде од Мойсея&lt;br /&gt;</w:t>
        <w:br/>
        <w:t>й Есфірі... Датана десь кості печуть&lt;br /&gt;</w:t>
        <w:br/>
        <w:t>вітри за горами й зорею,&lt;br /&gt;</w:t>
        <w:br/>
        <w:t>що встала під вітром, пахучим, дзвінким,&lt;br /&gt;</w:t>
        <w:br/>
        <w:t>і, наче та фата-моргана,</w:t>
      </w:r>
    </w:p>
    <w:p>
      <w:r>
        <w:br/>
        <w:t>вдалі розгорнули барвистий килим&lt;br /&gt;</w:t>
        <w:br/>
        <w:t>жадані сади Ханаана.&lt;br /&gt;</w:t>
        <w:br/>
        <w:t>Ідуть легіони... їх зброя горить&lt;br /&gt;</w:t>
        <w:br/>
        <w:t>од сяйва вечірньої пері,&lt;br /&gt;</w:t>
        <w:br/>
        <w:t>і пісня лунає і лине в блакить,&lt;br /&gt;</w:t>
        <w:br/>
        <w:t>неначе в розверстії двері,&lt;br /&gt;</w:t>
        <w:br/>
        <w:t>широкі й привітні... Осанна тому,&lt;br /&gt;</w:t>
        <w:br/>
        <w:t>хто вів нас мечами між димів,&lt;br /&gt;</w:t>
        <w:br/>
        <w:t>хто кинув мечами, як порох, у тьму&lt;br /&gt;</w:t>
        <w:br/>
        <w:t>криваві полки філістимів!&lt;br /&gt;</w:t>
        <w:br/>
        <w:t>Від себе додам я. А як же це так,&lt;br /&gt;</w:t>
        <w:br/>
        <w:t>що син від Есфірі й Мойсея&lt;br /&gt;</w:t>
        <w:br/>
        <w:t>з'явився на світ?.. Що за диво? Дивак,&lt;br /&gt;</w:t>
        <w:br/>
        <w:t>О читачу! Серце ж не з гасла...&lt;br /&gt;</w:t>
        <w:br/>
        <w:t>А ти пам'ятаєш слова, що як мак:&lt;br /&gt;</w:t>
        <w:br/>
        <w:t>"Спахнула любов і погасла".&lt;br /&gt;</w:t>
        <w:br/>
        <w:t>Вона ж не погасла в Есфірі. Це так.&lt;br /&gt;</w:t>
        <w:br/>
        <w:t>До шлюбу, з любові, мов п'яна,&lt;br /&gt;</w:t>
        <w:br/>
        <w:t>вона "согрішила" з Мойсеєм... Юнак&lt;br /&gt;</w:t>
        <w:br/>
        <w:t>покинув її для науки навік...&lt;br /&gt;</w:t>
        <w:br/>
        <w:t>Датан дитинчати почув перший крик,&lt;br /&gt;</w:t>
        <w:br/>
        <w:t>але то не син був Датана...&lt;br /&gt;</w:t>
        <w:br/>
        <w:t>Буває й такеє. Мойсей же не знав...&lt;br /&gt;</w:t>
        <w:br/>
        <w:t>А може?! Не знаю... І я так кохав,&lt;br /&gt;</w:t>
        <w:br/>
        <w:t>І я за дружину зрадливую взяв,&lt;br /&gt;</w:t>
        <w:br/>
        <w:t>її я і зараз кохаю.&lt;br /&gt;</w:t>
        <w:br/>
        <w:t>Буває... Пішов я від неї навік.&lt;br /&gt;</w:t>
        <w:br/>
        <w:t>До щастя закрито вже браму...&lt;br /&gt;</w:t>
        <w:br/>
        <w:t>"Прощай, о Бальзакова дамо&lt;br /&gt;</w:t>
        <w:br/>
        <w:t>"Гобсека"! Встромила ти в серце м'ні штик,&lt;br /&gt;</w:t>
        <w:br/>
        <w:t>але я до болю ще змалку привик,&lt;br /&gt;</w:t>
        <w:br/>
        <w:t>хоч серце тремтить, ніби рана,&lt;br /&gt;</w:t>
        <w:br/>
        <w:t>та я од Мойсея, а ти, навісна,&lt;br /&gt;</w:t>
        <w:br/>
        <w:t>що снилась мені, як весна чарівна, —&lt;br /&gt;</w:t>
        <w:br/>
        <w:t>прокляте посліддя Датана!</w:t>
      </w:r>
    </w:p>
    <w:p>
      <w:r>
        <w:br/>
        <w:t>21— 23.ХІ 1.48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Мойсей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