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кохання</w:t>
      </w:r>
    </w:p>
    <w:p>
      <w:r>
        <w:br/>
        <w:t xml:space="preserve"> Я у душі ношу тебе, моє кохання,&lt;br /&gt;</w:t>
        <w:br/>
        <w:t>Найбільшая красо, без міри чарівна.&lt;br /&gt;</w:t>
        <w:br/>
        <w:t>Усе, що в світі цім достойне поривання,&lt;br /&gt;</w:t>
        <w:br/>
        <w:t>З’єдналося в тобі, пречиста й осяйна!</w:t>
      </w:r>
    </w:p>
    <w:p>
      <w:r>
        <w:br/>
        <w:t>Твій розум, смілий дух, аж до небес сягає&lt;br /&gt;</w:t>
        <w:br/>
        <w:t>І правди добача в безоднях світових;&lt;br /&gt;</w:t>
        <w:br/>
        <w:t>Безмірная любов у тебе в серці сяє,&lt;br /&gt;</w:t>
        <w:br/>
        <w:t>Проміннями вона, мов сонце, гріє всіх.</w:t>
      </w:r>
    </w:p>
    <w:p>
      <w:r>
        <w:br/>
        <w:t>На подвиг голосний є в тебе в серці сила,&lt;br /&gt;</w:t>
        <w:br/>
        <w:t>На працю є тяжку, що волю забира,&lt;br /&gt;</w:t>
        <w:br/>
        <w:t>І жертв нема таких, щоб ти їх не зробила&lt;br /&gt;</w:t>
        <w:br/>
        <w:t>Для кривджених людей, для правди, для добра.</w:t>
      </w:r>
    </w:p>
    <w:p>
      <w:r>
        <w:br/>
        <w:t>І весняна краса, поезії дихання,&lt;br /&gt;</w:t>
        <w:br/>
        <w:t>У постаті твоїй, в словах усіх твоїх;&lt;br /&gt;</w:t>
        <w:br/>
        <w:t>І щире, і тяжке у тебе сумування,&lt;br /&gt;</w:t>
        <w:br/>
        <w:t>І щирий та ясний дзвенить у тебе сміх.</w:t>
      </w:r>
    </w:p>
    <w:p>
      <w:r>
        <w:br/>
        <w:t>О, як тебе люблю! без міри і без краю!&lt;br /&gt;</w:t>
        <w:br/>
        <w:t>Не мрія ти, о, ні! хоча тебе в самій&lt;br /&gt;</w:t>
        <w:br/>
        <w:t>Своїй смутній душі я тільки й почуваю,&lt;br /&gt;</w:t>
        <w:br/>
        <w:t>А на землі тебе не бачив погляд мій.</w:t>
      </w:r>
    </w:p>
    <w:p>
      <w:r>
        <w:br/>
        <w:t>Та часто я стрівав і між людьми на світі&lt;br /&gt;</w:t>
        <w:br/>
        <w:t>То погляд дорогий, то личко осяйне,&lt;br /&gt;</w:t>
        <w:br/>
        <w:t>То голос рідний твій, слова, добром повиті,&lt;br /&gt;</w:t>
        <w:br/>
        <w:t>То сміх знайомий твій так чарував мене,</w:t>
      </w:r>
    </w:p>
    <w:p>
      <w:r>
        <w:br/>
        <w:t>То розуму зоря, то сяєво кохання,&lt;br /&gt;</w:t>
        <w:br/>
        <w:t>То творчії діла, то подвиг голосний,&lt;br /&gt;</w:t>
        <w:br/>
        <w:t>То молоде святе високе поривання,&lt;br /&gt;</w:t>
        <w:br/>
        <w:t>Пречистої душі найкращий скарб ясний.</w:t>
      </w:r>
    </w:p>
    <w:p>
      <w:r>
        <w:br/>
        <w:t>І я тоді казав: се ти, моє кохання!&lt;br /&gt;</w:t>
        <w:br/>
        <w:t>Се часточка тебе у тих людях усіх,&lt;br /&gt;</w:t>
        <w:br/>
        <w:t>І часточку мого до тебе почування&lt;br /&gt;</w:t>
        <w:br/>
        <w:t>Між ними я ділив, за те любив я їх.</w:t>
      </w:r>
    </w:p>
    <w:p>
      <w:r>
        <w:br/>
        <w:t>Але душа ні з ким цілком не поєдналась,&lt;br /&gt;</w:t>
        <w:br/>
        <w:t>Бо там пануєш ти! І ти мені усім:&lt;br /&gt;</w:t>
        <w:br/>
        <w:t>Красою, розумом і правдою зосталась,&lt;br /&gt;</w:t>
        <w:br/>
        <w:t>Коханням дорогим, єдиним і святим.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