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смерть</w:t>
      </w:r>
    </w:p>
    <w:p>
      <w:r>
        <w:br/>
        <w:t xml:space="preserve"> Прийшла смерть моя,&lt;br /&gt;</w:t>
        <w:br/>
        <w:t>Легке точиться…&lt;br /&gt;</w:t>
        <w:br/>
        <w:t>Ти мори, маро,&lt;br /&gt;</w:t>
        <w:br/>
        <w:t>Коли хочеться.</w:t>
      </w:r>
    </w:p>
    <w:p>
      <w:r>
        <w:br/>
        <w:t>Я віддам землі&lt;br /&gt;</w:t>
        <w:br/>
        <w:t>Всі кісткі мої,&lt;br /&gt;</w:t>
        <w:br/>
        <w:t>А на світ пушу&lt;br /&gt;</w:t>
        <w:br/>
        <w:t>Лиш щілки мої!</w:t>
      </w:r>
    </w:p>
    <w:p>
      <w:r>
        <w:br/>
        <w:t>Не умруть вони:&lt;br /&gt;</w:t>
        <w:br/>
        <w:t>Кожна щілочка&lt;br /&gt;</w:t>
        <w:br/>
        <w:t>Полетить жива,&lt;br /&gt;</w:t>
        <w:br/>
        <w:t>Як та пчілочка;</w:t>
      </w:r>
    </w:p>
    <w:p>
      <w:r>
        <w:br/>
        <w:t>Полетить жива&lt;br /&gt;</w:t>
        <w:br/>
        <w:t>І покотиться,&lt;br /&gt;</w:t>
        <w:br/>
        <w:t>В сотні, тисячі&lt;br /&gt;</w:t>
        <w:br/>
        <w:t>Переплодиться.</w:t>
      </w:r>
    </w:p>
    <w:p>
      <w:r>
        <w:br/>
        <w:t>І я знов живий&lt;br /&gt;</w:t>
        <w:br/>
        <w:t>Світ оглядую,&lt;br /&gt;</w:t>
        <w:br/>
        <w:t>Смерті першої&lt;br /&gt;</w:t>
        <w:br/>
        <w:t>Не пригадую.</w:t>
      </w:r>
    </w:p>
    <w:p>
      <w:r>
        <w:br/>
        <w:t>Прийде друга смерть —&lt;br /&gt;</w:t>
        <w:br/>
        <w:t>Світ зчорніється,&lt;br /&gt;</w:t>
        <w:br/>
        <w:t>Земля вся в снігу&lt;br /&gt;</w:t>
        <w:br/>
        <w:t>Забіліється.</w:t>
      </w:r>
    </w:p>
    <w:p>
      <w:r>
        <w:br/>
        <w:t>І весь світ мара&lt;br /&gt;</w:t>
        <w:br/>
        <w:t>Зморить голодом&lt;br /&gt;</w:t>
        <w:br/>
        <w:t>І щілки мої&lt;br /&gt;</w:t>
        <w:br/>
        <w:t>Зціпить холодом.</w:t>
      </w:r>
    </w:p>
    <w:p>
      <w:r>
        <w:br/>
        <w:t>Але холод той&lt;br /&gt;</w:t>
        <w:br/>
        <w:t>Не уб'є життя.&lt;br /&gt;</w:t>
        <w:br/>
        <w:t>Перейдуть віки,&lt;br /&gt;</w:t>
        <w:br/>
        <w:t>Ожиє дитя.</w:t>
      </w:r>
    </w:p>
    <w:p>
      <w:r>
        <w:br/>
        <w:t>Перейдуть віки,&lt;br /&gt;</w:t>
        <w:br/>
        <w:t>Світ завалиться,&lt;br /&gt;</w:t>
        <w:br/>
        <w:t>Вогнем-стовогнем&lt;br /&gt;</w:t>
        <w:br/>
        <w:t>Весь розпалиться.</w:t>
      </w:r>
    </w:p>
    <w:p>
      <w:r>
        <w:br/>
        <w:t>І сніги тоді&lt;br /&gt;</w:t>
        <w:br/>
        <w:t>Паром кинуться,&lt;br /&gt;</w:t>
        <w:br/>
        <w:t>І щілки мої&lt;br /&gt;</w:t>
        <w:br/>
        <w:t>Знов прокинуться.</w:t>
      </w:r>
    </w:p>
    <w:p>
      <w:r>
        <w:br/>
        <w:t>І щілки мої&lt;br /&gt;</w:t>
        <w:br/>
        <w:t>Знов прокинуться,&lt;br /&gt;</w:t>
        <w:br/>
        <w:t>Найдуть землю знов,&lt;br /&gt;</w:t>
        <w:br/>
        <w:t>Знову кинуться.</w:t>
      </w:r>
    </w:p>
    <w:p>
      <w:r>
        <w:br/>
        <w:t>Найдуть землю знов,&lt;br /&gt;</w:t>
        <w:br/>
        <w:t>Знову кинуться,&lt;br /&gt;</w:t>
        <w:br/>
        <w:t>В сотні душ живих&lt;br /&gt;</w:t>
        <w:br/>
        <w:t>Перекинуться.</w:t>
      </w:r>
    </w:p>
    <w:p>
      <w:r>
        <w:br/>
        <w:t>І піде життя&lt;br /&gt;</w:t>
        <w:br/>
        <w:t>Знов драбиною,&lt;br /&gt;</w:t>
        <w:br/>
        <w:t>І я вигляну&lt;br /&gt;</w:t>
        <w:br/>
        <w:t>Знов дитиною.</w:t>
      </w:r>
    </w:p>
    <w:p>
      <w:r>
        <w:br/>
        <w:t>А ти ждеш, маро!&lt;br /&gt;</w:t>
        <w:br/>
        <w:t>Легке точиться,&lt;br /&gt;</w:t>
        <w:br/>
        <w:t>Ти не жди — мори,&lt;br /&gt;</w:t>
        <w:br/>
        <w:t>Коли хочеться.</w:t>
      </w:r>
    </w:p>
    <w:p>
      <w:r>
        <w:br/>
        <w:t>Місяць, рік піждеш —&lt;br /&gt;</w:t>
        <w:br/>
        <w:t>Що уводити?&lt;br /&gt;</w:t>
        <w:br/>
        <w:t>Трудно думи всі&lt;br /&gt;</w:t>
        <w:br/>
        <w:t>Разом сплодити.</w:t>
      </w:r>
    </w:p>
    <w:p>
      <w:r>
        <w:br/>
        <w:t>Трудно думи всі&lt;br /&gt;</w:t>
        <w:br/>
        <w:t>Разом сплодити;&lt;br /&gt;</w:t>
        <w:br/>
        <w:t>Чого ж ждеш, маро?&lt;br /&gt;</w:t>
        <w:br/>
        <w:t>Що уводити?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